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17F" w:rsidRPr="00A448DF" w:rsidRDefault="00DE417F">
      <w:pPr>
        <w:autoSpaceDE w:val="0"/>
        <w:autoSpaceDN w:val="0"/>
        <w:spacing w:after="78" w:line="220" w:lineRule="exact"/>
        <w:rPr>
          <w:rFonts w:ascii="Times New Roman" w:hAnsi="Times New Roman" w:cs="Times New Roman"/>
        </w:rPr>
      </w:pPr>
    </w:p>
    <w:p w:rsidR="00FE147B" w:rsidRPr="00A448DF" w:rsidRDefault="00FE147B" w:rsidP="001D1DAC">
      <w:pPr>
        <w:autoSpaceDE w:val="0"/>
        <w:autoSpaceDN w:val="0"/>
        <w:spacing w:after="0" w:line="230" w:lineRule="auto"/>
        <w:ind w:left="149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E417F" w:rsidRPr="00A448DF" w:rsidRDefault="00CC2758" w:rsidP="001D1DAC">
      <w:pPr>
        <w:autoSpaceDE w:val="0"/>
        <w:autoSpaceDN w:val="0"/>
        <w:spacing w:after="0" w:line="230" w:lineRule="auto"/>
        <w:ind w:left="1494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МИНИСТЕРСТВО ПРОСВЕЩЕНИЯ РОССИЙСКОЙ ФЕДЕРАЦИИ</w:t>
      </w:r>
    </w:p>
    <w:p w:rsidR="001D1DAC" w:rsidRPr="00A448DF" w:rsidRDefault="00CC2758" w:rsidP="00FE147B">
      <w:pPr>
        <w:autoSpaceDE w:val="0"/>
        <w:autoSpaceDN w:val="0"/>
        <w:spacing w:before="670" w:after="0" w:line="23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Министерство образования </w:t>
      </w:r>
      <w:r w:rsidR="001553E4"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Оренбургской области</w:t>
      </w:r>
    </w:p>
    <w:p w:rsidR="00DE417F" w:rsidRPr="00A448DF" w:rsidRDefault="001553E4" w:rsidP="001D1DAC">
      <w:pPr>
        <w:tabs>
          <w:tab w:val="left" w:pos="3396"/>
        </w:tabs>
        <w:autoSpaceDE w:val="0"/>
        <w:autoSpaceDN w:val="0"/>
        <w:spacing w:before="670" w:after="0" w:line="0" w:lineRule="atLeast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Кваркенский район</w:t>
      </w:r>
    </w:p>
    <w:p w:rsidR="00FE147B" w:rsidRPr="00A448DF" w:rsidRDefault="00FE147B" w:rsidP="001D1DAC">
      <w:pPr>
        <w:tabs>
          <w:tab w:val="left" w:pos="3396"/>
        </w:tabs>
        <w:autoSpaceDE w:val="0"/>
        <w:autoSpaceDN w:val="0"/>
        <w:spacing w:before="670"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E417F" w:rsidRPr="00A448DF" w:rsidRDefault="000C634A" w:rsidP="001D1DAC">
      <w:pPr>
        <w:autoSpaceDE w:val="0"/>
        <w:autoSpaceDN w:val="0"/>
        <w:spacing w:before="672" w:after="1376" w:line="0" w:lineRule="atLeast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7CC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МАОУ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="001553E4"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Бриентская СОШ»</w:t>
      </w:r>
    </w:p>
    <w:p w:rsidR="00FE147B" w:rsidRPr="00A448DF" w:rsidRDefault="00FE147B" w:rsidP="001D1DAC">
      <w:pPr>
        <w:autoSpaceDE w:val="0"/>
        <w:autoSpaceDN w:val="0"/>
        <w:spacing w:before="672" w:after="1376" w:line="0" w:lineRule="atLeast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1D1DAC" w:rsidRPr="00A448DF" w:rsidRDefault="001D1DAC" w:rsidP="001D1DAC">
      <w:pPr>
        <w:autoSpaceDE w:val="0"/>
        <w:autoSpaceDN w:val="0"/>
        <w:spacing w:before="672" w:after="1376" w:line="0" w:lineRule="atLeast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380"/>
        <w:gridCol w:w="3160"/>
      </w:tblGrid>
      <w:tr w:rsidR="00DE417F" w:rsidRPr="00A448DF">
        <w:trPr>
          <w:trHeight w:hRule="exact" w:val="276"/>
        </w:trPr>
        <w:tc>
          <w:tcPr>
            <w:tcW w:w="2802" w:type="dxa"/>
            <w:tcMar>
              <w:left w:w="0" w:type="dxa"/>
              <w:right w:w="0" w:type="dxa"/>
            </w:tcMar>
          </w:tcPr>
          <w:p w:rsidR="00DE417F" w:rsidRPr="00FA7CCD" w:rsidRDefault="00DE417F" w:rsidP="001D1DAC">
            <w:pPr>
              <w:autoSpaceDE w:val="0"/>
              <w:autoSpaceDN w:val="0"/>
              <w:spacing w:before="5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80" w:type="dxa"/>
            <w:tcMar>
              <w:left w:w="0" w:type="dxa"/>
              <w:right w:w="0" w:type="dxa"/>
            </w:tcMar>
          </w:tcPr>
          <w:p w:rsidR="00DE417F" w:rsidRPr="00FA7CCD" w:rsidRDefault="00B77CA1" w:rsidP="001D1DAC">
            <w:pPr>
              <w:autoSpaceDE w:val="0"/>
              <w:autoSpaceDN w:val="0"/>
              <w:spacing w:before="50" w:after="0" w:line="230" w:lineRule="auto"/>
              <w:ind w:left="71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 xml:space="preserve">     </w:t>
            </w:r>
          </w:p>
        </w:tc>
        <w:tc>
          <w:tcPr>
            <w:tcW w:w="3160" w:type="dxa"/>
            <w:tcMar>
              <w:left w:w="0" w:type="dxa"/>
              <w:right w:w="0" w:type="dxa"/>
            </w:tcMar>
          </w:tcPr>
          <w:p w:rsidR="00DE417F" w:rsidRPr="00A448DF" w:rsidRDefault="00B77CA1" w:rsidP="001D1DAC">
            <w:pPr>
              <w:autoSpaceDE w:val="0"/>
              <w:autoSpaceDN w:val="0"/>
              <w:spacing w:before="5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 xml:space="preserve">                       </w:t>
            </w:r>
            <w:r w:rsidR="00CC2758" w:rsidRPr="00A448DF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>УТВЕРЖДЕНО</w:t>
            </w:r>
          </w:p>
        </w:tc>
      </w:tr>
      <w:tr w:rsidR="00DE417F" w:rsidRPr="00A448DF">
        <w:trPr>
          <w:trHeight w:hRule="exact" w:val="274"/>
        </w:trPr>
        <w:tc>
          <w:tcPr>
            <w:tcW w:w="2802" w:type="dxa"/>
            <w:tcMar>
              <w:left w:w="0" w:type="dxa"/>
              <w:right w:w="0" w:type="dxa"/>
            </w:tcMar>
          </w:tcPr>
          <w:p w:rsidR="00DE417F" w:rsidRPr="00A448DF" w:rsidRDefault="001553E4" w:rsidP="001D1DAC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3380" w:type="dxa"/>
            <w:tcMar>
              <w:left w:w="0" w:type="dxa"/>
              <w:right w:w="0" w:type="dxa"/>
            </w:tcMar>
          </w:tcPr>
          <w:p w:rsidR="00DE417F" w:rsidRPr="00A448DF" w:rsidRDefault="001553E4" w:rsidP="001D1DAC">
            <w:pPr>
              <w:autoSpaceDE w:val="0"/>
              <w:autoSpaceDN w:val="0"/>
              <w:spacing w:after="0" w:line="230" w:lineRule="auto"/>
              <w:ind w:left="7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 xml:space="preserve">     </w:t>
            </w:r>
          </w:p>
        </w:tc>
        <w:tc>
          <w:tcPr>
            <w:tcW w:w="3160" w:type="dxa"/>
            <w:tcMar>
              <w:left w:w="0" w:type="dxa"/>
              <w:right w:w="0" w:type="dxa"/>
            </w:tcMar>
          </w:tcPr>
          <w:p w:rsidR="00DE417F" w:rsidRPr="00A448DF" w:rsidRDefault="00B77CA1" w:rsidP="001D1DAC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 xml:space="preserve">                     </w:t>
            </w:r>
            <w:r w:rsidR="00CC2758" w:rsidRPr="00A448DF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>Директор</w:t>
            </w:r>
          </w:p>
        </w:tc>
      </w:tr>
    </w:tbl>
    <w:p w:rsidR="00DE417F" w:rsidRPr="00A448DF" w:rsidRDefault="00DE417F" w:rsidP="001D1DAC">
      <w:pPr>
        <w:autoSpaceDE w:val="0"/>
        <w:autoSpaceDN w:val="0"/>
        <w:spacing w:after="0" w:line="60" w:lineRule="exac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242"/>
        <w:gridCol w:w="3400"/>
        <w:gridCol w:w="3140"/>
      </w:tblGrid>
      <w:tr w:rsidR="00DE417F" w:rsidRPr="00A448DF">
        <w:trPr>
          <w:trHeight w:hRule="exact" w:val="466"/>
        </w:trPr>
        <w:tc>
          <w:tcPr>
            <w:tcW w:w="3242" w:type="dxa"/>
            <w:vMerge w:val="restart"/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autoSpaceDE w:val="0"/>
              <w:autoSpaceDN w:val="0"/>
              <w:spacing w:before="264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autoSpaceDE w:val="0"/>
              <w:autoSpaceDN w:val="0"/>
              <w:spacing w:before="60" w:after="0" w:line="230" w:lineRule="auto"/>
              <w:ind w:left="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Mar>
              <w:left w:w="0" w:type="dxa"/>
              <w:right w:w="0" w:type="dxa"/>
            </w:tcMar>
          </w:tcPr>
          <w:p w:rsidR="00DE417F" w:rsidRPr="00D802A1" w:rsidRDefault="00200695" w:rsidP="00D802A1">
            <w:pPr>
              <w:autoSpaceDE w:val="0"/>
              <w:autoSpaceDN w:val="0"/>
              <w:spacing w:before="60" w:after="0" w:line="230" w:lineRule="auto"/>
              <w:ind w:left="39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>________</w:t>
            </w:r>
            <w:r w:rsidR="00D802A1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>*******</w:t>
            </w:r>
          </w:p>
        </w:tc>
      </w:tr>
      <w:tr w:rsidR="00DE417F" w:rsidRPr="00A448DF">
        <w:trPr>
          <w:trHeight w:hRule="exact" w:val="116"/>
        </w:trPr>
        <w:tc>
          <w:tcPr>
            <w:tcW w:w="3429" w:type="dxa"/>
            <w:vMerge/>
          </w:tcPr>
          <w:p w:rsidR="00DE417F" w:rsidRPr="00A448DF" w:rsidRDefault="00DE417F" w:rsidP="001D1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vMerge w:val="restart"/>
            <w:tcMar>
              <w:left w:w="0" w:type="dxa"/>
              <w:right w:w="0" w:type="dxa"/>
            </w:tcMar>
          </w:tcPr>
          <w:p w:rsidR="00DE417F" w:rsidRPr="00A448DF" w:rsidRDefault="00DE0A14" w:rsidP="00DE0A14">
            <w:pPr>
              <w:autoSpaceDE w:val="0"/>
              <w:autoSpaceDN w:val="0"/>
              <w:spacing w:before="2" w:after="0"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 xml:space="preserve">                   </w:t>
            </w:r>
          </w:p>
        </w:tc>
        <w:tc>
          <w:tcPr>
            <w:tcW w:w="3140" w:type="dxa"/>
            <w:vMerge w:val="restart"/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2" w:after="0" w:line="230" w:lineRule="auto"/>
              <w:ind w:left="39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>Приказ №</w:t>
            </w:r>
            <w:r w:rsidR="00200695" w:rsidRPr="00A448DF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>106</w:t>
            </w:r>
          </w:p>
        </w:tc>
      </w:tr>
      <w:tr w:rsidR="00DE417F" w:rsidRPr="00A448DF">
        <w:trPr>
          <w:trHeight w:hRule="exact" w:val="304"/>
        </w:trPr>
        <w:tc>
          <w:tcPr>
            <w:tcW w:w="3242" w:type="dxa"/>
            <w:tcMar>
              <w:left w:w="0" w:type="dxa"/>
              <w:right w:w="0" w:type="dxa"/>
            </w:tcMar>
          </w:tcPr>
          <w:p w:rsidR="00DE417F" w:rsidRPr="00A448DF" w:rsidRDefault="001553E4" w:rsidP="001D1DAC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>___</w:t>
            </w:r>
          </w:p>
        </w:tc>
        <w:tc>
          <w:tcPr>
            <w:tcW w:w="3429" w:type="dxa"/>
            <w:vMerge/>
          </w:tcPr>
          <w:p w:rsidR="00DE417F" w:rsidRPr="00A448DF" w:rsidRDefault="00DE417F" w:rsidP="001D1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9" w:type="dxa"/>
            <w:vMerge/>
          </w:tcPr>
          <w:p w:rsidR="00DE417F" w:rsidRPr="00A448DF" w:rsidRDefault="00DE417F" w:rsidP="001D1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417F" w:rsidRPr="00A448DF">
        <w:trPr>
          <w:trHeight w:hRule="exact" w:val="480"/>
        </w:trPr>
        <w:tc>
          <w:tcPr>
            <w:tcW w:w="3242" w:type="dxa"/>
            <w:tcMar>
              <w:left w:w="0" w:type="dxa"/>
              <w:right w:w="0" w:type="dxa"/>
            </w:tcMar>
          </w:tcPr>
          <w:p w:rsidR="00DE417F" w:rsidRPr="00A448DF" w:rsidRDefault="00DE417F" w:rsidP="001553E4">
            <w:pPr>
              <w:autoSpaceDE w:val="0"/>
              <w:autoSpaceDN w:val="0"/>
              <w:spacing w:before="194" w:after="0"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autoSpaceDE w:val="0"/>
              <w:autoSpaceDN w:val="0"/>
              <w:spacing w:after="0" w:line="230" w:lineRule="auto"/>
              <w:ind w:left="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Mar>
              <w:left w:w="0" w:type="dxa"/>
              <w:right w:w="0" w:type="dxa"/>
            </w:tcMar>
          </w:tcPr>
          <w:p w:rsidR="00DE417F" w:rsidRPr="00A448DF" w:rsidRDefault="00CC2758" w:rsidP="00200695">
            <w:pPr>
              <w:autoSpaceDE w:val="0"/>
              <w:autoSpaceDN w:val="0"/>
              <w:spacing w:after="0" w:line="230" w:lineRule="auto"/>
              <w:ind w:left="3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>от "</w:t>
            </w:r>
            <w:r w:rsidR="00200695" w:rsidRPr="00A448DF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>22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>" 0</w:t>
            </w:r>
            <w:r w:rsidR="00200695" w:rsidRPr="00A448DF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>8.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>2022 г.</w:t>
            </w:r>
          </w:p>
        </w:tc>
      </w:tr>
    </w:tbl>
    <w:p w:rsidR="00DE417F" w:rsidRPr="00A448DF" w:rsidRDefault="00DE417F" w:rsidP="00B77CA1">
      <w:pPr>
        <w:autoSpaceDE w:val="0"/>
        <w:autoSpaceDN w:val="0"/>
        <w:spacing w:before="12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E417F" w:rsidRPr="00904A8C" w:rsidRDefault="00CC2758" w:rsidP="001D1DAC">
      <w:pPr>
        <w:autoSpaceDE w:val="0"/>
        <w:autoSpaceDN w:val="0"/>
        <w:spacing w:before="1038" w:after="0" w:line="262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04A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РАБОЧАЯ ПРОГРАММА </w:t>
      </w:r>
      <w:r w:rsidRPr="00904A8C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04A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(</w:t>
      </w:r>
      <w:r w:rsidR="00D802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                     </w:t>
      </w:r>
      <w:bookmarkStart w:id="0" w:name="_GoBack"/>
      <w:bookmarkEnd w:id="0"/>
      <w:r w:rsidRPr="00904A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)</w:t>
      </w:r>
    </w:p>
    <w:p w:rsidR="00DE417F" w:rsidRPr="00904A8C" w:rsidRDefault="00CC2758" w:rsidP="001D1DAC">
      <w:pPr>
        <w:autoSpaceDE w:val="0"/>
        <w:autoSpaceDN w:val="0"/>
        <w:spacing w:before="166" w:after="0" w:line="262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04A8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учебного предмета</w:t>
      </w:r>
      <w:r w:rsidRPr="00904A8C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04A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«Изобразительное искусство»</w:t>
      </w:r>
    </w:p>
    <w:p w:rsidR="00DE417F" w:rsidRPr="00904A8C" w:rsidRDefault="00CC2758" w:rsidP="001D1DAC">
      <w:pPr>
        <w:autoSpaceDE w:val="0"/>
        <w:autoSpaceDN w:val="0"/>
        <w:spacing w:before="670" w:after="0" w:line="262" w:lineRule="auto"/>
        <w:jc w:val="center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904A8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для 5 - 7 класса основного общего образования </w:t>
      </w:r>
      <w:r w:rsidRPr="00904A8C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04A8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2022-2023  учебный год</w:t>
      </w:r>
    </w:p>
    <w:p w:rsidR="00DE417F" w:rsidRPr="00A448DF" w:rsidRDefault="00CC2758" w:rsidP="001553E4">
      <w:pPr>
        <w:autoSpaceDE w:val="0"/>
        <w:autoSpaceDN w:val="0"/>
        <w:spacing w:before="2112" w:after="0" w:line="0" w:lineRule="atLeast"/>
        <w:ind w:left="5786"/>
        <w:rPr>
          <w:rFonts w:ascii="Times New Roman" w:hAnsi="Times New Roman" w:cs="Times New Roman"/>
          <w:sz w:val="24"/>
          <w:szCs w:val="24"/>
          <w:lang w:val="ru-RU"/>
        </w:rPr>
      </w:pPr>
      <w:r w:rsidRPr="00904A8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Составитель:</w:t>
      </w:r>
      <w:r w:rsidR="001553E4" w:rsidRPr="00904A8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Митрофанова</w:t>
      </w:r>
      <w:r w:rsidR="001553E4"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Татьяна</w:t>
      </w:r>
      <w:r w:rsidR="000C634A"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1553E4"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Владимировна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1553E4"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учитель </w:t>
      </w:r>
    </w:p>
    <w:p w:rsidR="00DE417F" w:rsidRPr="00A448DF" w:rsidRDefault="00DE417F" w:rsidP="001D1DAC">
      <w:pPr>
        <w:spacing w:line="0" w:lineRule="atLeast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D1DAC" w:rsidRPr="00A448DF" w:rsidRDefault="001D1DAC" w:rsidP="001D1DAC">
      <w:pPr>
        <w:spacing w:line="0" w:lineRule="atLeast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D1DAC" w:rsidRPr="00A448DF" w:rsidRDefault="001D1DAC" w:rsidP="001D1DAC">
      <w:pPr>
        <w:spacing w:line="0" w:lineRule="atLeast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D1DAC" w:rsidRPr="00A448DF" w:rsidRDefault="001D1DAC" w:rsidP="001D1DAC">
      <w:pPr>
        <w:spacing w:line="0" w:lineRule="atLeast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D1DAC" w:rsidRPr="00A448DF" w:rsidRDefault="001D1DAC" w:rsidP="001D1DAC">
      <w:pPr>
        <w:spacing w:line="0" w:lineRule="atLeast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D1DAC" w:rsidRPr="00A448DF" w:rsidRDefault="001D1DAC" w:rsidP="001D1DAC">
      <w:pPr>
        <w:spacing w:line="0" w:lineRule="atLeast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D1DAC" w:rsidRPr="00A448DF" w:rsidRDefault="000C634A" w:rsidP="001D1DAC">
      <w:pPr>
        <w:spacing w:line="0" w:lineRule="atLeast"/>
        <w:jc w:val="center"/>
        <w:rPr>
          <w:rFonts w:ascii="Times New Roman" w:hAnsi="Times New Roman" w:cs="Times New Roman"/>
          <w:sz w:val="24"/>
          <w:szCs w:val="24"/>
          <w:lang w:val="ru-RU"/>
        </w:rPr>
        <w:sectPr w:rsidR="001D1DAC" w:rsidRPr="00A448DF" w:rsidSect="001D1DAC">
          <w:pgSz w:w="11900" w:h="16840"/>
          <w:pgMar w:top="298" w:right="876" w:bottom="851" w:left="738" w:header="720" w:footer="720" w:gutter="0"/>
          <w:cols w:space="720" w:equalWidth="0">
            <w:col w:w="10286" w:space="0"/>
          </w:cols>
          <w:docGrid w:linePitch="360"/>
        </w:sect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>Бриент</w:t>
      </w:r>
      <w:r w:rsidR="00CC2758" w:rsidRPr="00A448DF">
        <w:rPr>
          <w:rFonts w:ascii="Times New Roman" w:hAnsi="Times New Roman" w:cs="Times New Roman"/>
          <w:sz w:val="24"/>
          <w:szCs w:val="24"/>
          <w:lang w:val="ru-RU"/>
        </w:rPr>
        <w:t xml:space="preserve"> 2022</w:t>
      </w:r>
    </w:p>
    <w:p w:rsidR="00166463" w:rsidRPr="00A448DF" w:rsidRDefault="00166463" w:rsidP="00166463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 К МОДУЛЮ «ДЕКОРАТИВНО-ПРИКЛАДНОЕ И НАРОДНОЕ ИСКУССТВО»</w:t>
      </w:r>
    </w:p>
    <w:p w:rsidR="00B73886" w:rsidRPr="00A448DF" w:rsidRDefault="00B73886" w:rsidP="00166463">
      <w:pPr>
        <w:autoSpaceDE w:val="0"/>
        <w:autoSpaceDN w:val="0"/>
        <w:spacing w:after="0" w:line="0" w:lineRule="atLeast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66463" w:rsidRPr="00A448DF" w:rsidRDefault="00166463" w:rsidP="00166463">
      <w:pPr>
        <w:tabs>
          <w:tab w:val="left" w:pos="180"/>
        </w:tabs>
        <w:autoSpaceDE w:val="0"/>
        <w:autoSpaceDN w:val="0"/>
        <w:spacing w:after="0" w:line="0" w:lineRule="atLeast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МОДУЛЯ «ДЕКОРАТИВНО-ПРИКЛАДНОЕ И НАРОДНОЕ ИСКУССТВО»</w:t>
      </w:r>
    </w:p>
    <w:p w:rsidR="00166463" w:rsidRPr="00A448DF" w:rsidRDefault="00166463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Основная цель — развитие визуально-пространственного мышления учащихся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Искусство рассматривается как особая духовная сфера, концентрирующая в себе колоссальный эстетический, художественный и нравственный мировой опыт.</w:t>
      </w:r>
    </w:p>
    <w:p w:rsidR="00166463" w:rsidRPr="00A448DF" w:rsidRDefault="00166463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Изобразительное искусство как школьная дисциплина имеет интегративный характер, так как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</w:t>
      </w:r>
    </w:p>
    <w:p w:rsidR="00166463" w:rsidRPr="00A448DF" w:rsidRDefault="00166463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Основные формы учебной деятельности — практическая художественно-творческая деятельность, зрительское восприятие произведений искусства и эстетическое наблюдение окружающего мира.</w:t>
      </w:r>
    </w:p>
    <w:p w:rsidR="00166463" w:rsidRPr="00A448DF" w:rsidRDefault="00166463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Важнейшими задачами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своего Отечества,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166463" w:rsidRPr="00A448DF" w:rsidRDefault="00166463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Программа направлена на достижение основного результата образования —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166463" w:rsidRPr="00A448DF" w:rsidRDefault="00166463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Рабочая программа ориентирована на психолого-возрастные особенности развития детей 11—15 лет, при этом содержание занятий может быть адаптировано с учётом индивидуальных качеств обучающихся как для детей, проявляющих выдающиеся способности, так и для детей-инвалидов и детей с ОВЗ.</w:t>
      </w:r>
    </w:p>
    <w:p w:rsidR="00166463" w:rsidRPr="00A448DF" w:rsidRDefault="00166463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Для оценки качества образования кроме личностных и метапредметных образовательных результатов выделены и описаны предметные результаты обучения. Их достижение определяется чётко поставленными учебными задачами по каждой теме, и они являются общеобразовательными требованиями.</w:t>
      </w:r>
    </w:p>
    <w:p w:rsidR="00166463" w:rsidRPr="00A448DF" w:rsidRDefault="00166463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урочное время деятельность обучающихся организуется как в индивидуальной, так и в групповой форме. Каждому учащемуся необходим личный творческий опыт, но также необходимо сотворчество в команде – совместная коллективная художественная деятельность, которая предусмотрена тематическим планом и может иметь разные формы организации.</w:t>
      </w:r>
    </w:p>
    <w:p w:rsidR="00166463" w:rsidRPr="00A448DF" w:rsidRDefault="00166463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Учебный материал каждого модуля разделён на тематические блоки, которые могут быть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основанием для организации проектной деятельности, которая включает в себя как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исследовательскую, так и художественно-творческую деятельность, а также презентацию результата.</w:t>
      </w:r>
    </w:p>
    <w:p w:rsidR="00166463" w:rsidRPr="00A448DF" w:rsidRDefault="00166463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Однако необходимо различать и сочетать в учебном процессе историко-культурологическую, искусствоведческую исследовательскую работу учащихся и собственно художественную проектную деятельность, продуктом которой является созданное на основе композиционного поиска учебное художественное произведение (индивидуальное или коллективное, на плоскости или в объёме, макете).</w:t>
      </w:r>
    </w:p>
    <w:p w:rsidR="00166463" w:rsidRPr="00A448DF" w:rsidRDefault="00166463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Большое значение имеет связь с внеурочной деятельностью, активная социокультурная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деятельность, в процессе которой обучающиеся участвуют в оформлении общешкольных событий и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праздников, в организации выставок детского художественного творчества, в конкурсах, а также смотрят памятники архитектуры, посещают художественные музеи.</w:t>
      </w:r>
    </w:p>
    <w:p w:rsidR="00B73886" w:rsidRPr="00A448DF" w:rsidRDefault="00B73886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66463" w:rsidRPr="00A448DF" w:rsidRDefault="00166463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ЦЕЛЬ ИЗУЧЕНИЯ МОДУЛЯ «ДЕКОРАТИВНО-ПРИКЛАДНОЕ И НАРОДНОЕ ИСКУССТВО»</w:t>
      </w:r>
    </w:p>
    <w:p w:rsidR="00166463" w:rsidRPr="00A448DF" w:rsidRDefault="00166463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Целью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изучения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166463" w:rsidRPr="00A448DF" w:rsidRDefault="00166463" w:rsidP="00BD1CC1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166463" w:rsidRPr="00A448DF">
          <w:pgSz w:w="11900" w:h="16840"/>
          <w:pgMar w:top="298" w:right="650" w:bottom="398" w:left="666" w:header="720" w:footer="720" w:gutter="0"/>
          <w:cols w:space="720" w:equalWidth="0">
            <w:col w:w="10584" w:space="0"/>
          </w:cols>
          <w:docGrid w:linePitch="360"/>
        </w:sect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Модуль объединяет в единую образовательную структуру художественно-творческую деятельность, восприятие произведений искусства и художественно-эстетическое освоение окружающей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166463" w:rsidRPr="00A448DF" w:rsidRDefault="00166463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66463" w:rsidRPr="00A448DF" w:rsidRDefault="00166463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действительности. Художественное развитие обучающихся осуществляется в процессе личного художественного творчества, в практической работе с разнообразными художественными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материалами.</w:t>
      </w:r>
    </w:p>
    <w:p w:rsidR="00166463" w:rsidRPr="00A448DF" w:rsidRDefault="00166463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Задачами 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модуля «Декоративно-прикладное и народное искусство» являются: </w:t>
      </w:r>
    </w:p>
    <w:p w:rsidR="00166463" w:rsidRPr="00A448DF" w:rsidRDefault="00166463" w:rsidP="00384DA7">
      <w:pPr>
        <w:pStyle w:val="ae"/>
        <w:numPr>
          <w:ilvl w:val="0"/>
          <w:numId w:val="7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166463" w:rsidRPr="00A448DF" w:rsidRDefault="00166463" w:rsidP="00384DA7">
      <w:pPr>
        <w:pStyle w:val="ae"/>
        <w:numPr>
          <w:ilvl w:val="0"/>
          <w:numId w:val="7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формирование у обучающихся представлений об отечественной и мировой художественной культуре во всём многообразии её видов; </w:t>
      </w:r>
    </w:p>
    <w:p w:rsidR="00166463" w:rsidRPr="00A448DF" w:rsidRDefault="00166463" w:rsidP="00384DA7">
      <w:pPr>
        <w:pStyle w:val="ae"/>
        <w:numPr>
          <w:ilvl w:val="0"/>
          <w:numId w:val="7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формирование у обучающихся навыков эстетического видения и преобразования мира; </w:t>
      </w:r>
    </w:p>
    <w:p w:rsidR="00166463" w:rsidRPr="00A448DF" w:rsidRDefault="00166463" w:rsidP="00384DA7">
      <w:pPr>
        <w:pStyle w:val="ae"/>
        <w:numPr>
          <w:ilvl w:val="0"/>
          <w:numId w:val="7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(театре и кино) (вариативно);</w:t>
      </w:r>
    </w:p>
    <w:p w:rsidR="00166463" w:rsidRPr="00A448DF" w:rsidRDefault="00166463" w:rsidP="00384DA7">
      <w:pPr>
        <w:pStyle w:val="ae"/>
        <w:numPr>
          <w:ilvl w:val="0"/>
          <w:numId w:val="7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формирование пространственного мышления и аналитических визуальных способностей;</w:t>
      </w:r>
    </w:p>
    <w:p w:rsidR="00166463" w:rsidRPr="00A448DF" w:rsidRDefault="00166463" w:rsidP="00384DA7">
      <w:pPr>
        <w:pStyle w:val="ae"/>
        <w:numPr>
          <w:ilvl w:val="0"/>
          <w:numId w:val="7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166463" w:rsidRPr="00A448DF" w:rsidRDefault="00166463" w:rsidP="00384DA7">
      <w:pPr>
        <w:pStyle w:val="ae"/>
        <w:numPr>
          <w:ilvl w:val="0"/>
          <w:numId w:val="7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развитие наблюдательности, ассоциативного мышления и творческого воображения; </w:t>
      </w:r>
    </w:p>
    <w:p w:rsidR="00166463" w:rsidRPr="00A448DF" w:rsidRDefault="00166463" w:rsidP="00384DA7">
      <w:pPr>
        <w:pStyle w:val="ae"/>
        <w:numPr>
          <w:ilvl w:val="0"/>
          <w:numId w:val="7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воспитание уважения и любви к цивилизационному наследию России через освоение отечественной художественной культуры;</w:t>
      </w:r>
    </w:p>
    <w:p w:rsidR="00166463" w:rsidRPr="00A448DF" w:rsidRDefault="00166463" w:rsidP="00384DA7">
      <w:pPr>
        <w:pStyle w:val="ae"/>
        <w:numPr>
          <w:ilvl w:val="0"/>
          <w:numId w:val="7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B73886" w:rsidRPr="00A448DF" w:rsidRDefault="00B73886" w:rsidP="00BD1CC1">
      <w:pPr>
        <w:pStyle w:val="ae"/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166463" w:rsidRPr="00A448DF" w:rsidRDefault="00166463" w:rsidP="00BD1CC1">
      <w:pPr>
        <w:autoSpaceDE w:val="0"/>
        <w:autoSpaceDN w:val="0"/>
        <w:spacing w:after="0" w:line="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МЕСТО МОДУЛЯ «ДЕКОРАТИВНО-ПРИКЛАДНОЕ И НАРОДНОЕ ИСКУССТВО» В УЧЕБНОМ ПЛАНЕ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Модуль «Декоративно-прикладное и народное искусство» изучается 1 час в неделю, общий объем составляет 34 часа.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166463" w:rsidRPr="00A448DF" w:rsidRDefault="00166463" w:rsidP="00BD1CC1">
      <w:pPr>
        <w:autoSpaceDE w:val="0"/>
        <w:autoSpaceDN w:val="0"/>
        <w:spacing w:after="0" w:line="0" w:lineRule="atLeast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СОДЕРЖАНИЕ МОДУЛЯ «ДЕКОРАТИВНО-ПРИКЛАДНОЕ И НАРОДНОЕ ИСКУССТВО»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Общие сведения о декоративно-прикладном искусстве 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Декоративно-прикладное искусство и его виды.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Декоративно-прикладное искусство и предметная среда жизни людей.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Древние корни народного искусства 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Истоки образного языка декоративно-прикладного искусства.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Традиционные образы народного (крестьянского) прикладного искусства.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Связь народного искусства с природой, бытом, трудом, верованиями и эпосом.</w:t>
      </w:r>
    </w:p>
    <w:p w:rsidR="00B73886" w:rsidRPr="00A448DF" w:rsidRDefault="00B73886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Образно-символический язык народного прикладного искусства.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Знаки-символы традиционного крестьянского прикладного искусства.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Выполнение рисунков на темы древних узоров деревянной резьбы, росписи по дереву, вышивки.</w:t>
      </w:r>
    </w:p>
    <w:p w:rsidR="00166463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Освоение навыков декоративного обобщения в процессе практической творческой работы.</w:t>
      </w:r>
    </w:p>
    <w:p w:rsidR="00B73886" w:rsidRPr="00A448DF" w:rsidRDefault="00B73886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Убранство русской избы </w:t>
      </w:r>
    </w:p>
    <w:p w:rsidR="00B73886" w:rsidRPr="00A448DF" w:rsidRDefault="00B73886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Конструкция избы, единство красоты и пользы — функционального и символического — в её постройке и украшении.</w:t>
      </w:r>
    </w:p>
    <w:p w:rsidR="00B73886" w:rsidRPr="00A448DF" w:rsidRDefault="00B73886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Выполнение рисунков — эскизов орнаментального декора крестьянского дома.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Устройство внутреннего пространства крестьянского дома. Декоративные элементы жилой среды.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B73886" w:rsidRPr="00A448DF" w:rsidRDefault="00B73886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Народный праздничный костюм 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Образный строй народного праздничного костюма — женского и мужского.</w:t>
      </w:r>
    </w:p>
    <w:p w:rsidR="00B73886" w:rsidRPr="00A448DF" w:rsidRDefault="00B73886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Традиционная конструкция русского женского костюма — северорусский (сарафан) и южнорусский (понёва) варианты.</w:t>
      </w:r>
    </w:p>
    <w:p w:rsidR="00B73886" w:rsidRPr="00A448DF" w:rsidRDefault="00B73886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Разнообразие форм и украшений народного праздничного костюма для различных регионов страны.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B73886" w:rsidRPr="00A448DF" w:rsidRDefault="00B73886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Выполнение рисунков традиционных праздничных костюмов, выражение в форме, цветовом решении, орнаментике кос​тюма черт национального своеобразия.</w:t>
      </w:r>
    </w:p>
    <w:p w:rsidR="00B73886" w:rsidRPr="00A448DF" w:rsidRDefault="00B73886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Народные праздники и праздничные обряды как синтез всех видов народного творчества.</w:t>
      </w:r>
    </w:p>
    <w:p w:rsidR="00B73886" w:rsidRPr="00A448DF" w:rsidRDefault="00B73886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B73886" w:rsidRPr="00A448DF" w:rsidRDefault="00B73886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Народные художественные промыслы </w:t>
      </w:r>
    </w:p>
    <w:p w:rsidR="00B73886" w:rsidRPr="00A448DF" w:rsidRDefault="00B73886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 и др.).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Традиционные древние образы в современных игрушках народных промыслов. Особенности цветового строя, основные орнаментальные элементы росписи филимоновской, дымковской, каргопольской игрушки. Местные промыслы игрушек разных регионов страны.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Создание эскиза игрушки по мотивам избранного промысла.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Роспись по дереву. Хохлома. Краткие сведения по истории хохломского промысла. Травный узор, «травка» —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B73886" w:rsidRPr="00A448DF" w:rsidRDefault="00B73886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— традиционные мотивы орнаментальных композиций.</w:t>
      </w:r>
    </w:p>
    <w:p w:rsidR="00B73886" w:rsidRPr="00A448DF" w:rsidRDefault="00B73886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Сюжетные мотивы, основные приёмы и композиционные особенности городецкой росписи.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Роспись по металлу. Жостово.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B73886" w:rsidRPr="00A448DF" w:rsidRDefault="00B73886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Искусство лаковой живописи: Палех, Федоскино, Холуй, Мстёра —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Мир сказок и легенд, примет и оберегов в творчестве мастеров художественных промыслов.</w:t>
      </w:r>
    </w:p>
    <w:p w:rsidR="00B73886" w:rsidRPr="00A448DF" w:rsidRDefault="00B73886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B73886" w:rsidRPr="00A448DF" w:rsidRDefault="00B73886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Народные художественные ремёсла и промыслы — материальные и духовные ценности, неотъемлемая часть культурного наследия России.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Декоративно-прикладное искусство в культуре разных эпох и народов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Роль декоративно-прикладного искусства в культуре древних цивилизаций.</w:t>
      </w:r>
    </w:p>
    <w:p w:rsidR="00B73886" w:rsidRPr="00A448DF" w:rsidRDefault="00B73886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Отражение в декоре мировоззрения эпохи, организации общества, традиций быта и ремесла, уклада жизни людей. </w:t>
      </w:r>
    </w:p>
    <w:p w:rsidR="00B73886" w:rsidRPr="00A448DF" w:rsidRDefault="00B73886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</w:t>
      </w:r>
    </w:p>
    <w:p w:rsidR="00B73886" w:rsidRPr="00A448DF" w:rsidRDefault="00B73886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Украшение жизненного пространства: построений, интерьеров, предметов быта — в культуре разных эпох.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Декоративно-прикладное искусство в жизни современного человека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Многообразие материалов и техник современного декоративно-прикладного искусства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(художественная керамика, стекло, металл, гобелен, роспись по ткани, моделирование одежды).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Символический знак в современной жизни: эмблема, логотип, указующий или декоративный знак.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Государственная символика и традиции геральдики.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Декоративные украшения предметов нашего быта и одежды.</w:t>
      </w:r>
    </w:p>
    <w:p w:rsidR="00B73886" w:rsidRPr="00A448DF" w:rsidRDefault="00B73886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Значение украшений в проявлении образа человека, его характера, самопонимания, установок и намерений.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Декор на улицах и декор помещений.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Декор праздничный и повседневный.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Праздничное оформление школы.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ПЛАНИРУЕМЫЕ РЕЗУЛЬТАТЫ ОСВОЕНИЯ МОДУЛЯ «ДЕКОРАТИВНО-ПРИКЛАДНОЕ И НАРОДНОЕ ИСКУССТВО» НА УРОВНЕ ОСНОВНОГО ОБЩЕГО ОБРАЗОВАНИЯ</w:t>
      </w:r>
    </w:p>
    <w:p w:rsidR="00B77CA1" w:rsidRPr="00A448DF" w:rsidRDefault="00B73886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B73886" w:rsidRPr="00A448DF" w:rsidRDefault="00B73886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рабочей программы основного общего образования по модулю достигаются в единстве учебной и воспитательной деятельности.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центре программы по модулю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ценностные установки и социально значимые качества личности; духовно-нравственное развитие обучающихся и отношение школьников к культуре; мотивацию к познанию и обучению, готовность к саморазвитию и активному участию в социально значимой ​деятельности.</w:t>
      </w:r>
    </w:p>
    <w:p w:rsidR="00B73886" w:rsidRPr="00A448DF" w:rsidRDefault="00B73886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1. </w:t>
      </w:r>
      <w:r w:rsidR="00F86ABB"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Патриотическое воспитание.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Осуществляется через освоение школьниками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​духовной жизни, выраженной в произведениях искусства, ​посвящённых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Урок искусства воспитывает патриотизм не в декларативной форме, а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B73886" w:rsidRPr="00A448DF" w:rsidRDefault="00B73886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="00F86ABB"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2. Гражданское воспитание.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Программа по изобразительному искусству направлена на активное приобщение обучающихся к ценностям мировой и отечественной культуры. При этом реализуются задачи социализации и гражданского воспитания школьника. Формируется чувство личной причастности к жизни общества.</w:t>
      </w:r>
    </w:p>
    <w:p w:rsidR="00B73886" w:rsidRPr="00A448DF" w:rsidRDefault="00B73886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Искусство рассматривается как особый язык, развивающий коммуникативные умения. В рамках предмета «Изобразительное искусство» происходит изучение художественной культуры и мировой истории искусства, углубляются интернациональные чувства обучающихся.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</w:t>
      </w:r>
    </w:p>
    <w:p w:rsidR="00B73886" w:rsidRPr="00A448DF" w:rsidRDefault="00B73886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3. </w:t>
      </w:r>
      <w:r w:rsidR="00F86ABB"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Духовно-нравственное воспитание.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школьного предмета. Учебные задания направлены на развитие внутреннего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мира учащегося и воспитание его эмоционально-образной, чувственной сферы. Развитие творческого потенциала способствует росту самосознания обучающегося, осознанию себя</w:t>
      </w:r>
      <w:r w:rsidR="00F86ABB"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как личности и члена общества.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Ценностно-ориентационная и коммуникативная деятельность на занятиях по изобразительному искусству способствует освоению базовых ценностей — формированию отношения к миру, жизни, человеку, семье, труду, культуре как духовному богатству общества и важному условию ощущения человеком</w:t>
      </w:r>
    </w:p>
    <w:p w:rsidR="00F86ABB" w:rsidRPr="00A448DF" w:rsidRDefault="00F86ABB" w:rsidP="00BD1CC1">
      <w:pPr>
        <w:autoSpaceDE w:val="0"/>
        <w:autoSpaceDN w:val="0"/>
        <w:spacing w:after="0" w:line="23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полноты проживаемой жизни.</w:t>
      </w:r>
    </w:p>
    <w:p w:rsidR="00F86ABB" w:rsidRPr="00A448DF" w:rsidRDefault="00F86ABB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4. Эстетическое воспитание.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Эстетическое (от греч.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</w:rPr>
        <w:t>aisthetikos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— чувствующий, чувственный) —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школьников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самореализующейся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F86ABB" w:rsidRPr="00A448DF" w:rsidRDefault="00F86ABB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5. Ценно</w:t>
      </w:r>
      <w:r w:rsidR="00392781"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сти познавательной деятельности.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процессе художественной деятельности на занятиях изобразительным искусством ставятся задачи воспитания наблюдательности — умений активно, т. е.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F86ABB" w:rsidRPr="00A448DF" w:rsidRDefault="00F86ABB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6. Экологическое в</w:t>
      </w:r>
      <w:r w:rsidR="00392781"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оспитание.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F86ABB" w:rsidRPr="00A448DF" w:rsidRDefault="00F86ABB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="00392781"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7. Трудовое воспитание.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— обязательные требования к определённым заданиям программы.</w:t>
      </w:r>
    </w:p>
    <w:p w:rsidR="00F86ABB" w:rsidRPr="00A448DF" w:rsidRDefault="00F86ABB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8. Воспитывающ</w:t>
      </w:r>
      <w:r w:rsidR="00392781"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ая предметно-эстетическая среда.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школы. При этом школьники должны быть активными участниками (а не только потребителями) её создания и оформления пространства в соответствии с задачами 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школы, оказывает активное воспитательное воздействие и влияет на формирование позитивных ценностных ориентаций и восприятие жизни школьниками.</w:t>
      </w:r>
    </w:p>
    <w:p w:rsidR="00392781" w:rsidRPr="00A448DF" w:rsidRDefault="00392781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47D42" w:rsidRPr="00A448DF" w:rsidRDefault="00F86ABB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F86ABB" w:rsidRPr="00A448DF" w:rsidRDefault="00F86ABB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Метапредметные результаты освоения основной образовательной программы, формируемые при изучении модуля:</w:t>
      </w:r>
    </w:p>
    <w:p w:rsidR="00EF36A6" w:rsidRPr="00A448DF" w:rsidRDefault="00392781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1. Овладение универсальными познавательными действиями </w:t>
      </w:r>
    </w:p>
    <w:p w:rsidR="00B77CA1" w:rsidRPr="00A448DF" w:rsidRDefault="00392781" w:rsidP="00BD1CC1">
      <w:pPr>
        <w:pStyle w:val="ae"/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Формирование пространственных представлений и сенсорных способностей: </w:t>
      </w:r>
    </w:p>
    <w:p w:rsidR="00EF36A6" w:rsidRPr="00A448DF" w:rsidRDefault="00392781" w:rsidP="00384DA7">
      <w:pPr>
        <w:pStyle w:val="ae"/>
        <w:numPr>
          <w:ilvl w:val="0"/>
          <w:numId w:val="8"/>
        </w:numPr>
        <w:autoSpaceDE w:val="0"/>
        <w:autoSpaceDN w:val="0"/>
        <w:spacing w:after="0" w:line="0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сравнивать предметные и пространственные объекты по заданным основаниям; </w:t>
      </w:r>
    </w:p>
    <w:p w:rsidR="00EF36A6" w:rsidRPr="00A448DF" w:rsidRDefault="00392781" w:rsidP="00384DA7">
      <w:pPr>
        <w:pStyle w:val="ae"/>
        <w:numPr>
          <w:ilvl w:val="0"/>
          <w:numId w:val="8"/>
        </w:numPr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форму предмета, конструкции; </w:t>
      </w:r>
      <w:r w:rsidR="00EF36A6" w:rsidRPr="00A448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F36A6" w:rsidRPr="00A448DF" w:rsidRDefault="00392781" w:rsidP="00384DA7">
      <w:pPr>
        <w:pStyle w:val="ae"/>
        <w:numPr>
          <w:ilvl w:val="0"/>
          <w:numId w:val="8"/>
        </w:numPr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выявлять положение предметной формы в пространстве; </w:t>
      </w:r>
      <w:r w:rsidR="00EF36A6" w:rsidRPr="00A448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F36A6" w:rsidRPr="00A448DF" w:rsidRDefault="00392781" w:rsidP="00384DA7">
      <w:pPr>
        <w:pStyle w:val="ae"/>
        <w:numPr>
          <w:ilvl w:val="0"/>
          <w:numId w:val="8"/>
        </w:numPr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обобщать форму составной конструкции; </w:t>
      </w:r>
      <w:r w:rsidR="00EF36A6" w:rsidRPr="00A448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F36A6" w:rsidRPr="00A448DF" w:rsidRDefault="00392781" w:rsidP="00384DA7">
      <w:pPr>
        <w:pStyle w:val="ae"/>
        <w:numPr>
          <w:ilvl w:val="0"/>
          <w:numId w:val="8"/>
        </w:numPr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анализировать структуру предмета, конструкции, пространства, зрительного образа; </w:t>
      </w:r>
      <w:r w:rsidR="00EF36A6" w:rsidRPr="00A448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F36A6" w:rsidRPr="00A448DF" w:rsidRDefault="00392781" w:rsidP="00384DA7">
      <w:pPr>
        <w:pStyle w:val="ae"/>
        <w:numPr>
          <w:ilvl w:val="0"/>
          <w:numId w:val="8"/>
        </w:numPr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структурировать предметно-пространственные явления; </w:t>
      </w:r>
      <w:r w:rsidR="00EF36A6" w:rsidRPr="00A448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F36A6" w:rsidRPr="00A448DF" w:rsidRDefault="00392781" w:rsidP="00384DA7">
      <w:pPr>
        <w:pStyle w:val="ae"/>
        <w:numPr>
          <w:ilvl w:val="0"/>
          <w:numId w:val="8"/>
        </w:numPr>
        <w:autoSpaceDE w:val="0"/>
        <w:autoSpaceDN w:val="0"/>
        <w:spacing w:after="0" w:line="0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сопоставлять пропорциональное соотношение частей внутри </w:t>
      </w:r>
      <w:r w:rsidR="00EF36A6"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целого и предметов между собой; </w:t>
      </w:r>
    </w:p>
    <w:p w:rsidR="00392781" w:rsidRPr="00A448DF" w:rsidRDefault="00392781" w:rsidP="00384DA7">
      <w:pPr>
        <w:pStyle w:val="ae"/>
        <w:numPr>
          <w:ilvl w:val="0"/>
          <w:numId w:val="8"/>
        </w:numPr>
        <w:autoSpaceDE w:val="0"/>
        <w:autoSpaceDN w:val="0"/>
        <w:spacing w:after="0" w:line="0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EF36A6" w:rsidRPr="00A448DF" w:rsidRDefault="00392781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Базовые логические и исследовательские действия: </w:t>
      </w:r>
    </w:p>
    <w:p w:rsidR="00EF36A6" w:rsidRPr="00A448DF" w:rsidRDefault="00392781" w:rsidP="00384DA7">
      <w:pPr>
        <w:pStyle w:val="ae"/>
        <w:numPr>
          <w:ilvl w:val="0"/>
          <w:numId w:val="9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выявлять и характеризовать существенные признаки явлений художественной культуры; </w:t>
      </w:r>
    </w:p>
    <w:p w:rsidR="00EF36A6" w:rsidRPr="00A448DF" w:rsidRDefault="00392781" w:rsidP="00384DA7">
      <w:pPr>
        <w:pStyle w:val="ae"/>
        <w:numPr>
          <w:ilvl w:val="0"/>
          <w:numId w:val="9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сопоставлять, анализировать, сравнивать и оценивать с позиций эстетических категорий явления искусства и действительности; </w:t>
      </w:r>
    </w:p>
    <w:p w:rsidR="00EF36A6" w:rsidRPr="00A448DF" w:rsidRDefault="00392781" w:rsidP="00384DA7">
      <w:pPr>
        <w:pStyle w:val="ae"/>
        <w:numPr>
          <w:ilvl w:val="0"/>
          <w:numId w:val="9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классифицировать произведения искусства по видам и, соответственно, по назначению в жизни людей; </w:t>
      </w:r>
    </w:p>
    <w:p w:rsidR="00EF36A6" w:rsidRPr="00A448DF" w:rsidRDefault="00392781" w:rsidP="00384DA7">
      <w:pPr>
        <w:pStyle w:val="ae"/>
        <w:numPr>
          <w:ilvl w:val="0"/>
          <w:numId w:val="9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ставить и использовать вопросы как исследовательский инструмент познания; </w:t>
      </w:r>
    </w:p>
    <w:p w:rsidR="00EF36A6" w:rsidRPr="00A448DF" w:rsidRDefault="00392781" w:rsidP="00384DA7">
      <w:pPr>
        <w:pStyle w:val="ae"/>
        <w:numPr>
          <w:ilvl w:val="0"/>
          <w:numId w:val="9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вести исследовательскую работу по сбору информационного материала по установленной или выбранной теме; </w:t>
      </w:r>
    </w:p>
    <w:p w:rsidR="00392781" w:rsidRPr="00A448DF" w:rsidRDefault="00392781" w:rsidP="00384DA7">
      <w:pPr>
        <w:pStyle w:val="ae"/>
        <w:numPr>
          <w:ilvl w:val="0"/>
          <w:numId w:val="9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9C62F5" w:rsidRPr="00A448DF" w:rsidRDefault="00392781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Работа с информацией: </w:t>
      </w:r>
    </w:p>
    <w:p w:rsidR="009C62F5" w:rsidRPr="00A448DF" w:rsidRDefault="00392781" w:rsidP="00384DA7">
      <w:pPr>
        <w:pStyle w:val="ae"/>
        <w:numPr>
          <w:ilvl w:val="0"/>
          <w:numId w:val="10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 </w:t>
      </w:r>
    </w:p>
    <w:p w:rsidR="009C62F5" w:rsidRPr="00A448DF" w:rsidRDefault="00392781" w:rsidP="00384DA7">
      <w:pPr>
        <w:pStyle w:val="ae"/>
        <w:numPr>
          <w:ilvl w:val="0"/>
          <w:numId w:val="10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использовать электронные образовательные ресурсы; </w:t>
      </w:r>
    </w:p>
    <w:p w:rsidR="009C62F5" w:rsidRPr="00A448DF" w:rsidRDefault="00392781" w:rsidP="00384DA7">
      <w:pPr>
        <w:pStyle w:val="ae"/>
        <w:numPr>
          <w:ilvl w:val="0"/>
          <w:numId w:val="10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уметь работать с электронными учебными пособиями и учебниками; </w:t>
      </w:r>
    </w:p>
    <w:p w:rsidR="009C62F5" w:rsidRPr="00A448DF" w:rsidRDefault="00392781" w:rsidP="00384DA7">
      <w:pPr>
        <w:pStyle w:val="ae"/>
        <w:numPr>
          <w:ilvl w:val="0"/>
          <w:numId w:val="10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 </w:t>
      </w:r>
    </w:p>
    <w:p w:rsidR="00392781" w:rsidRPr="00A448DF" w:rsidRDefault="00392781" w:rsidP="00384DA7">
      <w:pPr>
        <w:pStyle w:val="ae"/>
        <w:numPr>
          <w:ilvl w:val="0"/>
          <w:numId w:val="10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644DB3" w:rsidRPr="00A448DF" w:rsidRDefault="00392781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2. Овладение универсальными коммуникативными действиями </w:t>
      </w:r>
    </w:p>
    <w:p w:rsidR="00644DB3" w:rsidRPr="00A448DF" w:rsidRDefault="00392781" w:rsidP="00384DA7">
      <w:pPr>
        <w:pStyle w:val="ae"/>
        <w:numPr>
          <w:ilvl w:val="0"/>
          <w:numId w:val="11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Понимать искусство в качестве особого языка общения — межличностного (автор — зритель), между поколениями, между народами; </w:t>
      </w:r>
    </w:p>
    <w:p w:rsidR="00644DB3" w:rsidRPr="00A448DF" w:rsidRDefault="00392781" w:rsidP="00384DA7">
      <w:pPr>
        <w:pStyle w:val="ae"/>
        <w:numPr>
          <w:ilvl w:val="0"/>
          <w:numId w:val="11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 </w:t>
      </w:r>
    </w:p>
    <w:p w:rsidR="00644DB3" w:rsidRPr="00A448DF" w:rsidRDefault="00392781" w:rsidP="00384DA7">
      <w:pPr>
        <w:pStyle w:val="ae"/>
        <w:numPr>
          <w:ilvl w:val="0"/>
          <w:numId w:val="11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явления; находить общее решение и разрешать конфликты на основе общих позиций и учёта интересов; </w:t>
      </w:r>
    </w:p>
    <w:p w:rsidR="00644DB3" w:rsidRPr="00A448DF" w:rsidRDefault="00392781" w:rsidP="00384DA7">
      <w:pPr>
        <w:pStyle w:val="ae"/>
        <w:numPr>
          <w:ilvl w:val="0"/>
          <w:numId w:val="11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публично представлять и объяснять результаты своего ​творческого, художественного или исследовательского опыта; </w:t>
      </w:r>
    </w:p>
    <w:p w:rsidR="00392781" w:rsidRPr="00A448DF" w:rsidRDefault="00392781" w:rsidP="00384DA7">
      <w:pPr>
        <w:pStyle w:val="ae"/>
        <w:numPr>
          <w:ilvl w:val="0"/>
          <w:numId w:val="11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F86ABB" w:rsidRPr="00A448DF" w:rsidRDefault="00392781" w:rsidP="00BD1CC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3. Овладение универсальными регулятивными действиями</w:t>
      </w:r>
    </w:p>
    <w:p w:rsidR="00747D42" w:rsidRPr="00A448DF" w:rsidRDefault="00747D42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Самоорганизация: </w:t>
      </w:r>
    </w:p>
    <w:p w:rsidR="00747D42" w:rsidRPr="00A448DF" w:rsidRDefault="00747D42" w:rsidP="00384DA7">
      <w:pPr>
        <w:pStyle w:val="ae"/>
        <w:numPr>
          <w:ilvl w:val="0"/>
          <w:numId w:val="12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 </w:t>
      </w:r>
    </w:p>
    <w:p w:rsidR="00747D42" w:rsidRPr="00A448DF" w:rsidRDefault="00747D42" w:rsidP="00384DA7">
      <w:pPr>
        <w:pStyle w:val="ae"/>
        <w:numPr>
          <w:ilvl w:val="0"/>
          <w:numId w:val="12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 </w:t>
      </w:r>
    </w:p>
    <w:p w:rsidR="00747D42" w:rsidRPr="00A448DF" w:rsidRDefault="00747D42" w:rsidP="00384DA7">
      <w:pPr>
        <w:pStyle w:val="ae"/>
        <w:numPr>
          <w:ilvl w:val="0"/>
          <w:numId w:val="12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747D42" w:rsidRPr="00A448DF" w:rsidRDefault="00747D42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Самоконтроль: </w:t>
      </w:r>
    </w:p>
    <w:p w:rsidR="00747D42" w:rsidRPr="00A448DF" w:rsidRDefault="00747D42" w:rsidP="00384DA7">
      <w:pPr>
        <w:pStyle w:val="ae"/>
        <w:numPr>
          <w:ilvl w:val="0"/>
          <w:numId w:val="13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соотносить свои действия с планируемыми результатами, осуществлять контроль своей деятельности в процессе достижения результата; </w:t>
      </w:r>
    </w:p>
    <w:p w:rsidR="00747D42" w:rsidRPr="00A448DF" w:rsidRDefault="00747D42" w:rsidP="00384DA7">
      <w:pPr>
        <w:pStyle w:val="ae"/>
        <w:numPr>
          <w:ilvl w:val="0"/>
          <w:numId w:val="13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747D42" w:rsidRPr="00A448DF" w:rsidRDefault="00747D42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Эмоциональный интеллект: </w:t>
      </w:r>
    </w:p>
    <w:p w:rsidR="00747D42" w:rsidRPr="00A448DF" w:rsidRDefault="00747D42" w:rsidP="00384DA7">
      <w:pPr>
        <w:pStyle w:val="ae"/>
        <w:numPr>
          <w:ilvl w:val="0"/>
          <w:numId w:val="14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развивать способность управлять собственными эмоциями, стремиться к пониманию эмоций других; </w:t>
      </w:r>
    </w:p>
    <w:p w:rsidR="00747D42" w:rsidRPr="00A448DF" w:rsidRDefault="00747D42" w:rsidP="00384DA7">
      <w:pPr>
        <w:pStyle w:val="ae"/>
        <w:numPr>
          <w:ilvl w:val="0"/>
          <w:numId w:val="14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уметь рефлексировать эмоции как основание для художественного восприятия искусства и собственной художественной деятельности; </w:t>
      </w:r>
    </w:p>
    <w:p w:rsidR="00747D42" w:rsidRPr="00A448DF" w:rsidRDefault="00747D42" w:rsidP="00384DA7">
      <w:pPr>
        <w:pStyle w:val="ae"/>
        <w:numPr>
          <w:ilvl w:val="0"/>
          <w:numId w:val="14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развивать свои эмпатические способности, способность сопереживать, понимать намерения и переживания свои и других; </w:t>
      </w:r>
    </w:p>
    <w:p w:rsidR="00747D42" w:rsidRPr="00A448DF" w:rsidRDefault="00747D42" w:rsidP="00384DA7">
      <w:pPr>
        <w:pStyle w:val="ae"/>
        <w:numPr>
          <w:ilvl w:val="0"/>
          <w:numId w:val="14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признавать своё и чужое право на ошибку; </w:t>
      </w:r>
    </w:p>
    <w:p w:rsidR="00747D42" w:rsidRPr="00A448DF" w:rsidRDefault="00747D42" w:rsidP="00384DA7">
      <w:pPr>
        <w:pStyle w:val="ae"/>
        <w:numPr>
          <w:ilvl w:val="0"/>
          <w:numId w:val="14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работать индивидуально и в группе; продуктивно участвовать в учебном сотрудничестве, в совместной деятельности со сверстниками, с педагогами и межвозрастном взаимодействии.</w:t>
      </w:r>
    </w:p>
    <w:p w:rsidR="00747D42" w:rsidRPr="00A448DF" w:rsidRDefault="00747D42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47D42" w:rsidRPr="00A448DF" w:rsidRDefault="00747D42" w:rsidP="00BD1CC1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747D42" w:rsidRPr="00A448DF" w:rsidRDefault="00747D42" w:rsidP="00384DA7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 промыслов; понимать связь декоративно-прикладного искусства с бытовыми потребностями людей, необходимость присутствия в предметном мире и жилой среде; </w:t>
      </w:r>
    </w:p>
    <w:p w:rsidR="00747D42" w:rsidRPr="00A448DF" w:rsidRDefault="00747D42" w:rsidP="00384DA7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 </w:t>
      </w:r>
    </w:p>
    <w:p w:rsidR="00747D42" w:rsidRPr="00A448DF" w:rsidRDefault="00747D42" w:rsidP="00384DA7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характеризовать коммуникативные, познавательные и культовые функции декоративно-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прикладного искусства; </w:t>
      </w:r>
    </w:p>
    <w:p w:rsidR="00747D42" w:rsidRPr="00A448DF" w:rsidRDefault="00747D42" w:rsidP="00384DA7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 </w:t>
      </w:r>
    </w:p>
    <w:p w:rsidR="00747D42" w:rsidRPr="00A448DF" w:rsidRDefault="00747D42" w:rsidP="00384DA7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распознавать произведения декоративно-прикладного искусства по материалу (дерево, металл, керамика, текстиль, стекло, камень, кость, др.); уметь характеризовать неразрывную связь декора и материала; </w:t>
      </w:r>
    </w:p>
    <w:p w:rsidR="00747D42" w:rsidRPr="00A448DF" w:rsidRDefault="00747D42" w:rsidP="00384DA7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др.; </w:t>
      </w:r>
    </w:p>
    <w:p w:rsidR="00747D42" w:rsidRPr="00A448DF" w:rsidRDefault="00747D42" w:rsidP="00384DA7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знать специфику образного языка декоративного искусства — его знаковую природу,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орнаментальность, стилизацию изображения; </w:t>
      </w:r>
    </w:p>
    <w:p w:rsidR="00747D42" w:rsidRPr="00A448DF" w:rsidRDefault="00747D42" w:rsidP="00384DA7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различать разные виды орнамента по сюжетной основе: геометрический, растительный,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зооморфный, антропоморфный; </w:t>
      </w:r>
    </w:p>
    <w:p w:rsidR="00747D42" w:rsidRPr="00A448DF" w:rsidRDefault="00747D42" w:rsidP="00384DA7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владеть практическими навыками самостоятельного творческого создания орнаментов ленточных,</w:t>
      </w: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сетчатых, центрических; </w:t>
      </w:r>
    </w:p>
    <w:p w:rsidR="00747D42" w:rsidRPr="00A448DF" w:rsidRDefault="00747D42" w:rsidP="00384DA7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 </w:t>
      </w:r>
    </w:p>
    <w:p w:rsidR="00747D42" w:rsidRPr="00A448DF" w:rsidRDefault="00747D42" w:rsidP="00384DA7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овладеть практическими навыками стилизованного — орнаментального лаконичного изображения деталей природы, стилизованного обобщённого изображения представите​лей животного мира, сказочных и мифологических персо​нажей с опорой на традиционные образы мирового искусства;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уметь объяснять символическое значение традиционных знаков народного крестьянского искусства (солярные знаки, древо жизни, конь, птица, мать-земля); </w:t>
      </w:r>
    </w:p>
    <w:p w:rsidR="00747D42" w:rsidRPr="00A448DF" w:rsidRDefault="00747D42" w:rsidP="00384DA7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деталей; объяснять крестьянский дом как отражение уклада крестьянской жизни и памятник архитектуры; </w:t>
      </w:r>
    </w:p>
    <w:p w:rsidR="00747D42" w:rsidRPr="00A448DF" w:rsidRDefault="00747D42" w:rsidP="00384DA7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иметь практический опыт изображения характерных традиционных предметов крестьянского быта;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747D42" w:rsidRPr="00A448DF" w:rsidRDefault="00747D42" w:rsidP="00384DA7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освоить конструкцию народного праздничного костюма, его образный строй и символическое значение его декора; знать о разнообразии форм и украшений народного праздничного костюма различных регионов страны; уметь изобразить или смоделировать традиционный народный костюм; </w:t>
      </w:r>
    </w:p>
    <w:p w:rsidR="00747D42" w:rsidRPr="00A448DF" w:rsidRDefault="00747D42" w:rsidP="00384DA7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осознавать произведения народного искусства как бесценное культурное наследие, хранящее в своих материальных формах глубинные духовные ценности; </w:t>
      </w:r>
    </w:p>
    <w:p w:rsidR="00747D42" w:rsidRPr="00A448DF" w:rsidRDefault="00747D42" w:rsidP="00384DA7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знать и уметь изображать или конструировать устройство традиционных жилищ разных народов, например юрты, сакли, хаты-мазанки; </w:t>
      </w:r>
    </w:p>
    <w:p w:rsidR="00747D42" w:rsidRPr="00A448DF" w:rsidRDefault="00747D42" w:rsidP="00384DA7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объяснять семантическое значение деталей конструкции и декора, их связь с природой, трудом и бытом; </w:t>
      </w:r>
    </w:p>
    <w:p w:rsidR="00747D42" w:rsidRPr="00A448DF" w:rsidRDefault="00747D42" w:rsidP="00384DA7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иметь представление и распознавать примеры декоративног</w:t>
      </w:r>
      <w:r w:rsidR="00B77CA1"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 оформления жизнедеятельности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быта, костюма разных исторических эпох и народов (например, Древний Египет, Древний Китай, античные Греция и Рим, Европейское Средневековье);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 </w:t>
      </w:r>
    </w:p>
    <w:p w:rsidR="00747D42" w:rsidRPr="00A448DF" w:rsidRDefault="00747D42" w:rsidP="00384DA7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объяснять значение народных промыслов и традиций художественного ремесла в современной жизни; </w:t>
      </w:r>
    </w:p>
    <w:p w:rsidR="00747D42" w:rsidRPr="00A448DF" w:rsidRDefault="00747D42" w:rsidP="00384DA7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рассказывать о происхождении народных художественных промыслов; о соотношении ремесла и искусства; </w:t>
      </w:r>
    </w:p>
    <w:p w:rsidR="00747D42" w:rsidRPr="00A448DF" w:rsidRDefault="00747D42" w:rsidP="00384DA7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называть характерные черты орнаментов и изделий ряда отечественных народных художественных промыслов; </w:t>
      </w:r>
    </w:p>
    <w:p w:rsidR="00747D42" w:rsidRPr="00A448DF" w:rsidRDefault="00747D42" w:rsidP="00384DA7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древние образы народного искусства в произведениях современных народных промыслов; </w:t>
      </w:r>
    </w:p>
    <w:p w:rsidR="00747D42" w:rsidRPr="00A448DF" w:rsidRDefault="00747D42" w:rsidP="00384DA7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уметь перечислять материалы, используемые в народных художественных промыслах: дерево, глина, металл, стекло, др.; </w:t>
      </w:r>
    </w:p>
    <w:p w:rsidR="00747D42" w:rsidRPr="00A448DF" w:rsidRDefault="00747D42" w:rsidP="00384DA7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различать изделия народных художественных промыслов по материалу изготовления и технике декора; </w:t>
      </w:r>
    </w:p>
    <w:p w:rsidR="00747D42" w:rsidRPr="00A448DF" w:rsidRDefault="00747D42" w:rsidP="00384DA7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объяснять связь между материалом, формой и техникой декора в произведениях народных промыслов; </w:t>
      </w:r>
    </w:p>
    <w:p w:rsidR="00747D42" w:rsidRPr="00A448DF" w:rsidRDefault="00747D42" w:rsidP="00384DA7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иметь представление о приёмах и последовательности работы при создании изделий некоторых художественных промыслов; </w:t>
      </w:r>
    </w:p>
    <w:p w:rsidR="001262E5" w:rsidRPr="00A448DF" w:rsidRDefault="00747D42" w:rsidP="00384DA7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1262E5" w:rsidRPr="00A448DF" w:rsidRDefault="001262E5" w:rsidP="00384DA7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1262E5" w:rsidRPr="00A448DF" w:rsidRDefault="001262E5" w:rsidP="00384DA7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понимать и объяснять значение государственной символики, иметь представление о значении и содержании геральдики; </w:t>
      </w:r>
    </w:p>
    <w:p w:rsidR="001262E5" w:rsidRPr="00A448DF" w:rsidRDefault="001262E5" w:rsidP="00384DA7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 </w:t>
      </w:r>
    </w:p>
    <w:p w:rsidR="001262E5" w:rsidRPr="00A448DF" w:rsidRDefault="001262E5" w:rsidP="00384DA7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ориентироваться в широком разнообразии современного декоративно-прикладного искусства; различать по материалам, технике исполнения художественное стекло, керамику, ковку, литьё, гобелен и т. д.; </w:t>
      </w:r>
    </w:p>
    <w:p w:rsidR="00DE417F" w:rsidRPr="00A448DF" w:rsidRDefault="001262E5" w:rsidP="00384DA7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DE417F" w:rsidRPr="00A448DF" w:rsidSect="00B77CA1">
          <w:pgSz w:w="11900" w:h="16840"/>
          <w:pgMar w:top="298" w:right="756" w:bottom="426" w:left="666" w:header="720" w:footer="720" w:gutter="0"/>
          <w:cols w:space="720" w:equalWidth="0">
            <w:col w:w="10478" w:space="0"/>
          </w:cols>
          <w:docGrid w:linePitch="360"/>
        </w:sect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овладевать навыками коллективной практической </w:t>
      </w:r>
      <w:r w:rsidR="00B77CA1"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творческой работы по оформлению.</w:t>
      </w:r>
    </w:p>
    <w:p w:rsidR="00DE417F" w:rsidRPr="00A448DF" w:rsidRDefault="00DE417F" w:rsidP="001D1DAC">
      <w:pPr>
        <w:autoSpaceDE w:val="0"/>
        <w:autoSpaceDN w:val="0"/>
        <w:spacing w:after="64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619C0" w:rsidRDefault="008619C0" w:rsidP="008619C0">
      <w:pPr>
        <w:autoSpaceDE w:val="0"/>
        <w:autoSpaceDN w:val="0"/>
        <w:spacing w:after="258" w:line="233" w:lineRule="auto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 xml:space="preserve">                                              </w:t>
      </w:r>
      <w:r w:rsidR="00CC2758" w:rsidRPr="00A448DF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 xml:space="preserve">ТЕМАТИЧЕСКОЕ ПЛАНИРОВАНИЕ МОДУЛЯ </w:t>
      </w:r>
    </w:p>
    <w:p w:rsidR="00DE417F" w:rsidRPr="008619C0" w:rsidRDefault="008619C0" w:rsidP="008619C0">
      <w:pPr>
        <w:autoSpaceDE w:val="0"/>
        <w:autoSpaceDN w:val="0"/>
        <w:spacing w:after="258" w:line="233" w:lineRule="auto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 xml:space="preserve">                          </w:t>
      </w:r>
      <w:r w:rsidR="00CC2758" w:rsidRPr="00A448DF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«ДЕКОРАТИВНО-ПРИКЛАДНОЕ И НАРОДНОЕ ИСКУССТВО»</w:t>
      </w:r>
    </w:p>
    <w:tbl>
      <w:tblPr>
        <w:tblpPr w:leftFromText="180" w:rightFromText="180" w:vertAnchor="text" w:tblpY="1"/>
        <w:tblOverlap w:val="never"/>
        <w:tblW w:w="9845" w:type="dxa"/>
        <w:tblLayout w:type="fixed"/>
        <w:tblLook w:val="04A0" w:firstRow="1" w:lastRow="0" w:firstColumn="1" w:lastColumn="0" w:noHBand="0" w:noVBand="1"/>
      </w:tblPr>
      <w:tblGrid>
        <w:gridCol w:w="529"/>
        <w:gridCol w:w="1376"/>
        <w:gridCol w:w="423"/>
        <w:gridCol w:w="423"/>
        <w:gridCol w:w="425"/>
        <w:gridCol w:w="529"/>
        <w:gridCol w:w="1906"/>
        <w:gridCol w:w="2635"/>
        <w:gridCol w:w="1593"/>
        <w:gridCol w:w="6"/>
      </w:tblGrid>
      <w:tr w:rsidR="008619C0" w:rsidRPr="009E482D" w:rsidTr="008619C0">
        <w:trPr>
          <w:gridAfter w:val="1"/>
          <w:wAfter w:w="6" w:type="dxa"/>
          <w:trHeight w:hRule="exact" w:val="611"/>
        </w:trPr>
        <w:tc>
          <w:tcPr>
            <w:tcW w:w="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№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1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1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8" w:after="0" w:line="245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Дата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изучения</w:t>
            </w:r>
          </w:p>
        </w:tc>
        <w:tc>
          <w:tcPr>
            <w:tcW w:w="1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Виды деятельности</w:t>
            </w:r>
          </w:p>
        </w:tc>
        <w:tc>
          <w:tcPr>
            <w:tcW w:w="2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8" w:after="0" w:line="247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Виды,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формы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контро</w:t>
            </w:r>
            <w:r w:rsidR="00DE0A14"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ля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8" w:after="0" w:line="250" w:lineRule="auto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Электронные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(цифровые)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образователь</w:t>
            </w:r>
            <w:r w:rsidR="00850C2B"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ные ресурсы</w:t>
            </w:r>
          </w:p>
        </w:tc>
      </w:tr>
      <w:tr w:rsidR="008619C0" w:rsidRPr="00A448DF" w:rsidTr="008619C0">
        <w:trPr>
          <w:gridAfter w:val="1"/>
          <w:wAfter w:w="6" w:type="dxa"/>
          <w:cantSplit/>
          <w:trHeight w:hRule="exact" w:val="1128"/>
        </w:trPr>
        <w:tc>
          <w:tcPr>
            <w:tcW w:w="5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17F" w:rsidRPr="00A448DF" w:rsidRDefault="00DE417F" w:rsidP="00885F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17F" w:rsidRPr="00A448DF" w:rsidRDefault="00DE417F" w:rsidP="00885F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DE417F" w:rsidRPr="00A448DF" w:rsidRDefault="00CC2758" w:rsidP="00885F8E">
            <w:pPr>
              <w:autoSpaceDE w:val="0"/>
              <w:autoSpaceDN w:val="0"/>
              <w:spacing w:before="78" w:after="0" w:line="230" w:lineRule="auto"/>
              <w:ind w:left="-19" w:right="113"/>
              <w:jc w:val="center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4"/>
                <w:lang w:val="ru-RU"/>
              </w:rPr>
              <w:t>всего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DE417F" w:rsidRPr="00A448DF" w:rsidRDefault="00850C2B" w:rsidP="00885F8E">
            <w:pPr>
              <w:autoSpaceDE w:val="0"/>
              <w:autoSpaceDN w:val="0"/>
              <w:spacing w:before="78" w:after="0" w:line="245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4"/>
                <w:lang w:val="ru-RU"/>
              </w:rPr>
              <w:t>к</w:t>
            </w:r>
            <w:r w:rsidR="00CC2758"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4"/>
                <w:lang w:val="ru-RU"/>
              </w:rPr>
              <w:t>онтрольные работы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DE417F" w:rsidRPr="00A448DF" w:rsidRDefault="00850C2B" w:rsidP="00885F8E">
            <w:pPr>
              <w:autoSpaceDE w:val="0"/>
              <w:autoSpaceDN w:val="0"/>
              <w:spacing w:before="78" w:after="0" w:line="245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4"/>
                <w:lang w:val="ru-RU"/>
              </w:rPr>
              <w:t>п</w:t>
            </w:r>
            <w:r w:rsidR="00CC2758"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4"/>
                <w:lang w:val="ru-RU"/>
              </w:rPr>
              <w:t>рактические работы</w:t>
            </w:r>
          </w:p>
        </w:tc>
        <w:tc>
          <w:tcPr>
            <w:tcW w:w="5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17F" w:rsidRPr="00A448DF" w:rsidRDefault="00DE417F" w:rsidP="00885F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17F" w:rsidRPr="00A448DF" w:rsidRDefault="00DE417F" w:rsidP="00885F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17F" w:rsidRPr="00A448DF" w:rsidRDefault="00DE417F" w:rsidP="00885F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17F" w:rsidRPr="00A448DF" w:rsidRDefault="00DE417F" w:rsidP="00885F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E417F" w:rsidRPr="009E482D" w:rsidTr="008619C0">
        <w:trPr>
          <w:trHeight w:hRule="exact" w:val="424"/>
        </w:trPr>
        <w:tc>
          <w:tcPr>
            <w:tcW w:w="9845" w:type="dxa"/>
            <w:gridSpan w:val="10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Раздел 1. Общие сведения о декоративно-прикладном искусстве</w:t>
            </w:r>
            <w:r w:rsidR="0024663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1час</w:t>
            </w:r>
          </w:p>
        </w:tc>
      </w:tr>
      <w:tr w:rsidR="008619C0" w:rsidRPr="00A448DF" w:rsidTr="008619C0">
        <w:trPr>
          <w:gridAfter w:val="1"/>
          <w:wAfter w:w="6" w:type="dxa"/>
          <w:trHeight w:hRule="exact" w:val="2485"/>
        </w:trPr>
        <w:tc>
          <w:tcPr>
            <w:tcW w:w="52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1.1.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Декоративно-прикладное искусство и его виды</w:t>
            </w:r>
            <w:r w:rsidR="00D0235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42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6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1</w:t>
            </w:r>
          </w:p>
        </w:tc>
        <w:tc>
          <w:tcPr>
            <w:tcW w:w="42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6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0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6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1</w:t>
            </w:r>
          </w:p>
        </w:tc>
        <w:tc>
          <w:tcPr>
            <w:tcW w:w="52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885F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6" w:after="0" w:line="254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Наблюдать и характеризовать присутствие предметов декора в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предметном мире и жилой сред</w:t>
            </w:r>
            <w:r w:rsidR="00850C2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е.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Сравнивать виды декоративно-прикладного искусства по материалу изготовлен</w:t>
            </w:r>
            <w:r w:rsidR="00850C2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ия и практическому назначению.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Анализировать связь декоративно-прикладного искусства с</w:t>
            </w:r>
            <w:r w:rsidR="00850C2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бытовыми потребностями людей.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Самостоятельно формулировать определение декоративно-прик</w:t>
            </w:r>
            <w:r w:rsidR="00850C2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ладного искусства.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F678DE" w:rsidP="00885F8E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159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https://media.prosv.ru/ </w:t>
            </w:r>
            <w:r w:rsidRPr="00A448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content/item/reader/7857/</w:t>
            </w:r>
          </w:p>
        </w:tc>
      </w:tr>
      <w:tr w:rsidR="00DE417F" w:rsidRPr="009E482D" w:rsidTr="008619C0">
        <w:trPr>
          <w:trHeight w:hRule="exact" w:val="408"/>
        </w:trPr>
        <w:tc>
          <w:tcPr>
            <w:tcW w:w="984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Раздел 2. Древние корни народного искусства</w:t>
            </w:r>
            <w:r w:rsidR="0024663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8 час</w:t>
            </w:r>
          </w:p>
        </w:tc>
      </w:tr>
      <w:tr w:rsidR="008619C0" w:rsidRPr="00A448DF" w:rsidTr="008619C0">
        <w:trPr>
          <w:gridAfter w:val="1"/>
          <w:wAfter w:w="6" w:type="dxa"/>
          <w:trHeight w:hRule="exact" w:val="1612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2.1.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Древние образы в народном искусстве</w:t>
            </w:r>
            <w:r w:rsidR="00D0235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885F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Уметь объяснять глубинные смыслы основных знаков-символов традиционного народного (кресть</w:t>
            </w:r>
            <w:r w:rsidR="00850C2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янского) прикладного искусства.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8" w:after="0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Практи</w:t>
            </w:r>
            <w:r w:rsidR="00D0235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ческая работа.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https://media.prosv.ru/ </w:t>
            </w:r>
            <w:r w:rsidRPr="00A448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content/item/reader/7857/</w:t>
            </w:r>
          </w:p>
        </w:tc>
      </w:tr>
      <w:tr w:rsidR="008619C0" w:rsidRPr="00A448DF" w:rsidTr="008619C0">
        <w:trPr>
          <w:gridAfter w:val="1"/>
          <w:wAfter w:w="6" w:type="dxa"/>
          <w:trHeight w:hRule="exact" w:val="183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2.2.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Убранство русской избы</w:t>
            </w:r>
            <w:r w:rsidR="00D0235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885F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Изображать строение и декор избы в их констр</w:t>
            </w:r>
            <w:r w:rsidR="00D0235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уктивном и смысловом единстве.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Сравнивать и характеризовать разнообразие в построении и образе </w:t>
            </w:r>
            <w:r w:rsidR="00D0235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избы в разных регионах страны.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Находить общее и различное в образном строе трад</w:t>
            </w:r>
            <w:r w:rsidR="00D0235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иционного жилища разных народов.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9E482D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</w:t>
            </w:r>
            <w:r w:rsidR="00D0235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ческая работа</w:t>
            </w:r>
            <w:r w:rsidR="00D0235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https://media.prosv.ru/ </w:t>
            </w:r>
            <w:r w:rsidRPr="00A448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content/item/reader/7857/</w:t>
            </w:r>
          </w:p>
        </w:tc>
      </w:tr>
      <w:tr w:rsidR="008619C0" w:rsidRPr="00A448DF" w:rsidTr="008619C0">
        <w:trPr>
          <w:gridAfter w:val="1"/>
          <w:wAfter w:w="6" w:type="dxa"/>
          <w:trHeight w:hRule="exact" w:val="1266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2.3.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Внутренний мир русской избы</w:t>
            </w:r>
            <w:r w:rsidR="00D0235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885F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Называть и понимать назначение конструктивных и декоративных элементов устройства ж</w:t>
            </w:r>
            <w:r w:rsidR="00D0235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илой среды крестьянского дома.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Выполнить рисунок интерьера т</w:t>
            </w:r>
            <w:r w:rsidR="00D0235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радиционного крестьянского дома.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</w:t>
            </w:r>
            <w:r w:rsidR="00D0235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ческая работа</w:t>
            </w:r>
            <w:r w:rsidR="00D0235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https://media.prosv.ru/ </w:t>
            </w:r>
            <w:r w:rsidRPr="00A448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content/item/reader/7857/</w:t>
            </w:r>
          </w:p>
        </w:tc>
      </w:tr>
      <w:tr w:rsidR="008619C0" w:rsidRPr="00A448DF" w:rsidTr="008619C0">
        <w:trPr>
          <w:gridAfter w:val="1"/>
          <w:wAfter w:w="6" w:type="dxa"/>
          <w:trHeight w:hRule="exact" w:val="1277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2.4.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Конструкция и декор предметов народного быта и труда</w:t>
            </w:r>
            <w:r w:rsidR="00D0235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885F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Изобразить в рисунке форму и декор предметов крестьянского быта (ковши, прялки, посуда, пр</w:t>
            </w:r>
            <w:r w:rsidR="00D0235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едметы трудовой деятельности).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Характеризовать художественно-эстетические качества народного быта (красоту и мудрость в пост</w:t>
            </w:r>
            <w:r w:rsidR="00D0235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роении формы бытовых предметов).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9E482D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</w:t>
            </w:r>
            <w:r w:rsidR="00D0235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ческая работа</w:t>
            </w:r>
            <w:r w:rsidR="00D0235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https://media.prosv.ru/ </w:t>
            </w:r>
            <w:r w:rsidRPr="00A448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content/item/reader/7857/</w:t>
            </w:r>
          </w:p>
        </w:tc>
      </w:tr>
      <w:tr w:rsidR="008619C0" w:rsidRPr="00A448DF" w:rsidTr="008619C0">
        <w:trPr>
          <w:gridAfter w:val="1"/>
          <w:wAfter w:w="6" w:type="dxa"/>
          <w:trHeight w:hRule="exact" w:val="2395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2.5.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Народный праздничный костюм</w:t>
            </w:r>
            <w:r w:rsidR="00D0235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885F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Понимать и анализировать образный строй народного праздничного костюма, д</w:t>
            </w:r>
            <w:r w:rsidR="00D0235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авать ему эстетическую оценку.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Соотносить особенности декора женского праздничного костюма с мировосприятием и</w:t>
            </w:r>
            <w:r w:rsidR="00D0235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мировоззрением наших предков.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Соотносить общее и особенное в образах народной праздничной </w:t>
            </w:r>
            <w:r w:rsidR="00D0235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одежды разных регионов России.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Выполнить аналитическую зарисовку или эскиз</w:t>
            </w:r>
            <w:r w:rsidR="00D0235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праздничного народного костюма.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9E482D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</w:t>
            </w:r>
            <w:r w:rsidR="00D0235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ческая работа</w:t>
            </w:r>
            <w:r w:rsidR="00D0235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https://media.prosv.ru/ </w:t>
            </w:r>
            <w:r w:rsidRPr="00A448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content/item/reader/7857/</w:t>
            </w:r>
          </w:p>
        </w:tc>
      </w:tr>
      <w:tr w:rsidR="008619C0" w:rsidRPr="00A448DF" w:rsidTr="008619C0">
        <w:trPr>
          <w:gridAfter w:val="1"/>
          <w:wAfter w:w="6" w:type="dxa"/>
          <w:trHeight w:hRule="exact" w:val="1839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lastRenderedPageBreak/>
              <w:t>2.6.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Искусство народной вышивки</w:t>
            </w:r>
            <w:r w:rsidR="00D0235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885F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6" w:after="0" w:line="252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Понимать условность языка орнамент</w:t>
            </w:r>
            <w:r w:rsidR="00D0235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а, его символическое значение.  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 связь образов и мотивов крестьянской вышивки с природой и магичес</w:t>
            </w:r>
            <w:r w:rsidR="00D0235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кими древними представлениями.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Определять тип </w:t>
            </w:r>
            <w:r w:rsidR="00D0235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орнамента в наблюдаемом узоре.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Иметь опыт создания орнаментального построения вышивк</w:t>
            </w:r>
            <w:r w:rsidR="00D0235B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 с опорой на народную традицию.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0235B" w:rsidP="009E482D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Практическая работа.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885F8E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https://media.prosv.ru/ </w:t>
            </w:r>
            <w:r w:rsidRPr="00A448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content/item/reader/7857/</w:t>
            </w:r>
          </w:p>
        </w:tc>
      </w:tr>
      <w:tr w:rsidR="008619C0" w:rsidRPr="00A448DF" w:rsidTr="008619C0">
        <w:trPr>
          <w:gridAfter w:val="1"/>
          <w:wAfter w:w="6" w:type="dxa"/>
          <w:trHeight w:hRule="exact" w:val="1542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235B" w:rsidRPr="00A448DF" w:rsidRDefault="00D0235B" w:rsidP="00885F8E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2.7.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235B" w:rsidRPr="00A448DF" w:rsidRDefault="00D0235B" w:rsidP="00885F8E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Народные праздничные обряды (обобщение темы).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235B" w:rsidRPr="00A448DF" w:rsidRDefault="00D0235B" w:rsidP="00885F8E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235B" w:rsidRPr="00A448DF" w:rsidRDefault="00D0235B" w:rsidP="00885F8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235B" w:rsidRPr="00A448DF" w:rsidRDefault="00D0235B" w:rsidP="00885F8E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235B" w:rsidRPr="00A448DF" w:rsidRDefault="00D0235B" w:rsidP="00885F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235B" w:rsidRPr="00A448DF" w:rsidRDefault="00D0235B" w:rsidP="00885F8E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Характеризовать праздничные обряды как синтез всех видов народного творчества.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Изобразить сюжетную композицию с изображением праздника или участвовать в создании коллективного панно на тему традиций народных праздников.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235B" w:rsidRPr="00A448DF" w:rsidRDefault="00F678DE" w:rsidP="009E482D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235B" w:rsidRPr="00A448DF" w:rsidRDefault="00D0235B" w:rsidP="00885F8E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https://media.prosv.ru/ </w:t>
            </w:r>
            <w:r w:rsidRPr="00A448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content/item/reader/7857/</w:t>
            </w:r>
          </w:p>
        </w:tc>
      </w:tr>
      <w:tr w:rsidR="00D0235B" w:rsidRPr="009E482D" w:rsidTr="008619C0">
        <w:trPr>
          <w:trHeight w:hRule="exact" w:val="420"/>
        </w:trPr>
        <w:tc>
          <w:tcPr>
            <w:tcW w:w="984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235B" w:rsidRPr="00246639" w:rsidRDefault="00D0235B" w:rsidP="00885F8E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24663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Раздел 3. Народные художественные промыслы</w:t>
            </w:r>
            <w:r w:rsidR="0024663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12 час</w:t>
            </w:r>
          </w:p>
        </w:tc>
      </w:tr>
      <w:tr w:rsidR="008619C0" w:rsidRPr="00A448DF" w:rsidTr="008619C0">
        <w:trPr>
          <w:gridAfter w:val="1"/>
          <w:wAfter w:w="6" w:type="dxa"/>
          <w:trHeight w:hRule="exact" w:val="1835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235B" w:rsidRPr="00A448DF" w:rsidRDefault="00D0235B" w:rsidP="00885F8E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3.1.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235B" w:rsidRPr="00A448DF" w:rsidRDefault="00D0235B" w:rsidP="00885F8E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Происхождение художественных промыслов и их роль в современной жизни народов России.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235B" w:rsidRPr="00A448DF" w:rsidRDefault="00D0235B" w:rsidP="00885F8E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235B" w:rsidRPr="00A448DF" w:rsidRDefault="00D0235B" w:rsidP="00885F8E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235B" w:rsidRPr="00A448DF" w:rsidRDefault="00D0235B" w:rsidP="00885F8E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235B" w:rsidRPr="00A448DF" w:rsidRDefault="00D0235B" w:rsidP="00885F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235B" w:rsidRPr="00A448DF" w:rsidRDefault="00D0235B" w:rsidP="00885F8E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Наблюдать и анализировать изделия различных народных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художественных промыслов с позиций материала их изготовления. Характеризовать связь изделий мастеров промыслов с традиционными ремёслами.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 роль народных художественных промыслов в современной жизни.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235B" w:rsidRPr="00A448DF" w:rsidRDefault="00F678DE" w:rsidP="009E482D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235B" w:rsidRPr="00A448DF" w:rsidRDefault="00D0235B" w:rsidP="00885F8E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https://media.prosv.ru/ </w:t>
            </w:r>
            <w:r w:rsidRPr="00A448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content/item/reader/7857/</w:t>
            </w:r>
          </w:p>
        </w:tc>
      </w:tr>
      <w:tr w:rsidR="008619C0" w:rsidRPr="00A448DF" w:rsidTr="008619C0">
        <w:trPr>
          <w:gridAfter w:val="1"/>
          <w:wAfter w:w="6" w:type="dxa"/>
          <w:trHeight w:hRule="exact" w:val="1839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235B" w:rsidRPr="00A448DF" w:rsidRDefault="00D0235B" w:rsidP="00885F8E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3.2.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235B" w:rsidRPr="00A448DF" w:rsidRDefault="00D0235B" w:rsidP="00885F8E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Традиционные древние образы в современных игрушках народных промыслов.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235B" w:rsidRPr="00A448DF" w:rsidRDefault="00D0235B" w:rsidP="00885F8E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235B" w:rsidRPr="00A448DF" w:rsidRDefault="00D0235B" w:rsidP="00885F8E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235B" w:rsidRPr="00A448DF" w:rsidRDefault="00D0235B" w:rsidP="00885F8E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235B" w:rsidRPr="00A448DF" w:rsidRDefault="00D0235B" w:rsidP="00885F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235B" w:rsidRPr="00A448DF" w:rsidRDefault="00D0235B" w:rsidP="00885F8E">
            <w:pPr>
              <w:autoSpaceDE w:val="0"/>
              <w:autoSpaceDN w:val="0"/>
              <w:spacing w:before="76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Рассуждать о происхождении древних традиционных образов.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сохранённых в игрушках современных народных промыслов.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Различать и характеризовать особенности игрушек нескольких широко известных промыслов: дымковской, филимоновской, каргопольской и др.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Создавать эскизы игрушки по мотивам избранного промысла.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235B" w:rsidRPr="00A448DF" w:rsidRDefault="00D0235B" w:rsidP="009E482D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235B" w:rsidRPr="00A448DF" w:rsidRDefault="00D0235B" w:rsidP="00885F8E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https://media.prosv.ru/ </w:t>
            </w:r>
            <w:r w:rsidRPr="00A448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content/item/reader/7857/</w:t>
            </w:r>
          </w:p>
        </w:tc>
      </w:tr>
    </w:tbl>
    <w:p w:rsidR="00DE417F" w:rsidRPr="00A448DF" w:rsidRDefault="00885F8E" w:rsidP="001D1DAC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DE417F" w:rsidRPr="00A448DF" w:rsidRDefault="00DE417F" w:rsidP="001D1DAC">
      <w:pPr>
        <w:rPr>
          <w:rFonts w:ascii="Times New Roman" w:hAnsi="Times New Roman" w:cs="Times New Roman"/>
          <w:sz w:val="24"/>
          <w:szCs w:val="24"/>
        </w:rPr>
        <w:sectPr w:rsidR="00DE417F" w:rsidRPr="00A448DF" w:rsidSect="008619C0">
          <w:pgSz w:w="11900" w:h="16840"/>
          <w:pgMar w:top="666" w:right="282" w:bottom="640" w:left="298" w:header="720" w:footer="720" w:gutter="0"/>
          <w:cols w:space="720" w:equalWidth="0">
            <w:col w:w="15892" w:space="0"/>
          </w:cols>
          <w:docGrid w:linePitch="360"/>
        </w:sectPr>
      </w:pPr>
    </w:p>
    <w:p w:rsidR="00DE417F" w:rsidRPr="00A448DF" w:rsidRDefault="00DE417F" w:rsidP="001D1DAC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9296" w:type="dxa"/>
        <w:tblInd w:w="572" w:type="dxa"/>
        <w:tblLayout w:type="fixed"/>
        <w:tblLook w:val="04A0" w:firstRow="1" w:lastRow="0" w:firstColumn="1" w:lastColumn="0" w:noHBand="0" w:noVBand="1"/>
      </w:tblPr>
      <w:tblGrid>
        <w:gridCol w:w="629"/>
        <w:gridCol w:w="1064"/>
        <w:gridCol w:w="359"/>
        <w:gridCol w:w="359"/>
        <w:gridCol w:w="359"/>
        <w:gridCol w:w="449"/>
        <w:gridCol w:w="2206"/>
        <w:gridCol w:w="1358"/>
        <w:gridCol w:w="2500"/>
        <w:gridCol w:w="13"/>
      </w:tblGrid>
      <w:tr w:rsidR="00246639" w:rsidRPr="00A448DF" w:rsidTr="00246639">
        <w:trPr>
          <w:gridAfter w:val="1"/>
          <w:wAfter w:w="13" w:type="dxa"/>
          <w:trHeight w:hRule="exact" w:val="1817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3.3.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Праздничная хохлома. ​Роспись по дереву</w:t>
            </w:r>
            <w:r w:rsidR="00DF10B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DF10B3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DF10B3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DF10B3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46639" w:rsidRDefault="00246639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639" w:rsidRDefault="00246639" w:rsidP="002466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417F" w:rsidRPr="00246639" w:rsidRDefault="00DE417F" w:rsidP="002466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Рассматривать и характеризовать особенности орнаментов и формы прои</w:t>
            </w:r>
            <w:r w:rsidR="00DF10B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зведений хохломского промысла.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 назначение</w:t>
            </w:r>
            <w:r w:rsidR="00DF10B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изделий хохломского промысла.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Иметь опыт в освоени</w:t>
            </w:r>
            <w:r w:rsidR="00DF10B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 нескольких приёмов хохломской 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орнаментальной роспис</w:t>
            </w:r>
            <w:r w:rsidR="00DF10B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 («травка», «кудрина» и др.).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Создавать эск</w:t>
            </w:r>
            <w:r w:rsidR="00DF10B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изы изделия по мотивам промысла.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</w:t>
            </w:r>
            <w:r w:rsidR="00DF10B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="00DF10B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ческая работа</w:t>
            </w:r>
            <w:r w:rsidR="00DF10B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https://media.prosv.ru/ </w:t>
            </w:r>
            <w:r w:rsidRPr="00A448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content/item/reader/7857/</w:t>
            </w:r>
          </w:p>
        </w:tc>
      </w:tr>
      <w:tr w:rsidR="00246639" w:rsidRPr="00A448DF" w:rsidTr="00246639">
        <w:trPr>
          <w:gridAfter w:val="1"/>
          <w:wAfter w:w="13" w:type="dxa"/>
          <w:trHeight w:hRule="exact" w:val="2498"/>
        </w:trPr>
        <w:tc>
          <w:tcPr>
            <w:tcW w:w="62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4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3.4.</w:t>
            </w:r>
          </w:p>
        </w:tc>
        <w:tc>
          <w:tcPr>
            <w:tcW w:w="10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4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Искусство Гжели. Керамика</w:t>
            </w:r>
            <w:r w:rsidR="00DF10B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35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DF10B3">
            <w:pPr>
              <w:autoSpaceDE w:val="0"/>
              <w:autoSpaceDN w:val="0"/>
              <w:spacing w:before="74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35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DF10B3">
            <w:pPr>
              <w:autoSpaceDE w:val="0"/>
              <w:autoSpaceDN w:val="0"/>
              <w:spacing w:before="74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35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DF10B3">
            <w:pPr>
              <w:autoSpaceDE w:val="0"/>
              <w:autoSpaceDN w:val="0"/>
              <w:spacing w:before="74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4" w:after="0" w:line="254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Рассматривать и характеризовать особенности орнамент</w:t>
            </w:r>
            <w:r w:rsidR="00DF10B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ов и формы произведений гжели.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 и показывать на примерах единство скульптурно</w:t>
            </w:r>
            <w:r w:rsidR="00DF10B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й формы и кобальтового декора.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Иметь опыт использо</w:t>
            </w:r>
            <w:r w:rsidR="00DF10B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вания приёмов кистевого мазка.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Создавать эскиз изделия </w:t>
            </w:r>
            <w:r w:rsidR="00DF10B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по мотивам промысла.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Изображение и конструирование посудной формы и </w:t>
            </w:r>
            <w:r w:rsidR="00DF10B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её роспись в гжельской традиции.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4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</w:t>
            </w:r>
            <w:r w:rsidR="00DF10B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="00DF10B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ческая работа</w:t>
            </w:r>
            <w:r w:rsidR="00DF10B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25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4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https://media.prosv.ru/ </w:t>
            </w:r>
            <w:r w:rsidRPr="00A448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content/item/reader/7857/</w:t>
            </w:r>
          </w:p>
        </w:tc>
      </w:tr>
      <w:tr w:rsidR="00246639" w:rsidRPr="00A448DF" w:rsidTr="00246639">
        <w:trPr>
          <w:gridAfter w:val="1"/>
          <w:wAfter w:w="13" w:type="dxa"/>
          <w:trHeight w:hRule="exact" w:val="1529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3.5.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Городецкая роспись по дереву</w:t>
            </w:r>
            <w:r w:rsidR="00DF10B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DF10B3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DF10B3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DF10B3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Наблюдать и эстетически характеризовать</w:t>
            </w:r>
            <w:r w:rsidR="00DF10B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красочную городецкую роспись.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Иметь опыт декоративно-символического изображения </w:t>
            </w:r>
            <w:r w:rsidR="00DF10B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персонажей городецкой росписи.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Выполнить эс</w:t>
            </w:r>
            <w:r w:rsidR="00DF10B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киз изделия по мотивам промысла.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</w:t>
            </w:r>
            <w:r w:rsidR="00DF10B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="00DF10B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ческая работа</w:t>
            </w:r>
            <w:r w:rsidR="00DF10B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https://media.prosv.ru/ </w:t>
            </w:r>
            <w:r w:rsidRPr="00A448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content/item/reader/7857/</w:t>
            </w:r>
          </w:p>
        </w:tc>
      </w:tr>
      <w:tr w:rsidR="00246639" w:rsidRPr="00A448DF" w:rsidTr="00246639">
        <w:trPr>
          <w:gridAfter w:val="1"/>
          <w:wAfter w:w="13" w:type="dxa"/>
          <w:trHeight w:hRule="exact" w:val="180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3.6.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Жостово. Роспись по металлу</w:t>
            </w:r>
            <w:r w:rsidR="00453265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453265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453265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453265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Наблюдать разнообразие форм подносов и компо</w:t>
            </w:r>
            <w:r w:rsidR="00453265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зиционного решения их росписи.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Иметь опыт традиционных для Жостова приёмов кистевых мазков</w:t>
            </w:r>
            <w:r w:rsidR="00453265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в живописи цветочных букетов.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Иметь представление о приёмах освещенности и объёмности в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жостовской</w:t>
            </w:r>
            <w:r w:rsidR="00453265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росписи.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</w:t>
            </w:r>
            <w:r w:rsidR="00453265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="00453265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ческая работа</w:t>
            </w:r>
            <w:r w:rsidR="00453265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https://media.prosv.ru/ </w:t>
            </w:r>
            <w:r w:rsidRPr="00A448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content/item/reader/7857/</w:t>
            </w:r>
          </w:p>
        </w:tc>
      </w:tr>
      <w:tr w:rsidR="00246639" w:rsidRPr="00A448DF" w:rsidTr="00246639">
        <w:trPr>
          <w:gridAfter w:val="1"/>
          <w:wAfter w:w="13" w:type="dxa"/>
          <w:trHeight w:hRule="exact" w:val="209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3265" w:rsidRPr="00A448DF" w:rsidRDefault="00453265" w:rsidP="007D7FB2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3.7.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3265" w:rsidRPr="00A448DF" w:rsidRDefault="00453265" w:rsidP="007D7FB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Искусство лаковой живописи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3265" w:rsidRPr="00A448DF" w:rsidRDefault="00453265" w:rsidP="00453265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3265" w:rsidRPr="00A448DF" w:rsidRDefault="00453265" w:rsidP="00453265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3265" w:rsidRPr="00A448DF" w:rsidRDefault="00453265" w:rsidP="00453265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3265" w:rsidRPr="00A448DF" w:rsidRDefault="00453265" w:rsidP="007D7F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3265" w:rsidRPr="00A448DF" w:rsidRDefault="00453265" w:rsidP="00453265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Наблюдать, разглядывать, любоваться, обсуждать произведения лаковой миниатюры.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Знать об истории происхождения промыслов лаковой миниатюры. Объяснять роль искусства лаковой миниатюры в сохранении и развитии традиций отечественной культуры.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Иметь опыт создания композиции на сказочный сюжет, опираясь на впечатления от лаковых миниатюр.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3265" w:rsidRPr="00A448DF" w:rsidRDefault="00453265" w:rsidP="007D7FB2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Практи-ческая работа.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3265" w:rsidRPr="00A448DF" w:rsidRDefault="00453265" w:rsidP="007D7FB2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https://media.prosv.ru/ </w:t>
            </w:r>
            <w:r w:rsidRPr="00A448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content/item/reader/7857/</w:t>
            </w:r>
          </w:p>
        </w:tc>
      </w:tr>
      <w:tr w:rsidR="00453265" w:rsidRPr="009E482D" w:rsidTr="00246639">
        <w:trPr>
          <w:trHeight w:hRule="exact" w:val="437"/>
        </w:trPr>
        <w:tc>
          <w:tcPr>
            <w:tcW w:w="929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3265" w:rsidRPr="00A448DF" w:rsidRDefault="00453265" w:rsidP="007D7FB2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Раздел 4. Декоративно-прикладное искусство в культуре разных эпох и народов</w:t>
            </w:r>
            <w:r w:rsidR="0024663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7 час</w:t>
            </w:r>
          </w:p>
        </w:tc>
      </w:tr>
    </w:tbl>
    <w:p w:rsidR="00DE417F" w:rsidRPr="00A448DF" w:rsidRDefault="00DE417F" w:rsidP="001D1DAC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E417F" w:rsidRPr="00A448DF" w:rsidRDefault="00DE417F" w:rsidP="001D1DAC">
      <w:pPr>
        <w:rPr>
          <w:rFonts w:ascii="Times New Roman" w:hAnsi="Times New Roman" w:cs="Times New Roman"/>
          <w:sz w:val="24"/>
          <w:szCs w:val="24"/>
          <w:lang w:val="ru-RU"/>
        </w:rPr>
        <w:sectPr w:rsidR="00DE417F" w:rsidRPr="00A448DF" w:rsidSect="00246639">
          <w:pgSz w:w="11900" w:h="16840"/>
          <w:pgMar w:top="666" w:right="284" w:bottom="640" w:left="898" w:header="720" w:footer="720" w:gutter="0"/>
          <w:cols w:space="720" w:equalWidth="0">
            <w:col w:w="15890" w:space="0"/>
          </w:cols>
          <w:docGrid w:linePitch="360"/>
        </w:sectPr>
      </w:pPr>
    </w:p>
    <w:tbl>
      <w:tblPr>
        <w:tblW w:w="9860" w:type="dxa"/>
        <w:tblInd w:w="856" w:type="dxa"/>
        <w:tblLayout w:type="fixed"/>
        <w:tblLook w:val="04A0" w:firstRow="1" w:lastRow="0" w:firstColumn="1" w:lastColumn="0" w:noHBand="0" w:noVBand="1"/>
      </w:tblPr>
      <w:tblGrid>
        <w:gridCol w:w="369"/>
        <w:gridCol w:w="1120"/>
        <w:gridCol w:w="372"/>
        <w:gridCol w:w="372"/>
        <w:gridCol w:w="372"/>
        <w:gridCol w:w="465"/>
        <w:gridCol w:w="1493"/>
        <w:gridCol w:w="1649"/>
        <w:gridCol w:w="3634"/>
        <w:gridCol w:w="14"/>
      </w:tblGrid>
      <w:tr w:rsidR="00246639" w:rsidRPr="00A448DF" w:rsidTr="00246639">
        <w:trPr>
          <w:gridAfter w:val="1"/>
          <w:wAfter w:w="14" w:type="dxa"/>
          <w:trHeight w:hRule="exact" w:val="1849"/>
        </w:trPr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lastRenderedPageBreak/>
              <w:t>4.1.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Роль декоративно-прикладного искусства в культуре древних цивилизаций</w:t>
            </w:r>
            <w:r w:rsidR="00301B9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301B94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301B94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301B94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Наблюдать, рассматривать, эстетически воспринимать декоративно-прикладное искусст</w:t>
            </w:r>
            <w:r w:rsidR="00301B9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во в культурах разных народов.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Выявлять в произведениях декоративно-прикладного искусства связь конструктивных, декоративных и изобразительных элементов, единст</w:t>
            </w:r>
            <w:r w:rsidR="00301B9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во материалов, формы и декора.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Делать зарисовки элементов декора или декорированн</w:t>
            </w:r>
            <w:r w:rsidR="00301B9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ых предметов.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Практи</w:t>
            </w:r>
            <w:r w:rsidR="00301B9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-ческая работа.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https://media.prosv.ru/ </w:t>
            </w:r>
            <w:r w:rsidRPr="00A448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content/item/reader/7857/</w:t>
            </w:r>
          </w:p>
        </w:tc>
      </w:tr>
      <w:tr w:rsidR="00246639" w:rsidRPr="00A448DF" w:rsidTr="00246639">
        <w:trPr>
          <w:gridAfter w:val="1"/>
          <w:wAfter w:w="14" w:type="dxa"/>
          <w:trHeight w:hRule="exact" w:val="1819"/>
        </w:trPr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4.2.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Особенности орнамента в культурах разных народов</w:t>
            </w:r>
            <w:r w:rsidR="00301B9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301B94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301B94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301B94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 и приводить примеры, как по орнаменту, украшающему одежду, здания, предметы, можно определить, к како</w:t>
            </w:r>
            <w:r w:rsidR="00301B9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й эпохе и народу он относится.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Проводить исследование орнаментов выбранной культуры, отвечая на вопросы о с</w:t>
            </w:r>
            <w:r w:rsidR="00301B9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воеобразии традиций орнамента.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Иметь опыт изображени</w:t>
            </w:r>
            <w:r w:rsidR="00301B9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я орнаментов выбранной культуры.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</w:t>
            </w:r>
            <w:r w:rsidR="00301B9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="00301B9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ческая работа</w:t>
            </w:r>
            <w:r w:rsidR="00301B9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https://media.prosv.ru/ </w:t>
            </w:r>
            <w:r w:rsidRPr="00A448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content/item/reader/7857/</w:t>
            </w:r>
          </w:p>
        </w:tc>
      </w:tr>
      <w:tr w:rsidR="00246639" w:rsidRPr="00A448DF" w:rsidTr="00246639">
        <w:trPr>
          <w:gridAfter w:val="1"/>
          <w:wAfter w:w="14" w:type="dxa"/>
          <w:trHeight w:hRule="exact" w:val="1832"/>
        </w:trPr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4.3.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Особенности конструкции и декора одежды</w:t>
            </w:r>
            <w:r w:rsidR="00301B9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301B94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301B94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301B94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Проводить исследование и вести поисковую работу по изучению и сбору материала об особенностях одежды выбранной культуры, её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декоративных ос</w:t>
            </w:r>
            <w:r w:rsidR="00301B9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обенностях и социальных знаках.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301B9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Изображать предметы одежды.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Создавать эскиз одежды или деталей одежды для разных членов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301B9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сообщества этой культуры.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Практи</w:t>
            </w:r>
            <w:r w:rsidR="00301B9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-ческая работа.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https://media.prosv.ru/ </w:t>
            </w:r>
            <w:r w:rsidRPr="00A448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content/item/reader/7857/</w:t>
            </w:r>
          </w:p>
        </w:tc>
      </w:tr>
      <w:tr w:rsidR="00246639" w:rsidRPr="00A448DF" w:rsidTr="00246639">
        <w:trPr>
          <w:gridAfter w:val="1"/>
          <w:wAfter w:w="14" w:type="dxa"/>
          <w:trHeight w:hRule="exact" w:val="1252"/>
        </w:trPr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4.4.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Целостный о</w:t>
            </w:r>
            <w:r w:rsidR="005B1E76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браз ДПИ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для каждой исторической эпохи и национальной культуры</w:t>
            </w:r>
            <w:r w:rsidR="00301B9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301B94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301B94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301B94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Участвовать в создании коллективного панно, пока</w:t>
            </w:r>
            <w:r w:rsidR="00DF3DEE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зывающего образ выбранной эпохи</w:t>
            </w:r>
            <w:r w:rsidR="00301B9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</w:t>
            </w:r>
            <w:r w:rsidR="00301B9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="00301B9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ческая работа</w:t>
            </w:r>
            <w:r w:rsidR="00301B9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https://media.prosv.ru/ </w:t>
            </w:r>
            <w:r w:rsidRPr="00A448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content/item/reader/7857/</w:t>
            </w:r>
          </w:p>
        </w:tc>
      </w:tr>
      <w:tr w:rsidR="00DE417F" w:rsidRPr="009E482D" w:rsidTr="00246639">
        <w:trPr>
          <w:trHeight w:hRule="exact" w:val="488"/>
        </w:trPr>
        <w:tc>
          <w:tcPr>
            <w:tcW w:w="98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Раздел 5. Декоративно-прикладное искусство в жизни современного человека</w:t>
            </w:r>
            <w:r w:rsidR="0024663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6час</w:t>
            </w:r>
          </w:p>
        </w:tc>
      </w:tr>
      <w:tr w:rsidR="00246639" w:rsidRPr="00A448DF" w:rsidTr="00246639">
        <w:trPr>
          <w:gridAfter w:val="1"/>
          <w:wAfter w:w="14" w:type="dxa"/>
          <w:trHeight w:hRule="exact" w:val="1769"/>
        </w:trPr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5.1.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Многообразие видов, форм, материалов и техник современного декоративного искусства</w:t>
            </w:r>
            <w:r w:rsidR="000D089D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0D089D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0D089D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0D089D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Наблюдать и эстетически анализировать произведения современного декорати</w:t>
            </w:r>
            <w:r w:rsidR="000D089D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вного и прикладного искусства.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Вести самостоятельную поисковую работу по направлению выбранного вида совреме</w:t>
            </w:r>
            <w:r w:rsidR="000D089D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нного декоративного искусства.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Выполнить творческую импровизацию на основе произведений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0D089D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современных художников.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Практи</w:t>
            </w:r>
            <w:r w:rsidR="000D089D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-ческая работа.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https://media.prosv.ru/ </w:t>
            </w:r>
            <w:r w:rsidRPr="00A448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content/item/reader/7857/</w:t>
            </w:r>
          </w:p>
        </w:tc>
      </w:tr>
      <w:tr w:rsidR="00246639" w:rsidRPr="00A448DF" w:rsidTr="00246639">
        <w:trPr>
          <w:gridAfter w:val="1"/>
          <w:wAfter w:w="14" w:type="dxa"/>
          <w:trHeight w:hRule="exact" w:val="2131"/>
        </w:trPr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5.2.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Символический знак в современной жизни</w:t>
            </w:r>
            <w:r w:rsidR="000D089D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0D089D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0D089D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0D089D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 значение государственной символики и р</w:t>
            </w:r>
            <w:r w:rsidR="000D089D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оль художника в её разработке.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Разъяснять смысловое значение изобразительно-декоративных элементов в государственной символике и в гербе родного г</w:t>
            </w:r>
            <w:r w:rsidR="000D089D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орода.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Рассказывать о происхо</w:t>
            </w:r>
            <w:r w:rsidR="000D089D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ждении и традициях геральдики.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Разрабатывать эскиз личной семейной эмблемы или эмблемы класса, школы, кру</w:t>
            </w:r>
            <w:r w:rsidR="000D089D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жка дополнительного образования.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</w:t>
            </w:r>
            <w:r w:rsidR="000D089D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="000D089D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ческая работа</w:t>
            </w:r>
            <w:r w:rsidR="000D089D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https://media.prosv.ru/ </w:t>
            </w:r>
            <w:r w:rsidRPr="00A448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content/item/reader/7857/</w:t>
            </w:r>
          </w:p>
        </w:tc>
      </w:tr>
      <w:tr w:rsidR="00246639" w:rsidRPr="00A448DF" w:rsidTr="00246639">
        <w:trPr>
          <w:gridAfter w:val="1"/>
          <w:wAfter w:w="14" w:type="dxa"/>
          <w:trHeight w:hRule="exact" w:val="1286"/>
        </w:trPr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5.3.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Декор современных улиц и помещений</w:t>
            </w:r>
            <w:r w:rsidR="000D089D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0D089D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0D089D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0D089D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Обнаруживать украшения на улицах родног</w:t>
            </w:r>
            <w:r w:rsidR="005B1E76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 города и рассказывать о них.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Объяснять, зачем люди в праз</w:t>
            </w:r>
            <w:r w:rsidR="005B1E76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дник украшают окружение и себя.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Тестиро</w:t>
            </w:r>
            <w:r w:rsidR="005B1E76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="005B1E76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вание</w:t>
            </w:r>
            <w:r w:rsidR="005B1E76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https://media.prosv.ru/ </w:t>
            </w:r>
            <w:r w:rsidRPr="00A448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content/item/reader/7857/</w:t>
            </w:r>
          </w:p>
        </w:tc>
      </w:tr>
      <w:tr w:rsidR="00FE147B" w:rsidRPr="00A448DF" w:rsidTr="00246639">
        <w:trPr>
          <w:gridAfter w:val="1"/>
          <w:wAfter w:w="11" w:type="dxa"/>
          <w:trHeight w:hRule="exact" w:val="696"/>
        </w:trPr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147B" w:rsidRPr="00A448DF" w:rsidRDefault="00FE147B" w:rsidP="007D7FB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ОБЩЕЕ КОЛИЧЕСТВО ЧАСОВ ПО МОДУЛЮ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147B" w:rsidRPr="00A448DF" w:rsidRDefault="00FE147B" w:rsidP="005B1E76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34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147B" w:rsidRPr="00A448DF" w:rsidRDefault="00FE147B" w:rsidP="005B1E76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147B" w:rsidRPr="00A448DF" w:rsidRDefault="00FE147B" w:rsidP="005B1E76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34</w:t>
            </w:r>
          </w:p>
        </w:tc>
        <w:tc>
          <w:tcPr>
            <w:tcW w:w="7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147B" w:rsidRPr="00A448DF" w:rsidRDefault="00FE147B" w:rsidP="007D7F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417F" w:rsidRPr="00A448DF" w:rsidRDefault="00DE417F" w:rsidP="001D1DAC">
      <w:pPr>
        <w:rPr>
          <w:rFonts w:ascii="Times New Roman" w:hAnsi="Times New Roman" w:cs="Times New Roman"/>
          <w:sz w:val="24"/>
          <w:szCs w:val="24"/>
          <w:lang w:val="ru-RU"/>
        </w:rPr>
        <w:sectPr w:rsidR="00DE417F" w:rsidRPr="00A448DF" w:rsidSect="00246639">
          <w:pgSz w:w="11900" w:h="16840"/>
          <w:pgMar w:top="666" w:right="284" w:bottom="640" w:left="284" w:header="720" w:footer="720" w:gutter="0"/>
          <w:cols w:space="720" w:equalWidth="0">
            <w:col w:w="15890" w:space="0"/>
          </w:cols>
          <w:docGrid w:linePitch="360"/>
        </w:sectPr>
      </w:pPr>
    </w:p>
    <w:p w:rsidR="00DE417F" w:rsidRPr="00A448DF" w:rsidRDefault="007D60A4" w:rsidP="0006267A">
      <w:pPr>
        <w:pStyle w:val="1"/>
        <w:ind w:left="142" w:right="104"/>
        <w:rPr>
          <w:rFonts w:ascii="Times New Roman" w:hAnsi="Times New Roman" w:cs="Times New Roman"/>
          <w:color w:val="auto"/>
          <w:sz w:val="24"/>
          <w:szCs w:val="24"/>
          <w:lang w:val="ru-RU"/>
        </w:rPr>
        <w:sectPr w:rsidR="00DE417F" w:rsidRPr="00A448DF" w:rsidSect="00FE147B">
          <w:pgSz w:w="11900" w:h="1684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  <w:r w:rsidRPr="00A448DF">
        <w:rPr>
          <w:rFonts w:ascii="Times New Roman" w:hAnsi="Times New Roman" w:cs="Times New Roman"/>
          <w:color w:val="auto"/>
          <w:sz w:val="24"/>
          <w:szCs w:val="24"/>
          <w:lang w:val="ru-RU"/>
        </w:rPr>
        <w:lastRenderedPageBreak/>
        <w:t>П</w:t>
      </w:r>
      <w:r w:rsidRPr="00A448DF">
        <w:rPr>
          <w:rFonts w:ascii="Times New Roman" w:hAnsi="Times New Roman" w:cs="Times New Roman"/>
          <w:color w:val="auto"/>
          <w:sz w:val="24"/>
          <w:szCs w:val="24"/>
        </w:rPr>
        <w:t>ОУРОЧНОЕ</w:t>
      </w:r>
      <w:r w:rsidRPr="00A448DF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r w:rsidRPr="00A448DF">
        <w:rPr>
          <w:rFonts w:ascii="Times New Roman" w:hAnsi="Times New Roman" w:cs="Times New Roman"/>
          <w:color w:val="auto"/>
          <w:sz w:val="24"/>
          <w:szCs w:val="24"/>
        </w:rPr>
        <w:t>ПЛАНИРОВАНИЕ</w:t>
      </w:r>
      <w:r w:rsidR="0006267A" w:rsidRPr="00A448DF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</w:t>
      </w:r>
      <w:r w:rsidR="0006267A" w:rsidRPr="00A448DF">
        <w:rPr>
          <w:rFonts w:ascii="Times New Roman" w:hAnsi="Times New Roman" w:cs="Times New Roman"/>
          <w:sz w:val="24"/>
          <w:szCs w:val="24"/>
          <w:lang w:val="ru-RU"/>
        </w:rPr>
        <w:t>5 класс</w:t>
      </w:r>
    </w:p>
    <w:tbl>
      <w:tblPr>
        <w:tblStyle w:val="TableNormal"/>
        <w:tblW w:w="10351" w:type="dxa"/>
        <w:tblInd w:w="1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4013"/>
        <w:gridCol w:w="992"/>
        <w:gridCol w:w="993"/>
        <w:gridCol w:w="992"/>
        <w:gridCol w:w="1134"/>
        <w:gridCol w:w="1701"/>
      </w:tblGrid>
      <w:tr w:rsidR="007D60A4" w:rsidRPr="00A448DF" w:rsidTr="00F678DE">
        <w:trPr>
          <w:trHeight w:val="455"/>
        </w:trPr>
        <w:tc>
          <w:tcPr>
            <w:tcW w:w="526" w:type="dxa"/>
            <w:vMerge w:val="restart"/>
          </w:tcPr>
          <w:p w:rsidR="007D60A4" w:rsidRPr="00A448DF" w:rsidRDefault="007D60A4" w:rsidP="00315090">
            <w:pPr>
              <w:pStyle w:val="TableParagraph"/>
              <w:ind w:left="90" w:right="57"/>
              <w:jc w:val="center"/>
              <w:rPr>
                <w:b/>
                <w:sz w:val="24"/>
                <w:szCs w:val="24"/>
              </w:rPr>
            </w:pPr>
            <w:r w:rsidRPr="00A448DF">
              <w:rPr>
                <w:b/>
                <w:sz w:val="24"/>
                <w:szCs w:val="24"/>
              </w:rPr>
              <w:lastRenderedPageBreak/>
              <w:t>№</w:t>
            </w:r>
            <w:r w:rsidRPr="00A448D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448DF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013" w:type="dxa"/>
            <w:vMerge w:val="restart"/>
          </w:tcPr>
          <w:p w:rsidR="007D60A4" w:rsidRPr="00A448DF" w:rsidRDefault="007D60A4" w:rsidP="00315090">
            <w:pPr>
              <w:pStyle w:val="TableParagraph"/>
              <w:ind w:left="186" w:right="142"/>
              <w:jc w:val="center"/>
              <w:rPr>
                <w:b/>
                <w:sz w:val="24"/>
                <w:szCs w:val="24"/>
              </w:rPr>
            </w:pPr>
            <w:r w:rsidRPr="00A448DF">
              <w:rPr>
                <w:b/>
                <w:sz w:val="24"/>
                <w:szCs w:val="24"/>
              </w:rPr>
              <w:t>Тема</w:t>
            </w:r>
            <w:r w:rsidRPr="00A448D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448DF">
              <w:rPr>
                <w:b/>
                <w:sz w:val="24"/>
                <w:szCs w:val="24"/>
              </w:rPr>
              <w:t>урока</w:t>
            </w:r>
          </w:p>
        </w:tc>
        <w:tc>
          <w:tcPr>
            <w:tcW w:w="2977" w:type="dxa"/>
            <w:gridSpan w:val="3"/>
          </w:tcPr>
          <w:p w:rsidR="007D60A4" w:rsidRPr="00A448DF" w:rsidRDefault="007D60A4" w:rsidP="00315090">
            <w:pPr>
              <w:pStyle w:val="TableParagraph"/>
              <w:ind w:left="90"/>
              <w:jc w:val="center"/>
              <w:rPr>
                <w:b/>
                <w:sz w:val="24"/>
                <w:szCs w:val="24"/>
              </w:rPr>
            </w:pPr>
            <w:r w:rsidRPr="00A448DF">
              <w:rPr>
                <w:b/>
                <w:sz w:val="24"/>
                <w:szCs w:val="24"/>
              </w:rPr>
              <w:t>Количество</w:t>
            </w:r>
            <w:r w:rsidRPr="00A448D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448DF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134" w:type="dxa"/>
            <w:vMerge w:val="restart"/>
          </w:tcPr>
          <w:p w:rsidR="007D60A4" w:rsidRPr="00A448DF" w:rsidRDefault="007D60A4" w:rsidP="00315090">
            <w:pPr>
              <w:pStyle w:val="TableParagraph"/>
              <w:ind w:left="86"/>
              <w:jc w:val="center"/>
              <w:rPr>
                <w:b/>
                <w:sz w:val="24"/>
                <w:szCs w:val="24"/>
              </w:rPr>
            </w:pPr>
            <w:r w:rsidRPr="00A448DF">
              <w:rPr>
                <w:b/>
                <w:sz w:val="24"/>
                <w:szCs w:val="24"/>
              </w:rPr>
              <w:t>Дата</w:t>
            </w:r>
          </w:p>
          <w:p w:rsidR="007D60A4" w:rsidRPr="00A448DF" w:rsidRDefault="007D60A4" w:rsidP="00315090">
            <w:pPr>
              <w:pStyle w:val="TableParagraph"/>
              <w:ind w:left="86"/>
              <w:jc w:val="center"/>
              <w:rPr>
                <w:b/>
                <w:sz w:val="24"/>
                <w:szCs w:val="24"/>
              </w:rPr>
            </w:pPr>
            <w:r w:rsidRPr="00A448DF">
              <w:rPr>
                <w:b/>
                <w:sz w:val="24"/>
                <w:szCs w:val="24"/>
              </w:rPr>
              <w:t>изучения</w:t>
            </w:r>
          </w:p>
        </w:tc>
        <w:tc>
          <w:tcPr>
            <w:tcW w:w="1701" w:type="dxa"/>
            <w:vMerge w:val="restart"/>
          </w:tcPr>
          <w:p w:rsidR="007D60A4" w:rsidRPr="00A448DF" w:rsidRDefault="007D60A4" w:rsidP="00315090">
            <w:pPr>
              <w:pStyle w:val="TableParagraph"/>
              <w:ind w:left="85" w:right="71"/>
              <w:jc w:val="center"/>
              <w:rPr>
                <w:b/>
                <w:sz w:val="24"/>
                <w:szCs w:val="24"/>
              </w:rPr>
            </w:pPr>
            <w:r w:rsidRPr="00A448DF">
              <w:rPr>
                <w:b/>
                <w:spacing w:val="-2"/>
                <w:sz w:val="24"/>
                <w:szCs w:val="24"/>
              </w:rPr>
              <w:t xml:space="preserve">Виды, </w:t>
            </w:r>
            <w:r w:rsidRPr="00A448DF">
              <w:rPr>
                <w:b/>
                <w:spacing w:val="-1"/>
                <w:sz w:val="24"/>
                <w:szCs w:val="24"/>
              </w:rPr>
              <w:t>формы</w:t>
            </w:r>
            <w:r w:rsidRPr="00A448D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b/>
                <w:sz w:val="24"/>
                <w:szCs w:val="24"/>
              </w:rPr>
              <w:t>контроля</w:t>
            </w:r>
          </w:p>
        </w:tc>
      </w:tr>
      <w:tr w:rsidR="007D60A4" w:rsidRPr="00A448DF" w:rsidTr="00F678DE">
        <w:trPr>
          <w:trHeight w:val="731"/>
        </w:trPr>
        <w:tc>
          <w:tcPr>
            <w:tcW w:w="526" w:type="dxa"/>
            <w:vMerge/>
            <w:tcBorders>
              <w:top w:val="nil"/>
            </w:tcBorders>
          </w:tcPr>
          <w:p w:rsidR="007D60A4" w:rsidRPr="00A448DF" w:rsidRDefault="007D60A4" w:rsidP="00315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  <w:vMerge/>
            <w:tcBorders>
              <w:top w:val="nil"/>
            </w:tcBorders>
          </w:tcPr>
          <w:p w:rsidR="007D60A4" w:rsidRPr="00A448DF" w:rsidRDefault="007D60A4" w:rsidP="00315090">
            <w:pPr>
              <w:ind w:left="186" w:righ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D60A4" w:rsidRPr="00A448DF" w:rsidRDefault="007D60A4" w:rsidP="00315090">
            <w:pPr>
              <w:pStyle w:val="TableParagraph"/>
              <w:ind w:left="68" w:right="59"/>
              <w:jc w:val="center"/>
              <w:rPr>
                <w:b/>
                <w:sz w:val="24"/>
                <w:szCs w:val="24"/>
              </w:rPr>
            </w:pPr>
            <w:r w:rsidRPr="00A448DF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993" w:type="dxa"/>
          </w:tcPr>
          <w:p w:rsidR="007D60A4" w:rsidRPr="00A448DF" w:rsidRDefault="007D60A4" w:rsidP="00315090">
            <w:pPr>
              <w:pStyle w:val="TableParagraph"/>
              <w:ind w:left="89" w:right="88"/>
              <w:jc w:val="center"/>
              <w:rPr>
                <w:b/>
                <w:sz w:val="24"/>
                <w:szCs w:val="24"/>
              </w:rPr>
            </w:pPr>
            <w:r w:rsidRPr="00A448DF">
              <w:rPr>
                <w:b/>
                <w:sz w:val="24"/>
                <w:szCs w:val="24"/>
              </w:rPr>
              <w:t>контрольные</w:t>
            </w:r>
            <w:r w:rsidRPr="00A448D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992" w:type="dxa"/>
          </w:tcPr>
          <w:p w:rsidR="007D60A4" w:rsidRPr="00A448DF" w:rsidRDefault="007D60A4" w:rsidP="00315090">
            <w:pPr>
              <w:pStyle w:val="TableParagraph"/>
              <w:ind w:left="88" w:right="89"/>
              <w:jc w:val="center"/>
              <w:rPr>
                <w:b/>
                <w:sz w:val="24"/>
                <w:szCs w:val="24"/>
              </w:rPr>
            </w:pPr>
            <w:r w:rsidRPr="00A448DF">
              <w:rPr>
                <w:b/>
                <w:sz w:val="24"/>
                <w:szCs w:val="24"/>
              </w:rPr>
              <w:t>практические</w:t>
            </w:r>
            <w:r w:rsidRPr="00A448D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7D60A4" w:rsidRPr="00A448DF" w:rsidRDefault="007D60A4" w:rsidP="00315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7D60A4" w:rsidRPr="00A448DF" w:rsidRDefault="007D60A4" w:rsidP="00315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0A4" w:rsidRPr="00A448DF" w:rsidTr="00315090">
        <w:trPr>
          <w:trHeight w:val="645"/>
        </w:trPr>
        <w:tc>
          <w:tcPr>
            <w:tcW w:w="526" w:type="dxa"/>
          </w:tcPr>
          <w:p w:rsidR="007D60A4" w:rsidRPr="00A448DF" w:rsidRDefault="007D60A4" w:rsidP="00315090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1.</w:t>
            </w:r>
          </w:p>
        </w:tc>
        <w:tc>
          <w:tcPr>
            <w:tcW w:w="4013" w:type="dxa"/>
          </w:tcPr>
          <w:p w:rsidR="007D60A4" w:rsidRPr="00A448DF" w:rsidRDefault="00F678DE" w:rsidP="00315090">
            <w:pPr>
              <w:pStyle w:val="TableParagraph"/>
              <w:ind w:left="44" w:right="142"/>
              <w:rPr>
                <w:sz w:val="24"/>
                <w:szCs w:val="24"/>
              </w:rPr>
            </w:pPr>
            <w:r w:rsidRPr="00A448DF">
              <w:rPr>
                <w:color w:val="000000"/>
                <w:w w:val="97"/>
                <w:sz w:val="24"/>
                <w:szCs w:val="24"/>
              </w:rPr>
              <w:t>Декоративно-прикладное искусство и его виды.</w:t>
            </w:r>
          </w:p>
        </w:tc>
        <w:tc>
          <w:tcPr>
            <w:tcW w:w="992" w:type="dxa"/>
          </w:tcPr>
          <w:p w:rsidR="007D60A4" w:rsidRPr="00A448DF" w:rsidRDefault="007D60A4" w:rsidP="0031509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7D60A4" w:rsidRPr="00A448DF" w:rsidRDefault="007D60A4" w:rsidP="00315090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D60A4" w:rsidRPr="00A448DF" w:rsidRDefault="007D60A4" w:rsidP="00315090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D60A4" w:rsidRPr="00A448DF" w:rsidRDefault="007D60A4" w:rsidP="00315090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D60A4" w:rsidRPr="00A448DF" w:rsidRDefault="00F678DE" w:rsidP="00315090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color w:val="000000"/>
                <w:w w:val="97"/>
                <w:sz w:val="24"/>
                <w:szCs w:val="24"/>
              </w:rPr>
              <w:t>Практическая работа.</w:t>
            </w:r>
          </w:p>
        </w:tc>
      </w:tr>
      <w:tr w:rsidR="00F678DE" w:rsidRPr="00A448DF" w:rsidTr="00315090">
        <w:trPr>
          <w:trHeight w:val="697"/>
        </w:trPr>
        <w:tc>
          <w:tcPr>
            <w:tcW w:w="526" w:type="dxa"/>
          </w:tcPr>
          <w:p w:rsidR="00F678DE" w:rsidRPr="00A448DF" w:rsidRDefault="00F678DE" w:rsidP="00315090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2.</w:t>
            </w:r>
          </w:p>
        </w:tc>
        <w:tc>
          <w:tcPr>
            <w:tcW w:w="4013" w:type="dxa"/>
          </w:tcPr>
          <w:p w:rsidR="00F678DE" w:rsidRPr="00A448DF" w:rsidRDefault="00F678DE" w:rsidP="00315090">
            <w:pPr>
              <w:spacing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Древние образы в народном искусстве.</w:t>
            </w:r>
          </w:p>
        </w:tc>
        <w:tc>
          <w:tcPr>
            <w:tcW w:w="992" w:type="dxa"/>
          </w:tcPr>
          <w:p w:rsidR="00F678DE" w:rsidRPr="00A448DF" w:rsidRDefault="00F678DE" w:rsidP="0031509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78DE" w:rsidRPr="00A448DF" w:rsidRDefault="00F678DE" w:rsidP="00315090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F678DE" w:rsidRPr="00A448DF" w:rsidRDefault="00F678DE" w:rsidP="00315090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678DE" w:rsidRPr="00A448DF" w:rsidRDefault="00F678DE" w:rsidP="00315090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678DE" w:rsidRPr="00A448DF" w:rsidRDefault="00F678DE" w:rsidP="00315090">
            <w:pPr>
              <w:spacing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Практическая работа.</w:t>
            </w:r>
          </w:p>
        </w:tc>
      </w:tr>
      <w:tr w:rsidR="00F678DE" w:rsidRPr="00A448DF" w:rsidTr="00315090">
        <w:trPr>
          <w:trHeight w:val="680"/>
        </w:trPr>
        <w:tc>
          <w:tcPr>
            <w:tcW w:w="526" w:type="dxa"/>
          </w:tcPr>
          <w:p w:rsidR="00F678DE" w:rsidRPr="00A448DF" w:rsidRDefault="00F678DE" w:rsidP="00315090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3.</w:t>
            </w:r>
          </w:p>
        </w:tc>
        <w:tc>
          <w:tcPr>
            <w:tcW w:w="4013" w:type="dxa"/>
          </w:tcPr>
          <w:p w:rsidR="00F678DE" w:rsidRPr="00A448DF" w:rsidRDefault="00F678DE" w:rsidP="00315090">
            <w:pPr>
              <w:spacing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Убранство русской избы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F678DE" w:rsidRPr="00A448DF" w:rsidRDefault="00F678DE" w:rsidP="0031509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78DE" w:rsidRPr="00A448DF" w:rsidRDefault="00F678DE" w:rsidP="00315090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F678DE" w:rsidRPr="00A448DF" w:rsidRDefault="00F678DE" w:rsidP="00315090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678DE" w:rsidRPr="00A448DF" w:rsidRDefault="00F678DE" w:rsidP="00315090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678DE" w:rsidRPr="00A448DF" w:rsidRDefault="00F678DE" w:rsidP="00315090">
            <w:pPr>
              <w:spacing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  <w:tr w:rsidR="00F678DE" w:rsidRPr="00A448DF" w:rsidTr="00315090">
        <w:trPr>
          <w:trHeight w:val="703"/>
        </w:trPr>
        <w:tc>
          <w:tcPr>
            <w:tcW w:w="526" w:type="dxa"/>
          </w:tcPr>
          <w:p w:rsidR="00F678DE" w:rsidRPr="00A448DF" w:rsidRDefault="00F678DE" w:rsidP="00315090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4.</w:t>
            </w:r>
          </w:p>
        </w:tc>
        <w:tc>
          <w:tcPr>
            <w:tcW w:w="4013" w:type="dxa"/>
          </w:tcPr>
          <w:p w:rsidR="00F678DE" w:rsidRPr="00A448DF" w:rsidRDefault="00F678DE" w:rsidP="00ED3E1D">
            <w:pPr>
              <w:tabs>
                <w:tab w:val="right" w:pos="3998"/>
              </w:tabs>
              <w:spacing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Внутренний мир русской избы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="00ED3E1D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ab/>
            </w:r>
          </w:p>
        </w:tc>
        <w:tc>
          <w:tcPr>
            <w:tcW w:w="992" w:type="dxa"/>
          </w:tcPr>
          <w:p w:rsidR="00F678DE" w:rsidRPr="00A448DF" w:rsidRDefault="00F678DE" w:rsidP="0031509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78DE" w:rsidRPr="00A448DF" w:rsidRDefault="00F678DE" w:rsidP="00315090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F678DE" w:rsidRPr="00A448DF" w:rsidRDefault="00F678DE" w:rsidP="00315090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678DE" w:rsidRPr="00A448DF" w:rsidRDefault="00F678DE" w:rsidP="00315090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678DE" w:rsidRPr="00A448DF" w:rsidRDefault="00F678DE" w:rsidP="00315090">
            <w:pPr>
              <w:spacing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  <w:tr w:rsidR="00B07A1E" w:rsidRPr="00A448DF" w:rsidTr="00315090">
        <w:trPr>
          <w:trHeight w:val="703"/>
        </w:trPr>
        <w:tc>
          <w:tcPr>
            <w:tcW w:w="526" w:type="dxa"/>
          </w:tcPr>
          <w:p w:rsidR="00B07A1E" w:rsidRPr="00A448DF" w:rsidRDefault="00B07A1E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5.</w:t>
            </w:r>
          </w:p>
        </w:tc>
        <w:tc>
          <w:tcPr>
            <w:tcW w:w="4013" w:type="dxa"/>
          </w:tcPr>
          <w:p w:rsidR="00B07A1E" w:rsidRPr="00A448DF" w:rsidRDefault="00B07A1E" w:rsidP="00315090">
            <w:pPr>
              <w:spacing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Конструкция и декор предметов народного быта и труда.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07A1E" w:rsidRPr="00A448DF" w:rsidRDefault="00B07A1E" w:rsidP="00315090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07A1E" w:rsidRPr="00A448DF" w:rsidRDefault="00B07A1E" w:rsidP="00315090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07A1E" w:rsidRPr="00A448DF" w:rsidRDefault="00B07A1E" w:rsidP="00315090">
            <w:pPr>
              <w:spacing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  <w:tr w:rsidR="00B07A1E" w:rsidRPr="00A448DF" w:rsidTr="00315090">
        <w:trPr>
          <w:trHeight w:val="685"/>
        </w:trPr>
        <w:tc>
          <w:tcPr>
            <w:tcW w:w="526" w:type="dxa"/>
          </w:tcPr>
          <w:p w:rsidR="00B07A1E" w:rsidRPr="00A448DF" w:rsidRDefault="00B07A1E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6.</w:t>
            </w:r>
          </w:p>
        </w:tc>
        <w:tc>
          <w:tcPr>
            <w:tcW w:w="4013" w:type="dxa"/>
          </w:tcPr>
          <w:p w:rsidR="00B07A1E" w:rsidRPr="00A448DF" w:rsidRDefault="00B07A1E" w:rsidP="00315090">
            <w:pPr>
              <w:spacing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Народный праздничный костюм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B07A1E" w:rsidRPr="00A448DF" w:rsidRDefault="00B07A1E" w:rsidP="00315090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07A1E" w:rsidRPr="00A448DF" w:rsidRDefault="00B07A1E" w:rsidP="00315090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07A1E" w:rsidRPr="00A448DF" w:rsidRDefault="00B07A1E" w:rsidP="00315090">
            <w:pPr>
              <w:spacing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  <w:tr w:rsidR="00B07A1E" w:rsidRPr="00A448DF" w:rsidTr="00315090">
        <w:trPr>
          <w:trHeight w:val="695"/>
        </w:trPr>
        <w:tc>
          <w:tcPr>
            <w:tcW w:w="526" w:type="dxa"/>
          </w:tcPr>
          <w:p w:rsidR="00B07A1E" w:rsidRPr="00A448DF" w:rsidRDefault="00B07A1E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7.</w:t>
            </w:r>
          </w:p>
        </w:tc>
        <w:tc>
          <w:tcPr>
            <w:tcW w:w="4013" w:type="dxa"/>
          </w:tcPr>
          <w:p w:rsidR="00B07A1E" w:rsidRPr="00A448DF" w:rsidRDefault="00B07A1E" w:rsidP="00315090">
            <w:pPr>
              <w:spacing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Искусство народной вышивки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07A1E" w:rsidRPr="00A448DF" w:rsidRDefault="00B07A1E" w:rsidP="00315090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07A1E" w:rsidRPr="00A448DF" w:rsidRDefault="00B07A1E" w:rsidP="00315090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07A1E" w:rsidRPr="00A448DF" w:rsidRDefault="00B07A1E" w:rsidP="00315090">
            <w:pPr>
              <w:spacing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Практическая работа.</w:t>
            </w:r>
          </w:p>
        </w:tc>
      </w:tr>
      <w:tr w:rsidR="00B07A1E" w:rsidRPr="00A448DF" w:rsidTr="00315090">
        <w:trPr>
          <w:trHeight w:val="691"/>
        </w:trPr>
        <w:tc>
          <w:tcPr>
            <w:tcW w:w="526" w:type="dxa"/>
          </w:tcPr>
          <w:p w:rsidR="00B07A1E" w:rsidRPr="00A448DF" w:rsidRDefault="00B07A1E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8.</w:t>
            </w:r>
          </w:p>
        </w:tc>
        <w:tc>
          <w:tcPr>
            <w:tcW w:w="4013" w:type="dxa"/>
          </w:tcPr>
          <w:p w:rsidR="00B07A1E" w:rsidRPr="00A448DF" w:rsidRDefault="00B07A1E" w:rsidP="00315090">
            <w:pPr>
              <w:spacing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Народные праздничные обряды (обобщение темы).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07A1E" w:rsidRPr="00A448DF" w:rsidRDefault="00B07A1E" w:rsidP="00315090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07A1E" w:rsidRPr="00A448DF" w:rsidRDefault="00B07A1E" w:rsidP="00315090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07A1E" w:rsidRPr="00A448DF" w:rsidRDefault="00B07A1E" w:rsidP="00315090">
            <w:pPr>
              <w:spacing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  <w:tr w:rsidR="00B07A1E" w:rsidRPr="00A448DF" w:rsidTr="00315090">
        <w:trPr>
          <w:trHeight w:val="843"/>
        </w:trPr>
        <w:tc>
          <w:tcPr>
            <w:tcW w:w="526" w:type="dxa"/>
          </w:tcPr>
          <w:p w:rsidR="00B07A1E" w:rsidRPr="00A448DF" w:rsidRDefault="00B07A1E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9.</w:t>
            </w:r>
          </w:p>
        </w:tc>
        <w:tc>
          <w:tcPr>
            <w:tcW w:w="4013" w:type="dxa"/>
          </w:tcPr>
          <w:p w:rsidR="00B07A1E" w:rsidRPr="00A448DF" w:rsidRDefault="00B07A1E" w:rsidP="00315090">
            <w:pPr>
              <w:spacing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Происхождение художественных промыслов и их роль в современной жизни народов России.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07A1E" w:rsidRPr="00A448DF" w:rsidRDefault="00B07A1E" w:rsidP="00315090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07A1E" w:rsidRPr="00A448DF" w:rsidRDefault="00B07A1E" w:rsidP="00315090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07A1E" w:rsidRPr="00A448DF" w:rsidRDefault="00B07A1E" w:rsidP="00315090">
            <w:pPr>
              <w:ind w:left="142"/>
              <w:rPr>
                <w:rFonts w:ascii="Times New Roman" w:hAnsi="Times New Roman" w:cs="Times New Roman"/>
                <w:sz w:val="24"/>
              </w:rPr>
            </w:pPr>
            <w:r w:rsidRPr="00A448DF">
              <w:rPr>
                <w:rFonts w:ascii="Times New Roman" w:hAnsi="Times New Roman" w:cs="Times New Roman"/>
                <w:sz w:val="24"/>
              </w:rPr>
              <w:t>Практическая</w:t>
            </w:r>
            <w:r w:rsidRPr="00A448DF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A448DF">
              <w:rPr>
                <w:rFonts w:ascii="Times New Roman" w:hAnsi="Times New Roman" w:cs="Times New Roman"/>
                <w:sz w:val="24"/>
              </w:rPr>
              <w:t>работа;</w:t>
            </w:r>
          </w:p>
        </w:tc>
      </w:tr>
      <w:tr w:rsidR="00B07A1E" w:rsidRPr="00A448DF" w:rsidTr="00315090">
        <w:trPr>
          <w:trHeight w:val="826"/>
        </w:trPr>
        <w:tc>
          <w:tcPr>
            <w:tcW w:w="526" w:type="dxa"/>
          </w:tcPr>
          <w:p w:rsidR="00B07A1E" w:rsidRPr="00A448DF" w:rsidRDefault="00B07A1E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10.</w:t>
            </w:r>
          </w:p>
        </w:tc>
        <w:tc>
          <w:tcPr>
            <w:tcW w:w="4013" w:type="dxa"/>
          </w:tcPr>
          <w:p w:rsidR="00B07A1E" w:rsidRPr="00A448DF" w:rsidRDefault="00B07A1E" w:rsidP="00315090">
            <w:pPr>
              <w:spacing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Традиционные древние образы в современных игрушках народных промыслов.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07A1E" w:rsidRPr="00A448DF" w:rsidRDefault="00B07A1E" w:rsidP="00315090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07A1E" w:rsidRPr="00A448DF" w:rsidRDefault="00B07A1E" w:rsidP="00315090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07A1E" w:rsidRPr="00A448DF" w:rsidRDefault="00B07A1E" w:rsidP="00315090">
            <w:pPr>
              <w:ind w:left="142"/>
              <w:rPr>
                <w:rFonts w:ascii="Times New Roman" w:hAnsi="Times New Roman" w:cs="Times New Roman"/>
                <w:sz w:val="24"/>
              </w:rPr>
            </w:pPr>
            <w:r w:rsidRPr="00A448DF">
              <w:rPr>
                <w:rFonts w:ascii="Times New Roman" w:hAnsi="Times New Roman" w:cs="Times New Roman"/>
                <w:sz w:val="24"/>
              </w:rPr>
              <w:t>Практическая</w:t>
            </w:r>
            <w:r w:rsidRPr="00A448DF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A448DF">
              <w:rPr>
                <w:rFonts w:ascii="Times New Roman" w:hAnsi="Times New Roman" w:cs="Times New Roman"/>
                <w:sz w:val="24"/>
              </w:rPr>
              <w:t>работа;</w:t>
            </w:r>
          </w:p>
        </w:tc>
      </w:tr>
      <w:tr w:rsidR="00B07A1E" w:rsidRPr="00A448DF" w:rsidTr="00315090">
        <w:trPr>
          <w:trHeight w:val="683"/>
        </w:trPr>
        <w:tc>
          <w:tcPr>
            <w:tcW w:w="526" w:type="dxa"/>
          </w:tcPr>
          <w:p w:rsidR="00B07A1E" w:rsidRPr="00A448DF" w:rsidRDefault="00B07A1E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11.</w:t>
            </w:r>
          </w:p>
        </w:tc>
        <w:tc>
          <w:tcPr>
            <w:tcW w:w="4013" w:type="dxa"/>
          </w:tcPr>
          <w:p w:rsidR="00B07A1E" w:rsidRPr="00A448DF" w:rsidRDefault="00B07A1E" w:rsidP="00315090">
            <w:pPr>
              <w:spacing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Праздничная хохлома. ​Роспись по дереву.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B07A1E" w:rsidRPr="00A448DF" w:rsidRDefault="00B07A1E" w:rsidP="00315090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07A1E" w:rsidRPr="00A448DF" w:rsidRDefault="00B07A1E" w:rsidP="00315090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07A1E" w:rsidRPr="00A448DF" w:rsidRDefault="00B07A1E" w:rsidP="00315090">
            <w:pPr>
              <w:ind w:left="142"/>
              <w:rPr>
                <w:rFonts w:ascii="Times New Roman" w:hAnsi="Times New Roman" w:cs="Times New Roman"/>
                <w:sz w:val="24"/>
              </w:rPr>
            </w:pPr>
            <w:r w:rsidRPr="00A448DF">
              <w:rPr>
                <w:rFonts w:ascii="Times New Roman" w:hAnsi="Times New Roman" w:cs="Times New Roman"/>
                <w:sz w:val="24"/>
              </w:rPr>
              <w:t>Практическая</w:t>
            </w:r>
            <w:r w:rsidRPr="00A448DF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A448DF">
              <w:rPr>
                <w:rFonts w:ascii="Times New Roman" w:hAnsi="Times New Roman" w:cs="Times New Roman"/>
                <w:sz w:val="24"/>
              </w:rPr>
              <w:t>работа;</w:t>
            </w:r>
          </w:p>
        </w:tc>
      </w:tr>
      <w:tr w:rsidR="00B07A1E" w:rsidRPr="00A448DF" w:rsidTr="00315090">
        <w:trPr>
          <w:trHeight w:val="693"/>
        </w:trPr>
        <w:tc>
          <w:tcPr>
            <w:tcW w:w="526" w:type="dxa"/>
          </w:tcPr>
          <w:p w:rsidR="00B07A1E" w:rsidRPr="00A448DF" w:rsidRDefault="00B07A1E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12.</w:t>
            </w:r>
          </w:p>
        </w:tc>
        <w:tc>
          <w:tcPr>
            <w:tcW w:w="4013" w:type="dxa"/>
          </w:tcPr>
          <w:p w:rsidR="00B07A1E" w:rsidRPr="00A448DF" w:rsidRDefault="00B07A1E" w:rsidP="00315090">
            <w:pPr>
              <w:spacing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Искусство Гжели. Керамика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B07A1E" w:rsidRPr="00A448DF" w:rsidRDefault="00B07A1E" w:rsidP="00315090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07A1E" w:rsidRPr="00A448DF" w:rsidRDefault="00B07A1E" w:rsidP="00315090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07A1E" w:rsidRPr="00A448DF" w:rsidRDefault="00B07A1E" w:rsidP="00315090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B07A1E" w:rsidRPr="00A448DF" w:rsidTr="00315090">
        <w:trPr>
          <w:trHeight w:val="689"/>
        </w:trPr>
        <w:tc>
          <w:tcPr>
            <w:tcW w:w="526" w:type="dxa"/>
          </w:tcPr>
          <w:p w:rsidR="00B07A1E" w:rsidRPr="00A448DF" w:rsidRDefault="00B07A1E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13.</w:t>
            </w:r>
          </w:p>
        </w:tc>
        <w:tc>
          <w:tcPr>
            <w:tcW w:w="4013" w:type="dxa"/>
          </w:tcPr>
          <w:p w:rsidR="00B07A1E" w:rsidRPr="00A448DF" w:rsidRDefault="00B07A1E" w:rsidP="00315090">
            <w:pPr>
              <w:spacing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Городецкая роспись по дереву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B07A1E" w:rsidRPr="00A448DF" w:rsidRDefault="00B07A1E" w:rsidP="00315090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07A1E" w:rsidRPr="00A448DF" w:rsidRDefault="00B07A1E" w:rsidP="00315090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07A1E" w:rsidRPr="00A448DF" w:rsidRDefault="00B07A1E" w:rsidP="00315090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B07A1E" w:rsidRPr="00A448DF" w:rsidTr="00315090">
        <w:trPr>
          <w:trHeight w:val="558"/>
        </w:trPr>
        <w:tc>
          <w:tcPr>
            <w:tcW w:w="526" w:type="dxa"/>
          </w:tcPr>
          <w:p w:rsidR="00B07A1E" w:rsidRPr="00A448DF" w:rsidRDefault="00B07A1E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14.</w:t>
            </w:r>
          </w:p>
        </w:tc>
        <w:tc>
          <w:tcPr>
            <w:tcW w:w="4013" w:type="dxa"/>
          </w:tcPr>
          <w:p w:rsidR="00B07A1E" w:rsidRPr="00A448DF" w:rsidRDefault="00B07A1E" w:rsidP="00315090">
            <w:pPr>
              <w:spacing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Жостово. Роспись по металлу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B07A1E" w:rsidRPr="00A448DF" w:rsidRDefault="00B07A1E" w:rsidP="00315090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07A1E" w:rsidRPr="00A448DF" w:rsidRDefault="00B07A1E" w:rsidP="00315090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07A1E" w:rsidRPr="00A448DF" w:rsidRDefault="00B07A1E" w:rsidP="00315090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B07A1E" w:rsidRPr="00A448DF" w:rsidTr="00315090">
        <w:trPr>
          <w:trHeight w:val="637"/>
        </w:trPr>
        <w:tc>
          <w:tcPr>
            <w:tcW w:w="526" w:type="dxa"/>
          </w:tcPr>
          <w:p w:rsidR="00B07A1E" w:rsidRPr="00A448DF" w:rsidRDefault="00B07A1E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15.</w:t>
            </w:r>
          </w:p>
        </w:tc>
        <w:tc>
          <w:tcPr>
            <w:tcW w:w="4013" w:type="dxa"/>
          </w:tcPr>
          <w:p w:rsidR="00B07A1E" w:rsidRPr="00A448DF" w:rsidRDefault="00B07A1E" w:rsidP="00315090">
            <w:pPr>
              <w:spacing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Искусство лаковой живописи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B07A1E" w:rsidRPr="00A448DF" w:rsidRDefault="00B07A1E" w:rsidP="00315090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07A1E" w:rsidRPr="00A448DF" w:rsidRDefault="00B07A1E" w:rsidP="00315090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07A1E" w:rsidRPr="00A448DF" w:rsidRDefault="00B07A1E" w:rsidP="00315090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B07A1E" w:rsidRPr="00A448DF" w:rsidTr="00315090">
        <w:trPr>
          <w:trHeight w:val="845"/>
        </w:trPr>
        <w:tc>
          <w:tcPr>
            <w:tcW w:w="526" w:type="dxa"/>
          </w:tcPr>
          <w:p w:rsidR="00B07A1E" w:rsidRPr="00A448DF" w:rsidRDefault="00B07A1E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16.</w:t>
            </w:r>
          </w:p>
        </w:tc>
        <w:tc>
          <w:tcPr>
            <w:tcW w:w="4013" w:type="dxa"/>
          </w:tcPr>
          <w:p w:rsidR="00B07A1E" w:rsidRPr="00A448DF" w:rsidRDefault="00B07A1E" w:rsidP="00315090">
            <w:pPr>
              <w:spacing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Роль декоративно-прикладного искусства в культуре древних цивилизаций.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07A1E" w:rsidRPr="00A448DF" w:rsidRDefault="00B07A1E" w:rsidP="00315090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07A1E" w:rsidRPr="00A448DF" w:rsidRDefault="00B07A1E" w:rsidP="00315090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07A1E" w:rsidRPr="00A448DF" w:rsidRDefault="00B07A1E" w:rsidP="00315090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B07A1E" w:rsidRPr="00A448DF" w:rsidTr="00315090">
        <w:trPr>
          <w:trHeight w:val="687"/>
        </w:trPr>
        <w:tc>
          <w:tcPr>
            <w:tcW w:w="526" w:type="dxa"/>
          </w:tcPr>
          <w:p w:rsidR="00B07A1E" w:rsidRPr="00A448DF" w:rsidRDefault="00B07A1E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17.</w:t>
            </w:r>
          </w:p>
        </w:tc>
        <w:tc>
          <w:tcPr>
            <w:tcW w:w="4013" w:type="dxa"/>
          </w:tcPr>
          <w:p w:rsidR="00B07A1E" w:rsidRPr="00A448DF" w:rsidRDefault="00B07A1E" w:rsidP="00315090">
            <w:pPr>
              <w:spacing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Особенности орнамента в культурах разных народов.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B07A1E" w:rsidRPr="00A448DF" w:rsidRDefault="00B07A1E" w:rsidP="00315090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07A1E" w:rsidRPr="00A448DF" w:rsidRDefault="00B07A1E" w:rsidP="00315090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07A1E" w:rsidRPr="00A448DF" w:rsidRDefault="00B07A1E" w:rsidP="00315090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B07A1E" w:rsidRPr="00A448DF" w:rsidTr="00F678DE">
        <w:trPr>
          <w:trHeight w:val="699"/>
        </w:trPr>
        <w:tc>
          <w:tcPr>
            <w:tcW w:w="526" w:type="dxa"/>
          </w:tcPr>
          <w:p w:rsidR="00B07A1E" w:rsidRPr="00A448DF" w:rsidRDefault="00B07A1E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18.</w:t>
            </w:r>
          </w:p>
        </w:tc>
        <w:tc>
          <w:tcPr>
            <w:tcW w:w="4013" w:type="dxa"/>
          </w:tcPr>
          <w:p w:rsidR="00B07A1E" w:rsidRPr="00A448DF" w:rsidRDefault="00B07A1E" w:rsidP="00315090">
            <w:pPr>
              <w:spacing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Особенности конструкции и декора одежды.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B07A1E" w:rsidRPr="00A448DF" w:rsidRDefault="00B07A1E" w:rsidP="00315090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07A1E" w:rsidRPr="00A448DF" w:rsidRDefault="00B07A1E" w:rsidP="00315090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07A1E" w:rsidRPr="00A448DF" w:rsidRDefault="00B07A1E" w:rsidP="00315090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B07A1E" w:rsidRPr="00A448DF" w:rsidTr="00315090">
        <w:trPr>
          <w:trHeight w:val="832"/>
        </w:trPr>
        <w:tc>
          <w:tcPr>
            <w:tcW w:w="526" w:type="dxa"/>
          </w:tcPr>
          <w:p w:rsidR="00B07A1E" w:rsidRPr="00A448DF" w:rsidRDefault="00B07A1E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lastRenderedPageBreak/>
              <w:t>19.</w:t>
            </w:r>
          </w:p>
        </w:tc>
        <w:tc>
          <w:tcPr>
            <w:tcW w:w="4013" w:type="dxa"/>
          </w:tcPr>
          <w:p w:rsidR="00B07A1E" w:rsidRPr="00A448DF" w:rsidRDefault="00B07A1E" w:rsidP="00315090">
            <w:pPr>
              <w:spacing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Целостный образ ДПИ для каждой исторической эпохи и национальной культуры.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B07A1E" w:rsidRPr="00A448DF" w:rsidRDefault="00B07A1E" w:rsidP="00315090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07A1E" w:rsidRPr="00A448DF" w:rsidRDefault="00B07A1E" w:rsidP="00315090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07A1E" w:rsidRPr="00A448DF" w:rsidRDefault="00B07A1E" w:rsidP="00315090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B07A1E" w:rsidRPr="00A448DF" w:rsidTr="00315090">
        <w:trPr>
          <w:trHeight w:val="831"/>
        </w:trPr>
        <w:tc>
          <w:tcPr>
            <w:tcW w:w="526" w:type="dxa"/>
          </w:tcPr>
          <w:p w:rsidR="00B07A1E" w:rsidRPr="00A448DF" w:rsidRDefault="00B07A1E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20.</w:t>
            </w:r>
          </w:p>
        </w:tc>
        <w:tc>
          <w:tcPr>
            <w:tcW w:w="4013" w:type="dxa"/>
          </w:tcPr>
          <w:p w:rsidR="00B07A1E" w:rsidRPr="00A448DF" w:rsidRDefault="00B07A1E" w:rsidP="00315090">
            <w:pPr>
              <w:spacing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Многообразие видов, форм, материалов и техник современного декоративного искусства.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B07A1E" w:rsidRPr="00A448DF" w:rsidRDefault="00B07A1E" w:rsidP="00315090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B07A1E" w:rsidRPr="00A448DF" w:rsidRDefault="00B07A1E" w:rsidP="00315090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07A1E" w:rsidRPr="00A448DF" w:rsidRDefault="00B07A1E" w:rsidP="00315090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B07A1E" w:rsidRPr="00A448DF" w:rsidTr="00315090">
        <w:trPr>
          <w:trHeight w:val="545"/>
        </w:trPr>
        <w:tc>
          <w:tcPr>
            <w:tcW w:w="526" w:type="dxa"/>
          </w:tcPr>
          <w:p w:rsidR="00B07A1E" w:rsidRPr="00A448DF" w:rsidRDefault="00B07A1E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21.</w:t>
            </w:r>
          </w:p>
        </w:tc>
        <w:tc>
          <w:tcPr>
            <w:tcW w:w="4013" w:type="dxa"/>
          </w:tcPr>
          <w:p w:rsidR="00B07A1E" w:rsidRPr="00A448DF" w:rsidRDefault="00B07A1E" w:rsidP="00315090">
            <w:pPr>
              <w:spacing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Символический знак в современной жизни.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B07A1E" w:rsidRPr="00A448DF" w:rsidRDefault="00B07A1E" w:rsidP="00315090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07A1E" w:rsidRPr="00A448DF" w:rsidRDefault="00B07A1E" w:rsidP="00315090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07A1E" w:rsidRPr="00A448DF" w:rsidRDefault="00B07A1E" w:rsidP="00315090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B07A1E" w:rsidRPr="00A448DF" w:rsidTr="00315090">
        <w:trPr>
          <w:trHeight w:val="626"/>
        </w:trPr>
        <w:tc>
          <w:tcPr>
            <w:tcW w:w="526" w:type="dxa"/>
          </w:tcPr>
          <w:p w:rsidR="00B07A1E" w:rsidRPr="00A448DF" w:rsidRDefault="00B07A1E" w:rsidP="00315090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22.</w:t>
            </w:r>
          </w:p>
        </w:tc>
        <w:tc>
          <w:tcPr>
            <w:tcW w:w="4013" w:type="dxa"/>
          </w:tcPr>
          <w:p w:rsidR="00B07A1E" w:rsidRPr="00A448DF" w:rsidRDefault="00B07A1E" w:rsidP="00315090">
            <w:pPr>
              <w:spacing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Декор современных улиц и помещений.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07A1E" w:rsidRPr="00A448DF" w:rsidRDefault="00B07A1E" w:rsidP="00315090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07A1E" w:rsidRPr="00A448DF" w:rsidRDefault="00B07A1E" w:rsidP="00315090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07A1E" w:rsidRPr="00A448DF" w:rsidRDefault="004D3947" w:rsidP="00315090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Тестирование.</w:t>
            </w:r>
          </w:p>
        </w:tc>
      </w:tr>
      <w:tr w:rsidR="00B07A1E" w:rsidRPr="00A448DF" w:rsidTr="00F678DE">
        <w:trPr>
          <w:trHeight w:val="601"/>
        </w:trPr>
        <w:tc>
          <w:tcPr>
            <w:tcW w:w="4539" w:type="dxa"/>
            <w:gridSpan w:val="2"/>
          </w:tcPr>
          <w:p w:rsidR="00B07A1E" w:rsidRPr="00A448DF" w:rsidRDefault="00B07A1E" w:rsidP="00315090">
            <w:pPr>
              <w:ind w:left="145"/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</w:pP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</w:t>
            </w:r>
            <w:r w:rsidRPr="00A448DF">
              <w:rPr>
                <w:rFonts w:ascii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</w:t>
            </w:r>
            <w:r w:rsidRPr="00A448DF">
              <w:rPr>
                <w:rFonts w:ascii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ЧАСОВ</w:t>
            </w:r>
            <w:r w:rsidRPr="00A448DF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   </w:t>
            </w:r>
          </w:p>
          <w:p w:rsidR="00B07A1E" w:rsidRPr="00A448DF" w:rsidRDefault="00B07A1E" w:rsidP="00315090">
            <w:pPr>
              <w:ind w:left="14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448DF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ПРОГРАММЕ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34</w:t>
            </w:r>
          </w:p>
        </w:tc>
        <w:tc>
          <w:tcPr>
            <w:tcW w:w="993" w:type="dxa"/>
          </w:tcPr>
          <w:p w:rsidR="00B07A1E" w:rsidRPr="00A448DF" w:rsidRDefault="00B07A1E" w:rsidP="00315090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B07A1E" w:rsidRPr="00A448DF" w:rsidRDefault="00B07A1E" w:rsidP="00315090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34</w:t>
            </w:r>
          </w:p>
        </w:tc>
        <w:tc>
          <w:tcPr>
            <w:tcW w:w="2835" w:type="dxa"/>
            <w:gridSpan w:val="2"/>
          </w:tcPr>
          <w:p w:rsidR="00B07A1E" w:rsidRPr="00A448DF" w:rsidRDefault="00B07A1E" w:rsidP="00315090">
            <w:pPr>
              <w:pStyle w:val="TableParagraph"/>
              <w:spacing w:line="266" w:lineRule="auto"/>
              <w:ind w:left="99" w:right="132"/>
              <w:jc w:val="center"/>
              <w:rPr>
                <w:spacing w:val="-1"/>
                <w:sz w:val="24"/>
                <w:szCs w:val="24"/>
              </w:rPr>
            </w:pPr>
          </w:p>
        </w:tc>
      </w:tr>
    </w:tbl>
    <w:p w:rsidR="007D60A4" w:rsidRPr="00A448DF" w:rsidRDefault="007D60A4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D60A4" w:rsidRPr="00A448DF" w:rsidRDefault="007D60A4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D60A4" w:rsidRPr="00A448DF" w:rsidRDefault="007D60A4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D60A4" w:rsidRPr="00A448DF" w:rsidRDefault="007D60A4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D60A4" w:rsidRPr="00A448DF" w:rsidRDefault="007D60A4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D60A4" w:rsidRPr="00A448DF" w:rsidRDefault="007D60A4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D60A4" w:rsidRPr="00A448DF" w:rsidRDefault="007D60A4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D60A4" w:rsidRPr="00A448DF" w:rsidRDefault="007D60A4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D60A4" w:rsidRPr="00A448DF" w:rsidRDefault="007D60A4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D60A4" w:rsidRPr="00A448DF" w:rsidRDefault="007D60A4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D60A4" w:rsidRPr="00A448DF" w:rsidRDefault="007D60A4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D60A4" w:rsidRPr="00A448DF" w:rsidRDefault="007D60A4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D60A4" w:rsidRPr="00A448DF" w:rsidRDefault="007D60A4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D60A4" w:rsidRPr="00A448DF" w:rsidRDefault="007D60A4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D3947" w:rsidRPr="00A448DF" w:rsidRDefault="004D3947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D3947" w:rsidRPr="00A448DF" w:rsidRDefault="004D3947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D3947" w:rsidRPr="00A448DF" w:rsidRDefault="004D3947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D3947" w:rsidRPr="00A448DF" w:rsidRDefault="004D3947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D3947" w:rsidRPr="00A448DF" w:rsidRDefault="004D3947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D3947" w:rsidRPr="00A448DF" w:rsidRDefault="004D3947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D3947" w:rsidRPr="00A448DF" w:rsidRDefault="004D3947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D3947" w:rsidRPr="00A448DF" w:rsidRDefault="004D3947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D3947" w:rsidRPr="00A448DF" w:rsidRDefault="004D3947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D3947" w:rsidRPr="00A448DF" w:rsidRDefault="004D3947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D3947" w:rsidRPr="00A448DF" w:rsidRDefault="004D3947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D3947" w:rsidRPr="00A448DF" w:rsidRDefault="004D3947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D3947" w:rsidRPr="00A448DF" w:rsidRDefault="004D3947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D3947" w:rsidRPr="00A448DF" w:rsidRDefault="004D3947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D3947" w:rsidRPr="00A448DF" w:rsidRDefault="004D3947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D3947" w:rsidRPr="00A448DF" w:rsidRDefault="004D3947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D3947" w:rsidRPr="00A448DF" w:rsidRDefault="004D3947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D3947" w:rsidRPr="00A448DF" w:rsidRDefault="004D3947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D3947" w:rsidRPr="00A448DF" w:rsidRDefault="004D3947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D3947" w:rsidRPr="00A448DF" w:rsidRDefault="004D3947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D3947" w:rsidRPr="00A448DF" w:rsidRDefault="004D3947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D3947" w:rsidRPr="00A448DF" w:rsidRDefault="004D3947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D3947" w:rsidRPr="00A448DF" w:rsidRDefault="004D3947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D3947" w:rsidRPr="00A448DF" w:rsidRDefault="004D3947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D3947" w:rsidRPr="00A448DF" w:rsidRDefault="004D3947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D3947" w:rsidRPr="00A448DF" w:rsidRDefault="004D3947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D3947" w:rsidRPr="00A448DF" w:rsidRDefault="004D3947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D3947" w:rsidRPr="00A448DF" w:rsidRDefault="004D3947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D3947" w:rsidRPr="00A448DF" w:rsidRDefault="004D3947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D60A4" w:rsidRPr="00A448DF" w:rsidRDefault="007D60A4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0457A" w:rsidRPr="00A448DF" w:rsidRDefault="00D0457A" w:rsidP="0061796C">
      <w:pPr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 К МОДУЛЮ «ЖИВОПИСЬ, ГРАФИКА, СКУЛЬПТУРА»</w:t>
      </w:r>
    </w:p>
    <w:p w:rsidR="00DF3DEE" w:rsidRPr="00A448DF" w:rsidRDefault="00DF3DEE" w:rsidP="00BD1CC1">
      <w:pPr>
        <w:autoSpaceDE w:val="0"/>
        <w:autoSpaceDN w:val="0"/>
        <w:spacing w:after="0" w:line="0" w:lineRule="atLeast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0457A" w:rsidRPr="00A448DF" w:rsidRDefault="00D0457A" w:rsidP="0061796C">
      <w:pPr>
        <w:autoSpaceDE w:val="0"/>
        <w:autoSpaceDN w:val="0"/>
        <w:spacing w:after="0" w:line="0" w:lineRule="atLeast"/>
        <w:ind w:right="-239"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МОДУЛЯ «ЖИВОПИСЬ, ГРАФИКА, СКУЛЬПТУРА»</w:t>
      </w:r>
    </w:p>
    <w:p w:rsidR="00D0457A" w:rsidRPr="00A448DF" w:rsidRDefault="00D0457A" w:rsidP="0061796C">
      <w:pPr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Основная цель — развитие визуально-пространственного мышления учащихся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Искусство рассматривается как особая духовная сфера, концентрирующая в себе колоссальный эстетический, художественный и нравственный мировой опыт.</w:t>
      </w:r>
    </w:p>
    <w:p w:rsidR="00D0457A" w:rsidRPr="00A448DF" w:rsidRDefault="00D0457A" w:rsidP="0061796C">
      <w:pPr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Изобразительное искусство как школьная дисциплина имеет интегративный характер, так как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</w:t>
      </w:r>
    </w:p>
    <w:p w:rsidR="00D0457A" w:rsidRPr="00A448DF" w:rsidRDefault="00D0457A" w:rsidP="0061796C">
      <w:pPr>
        <w:tabs>
          <w:tab w:val="left" w:pos="180"/>
        </w:tabs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Основные формы учебной деятельности — практическая художественно-творческая деятельность, зрительское восприятие произведений искусства и эстетическое наблюдение окружающего мира.</w:t>
      </w:r>
    </w:p>
    <w:p w:rsidR="00D0457A" w:rsidRPr="00A448DF" w:rsidRDefault="00D0457A" w:rsidP="0061796C">
      <w:pPr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Важнейшими задачами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своего Отечества,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D0457A" w:rsidRPr="00A448DF" w:rsidRDefault="00D0457A" w:rsidP="0061796C">
      <w:pPr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Программа направлена на достижение основного результата образования —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D0457A" w:rsidRPr="00A448DF" w:rsidRDefault="00D0457A" w:rsidP="0061796C">
      <w:pPr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Рабочая программа ориентирована на психолого-возрастные особенности развития детей 11—15 лет, при этом содержание занятий может быть адаптировано с учётом индивидуальных качеств обучающихся как для детей, проявляющих выдающиеся способности, так и для детей-инвалидов и детей с ОВЗ.</w:t>
      </w:r>
    </w:p>
    <w:p w:rsidR="00D0457A" w:rsidRPr="00A448DF" w:rsidRDefault="00D0457A" w:rsidP="0061796C">
      <w:pPr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Для оценки качества образования кроме личностных и метапредметных образовательных результатов выделены и описаны предметные результаты обучения. Их достижение определяется чётко поставленными учебными задачами по каждой теме, и они являются общеобразовательными требованиями.</w:t>
      </w:r>
    </w:p>
    <w:p w:rsidR="00D0457A" w:rsidRPr="00A448DF" w:rsidRDefault="00D0457A" w:rsidP="0061796C">
      <w:pPr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урочное время деятельность обучающихся организуется как в индивидуальной, так и в групповой форме. Каждому учащемуся необходим личный творческий опыт, но также необходимо сотворчество в команде – совместная коллективная художественная деятельность, которая предусмотрена тематическим планом и может иметь разные формы организации.</w:t>
      </w:r>
    </w:p>
    <w:p w:rsidR="00D0457A" w:rsidRPr="00A448DF" w:rsidRDefault="00D0457A" w:rsidP="0061796C">
      <w:pPr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Учебный материал каждого модуля разделён на тематические блоки, которые могут быть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основанием для организации проектной деятельности, которая включает в себя как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исследовательскую, так и художественно-творческую деятельность, а также презентацию результата.</w:t>
      </w:r>
    </w:p>
    <w:p w:rsidR="00D0457A" w:rsidRPr="00A448DF" w:rsidRDefault="00D0457A" w:rsidP="0061796C">
      <w:pPr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Однако необходимо различать и сочетать в учебном процессе историко-культурологическую, искусствоведческую исследовательскую работу учащихся и собственно художественную проектную деятельность, продуктом которой является созданное на основе композиционного поиска учебное художественное произведение (индивидуальное или коллективное, на плоскости или в объёме, макете).</w:t>
      </w:r>
    </w:p>
    <w:p w:rsidR="00D0457A" w:rsidRPr="00A448DF" w:rsidRDefault="00D0457A" w:rsidP="0061796C">
      <w:pPr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Большое значение имеет связь с внеурочной деятельностью, активная социокультурная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деятельность, в процессе которой обучающиеся участвуют в оформлении общешкольных событий и праздников, в организации выставок детского художественного творчества, в конкурсах, а также смотрят памятники архитектуры</w:t>
      </w:r>
      <w:r w:rsidR="00DF3DEE"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посещают художественные музеи.</w:t>
      </w:r>
    </w:p>
    <w:p w:rsidR="00DF3DEE" w:rsidRPr="00A448DF" w:rsidRDefault="00DF3DEE" w:rsidP="0061796C">
      <w:pPr>
        <w:pStyle w:val="a9"/>
        <w:spacing w:line="0" w:lineRule="atLeast"/>
        <w:ind w:right="-239"/>
        <w:rPr>
          <w:rFonts w:ascii="Times New Roman" w:hAnsi="Times New Roman" w:cs="Times New Roman"/>
          <w:lang w:val="ru-RU"/>
        </w:rPr>
      </w:pPr>
    </w:p>
    <w:p w:rsidR="00272AED" w:rsidRPr="00A448DF" w:rsidRDefault="00272AED" w:rsidP="0061796C">
      <w:pPr>
        <w:pStyle w:val="a9"/>
        <w:spacing w:line="0" w:lineRule="atLeast"/>
        <w:ind w:right="-239"/>
        <w:rPr>
          <w:rFonts w:ascii="Times New Roman" w:hAnsi="Times New Roman" w:cs="Times New Roman"/>
          <w:lang w:val="ru-RU"/>
        </w:rPr>
        <w:sectPr w:rsidR="00272AED" w:rsidRPr="00A448DF" w:rsidSect="00315090">
          <w:type w:val="continuous"/>
          <w:pgSz w:w="11900" w:h="16840"/>
          <w:pgMar w:top="298" w:right="650" w:bottom="568" w:left="666" w:header="720" w:footer="720" w:gutter="0"/>
          <w:cols w:space="720" w:equalWidth="0">
            <w:col w:w="10316" w:space="0"/>
          </w:cols>
          <w:docGrid w:linePitch="360"/>
        </w:sectPr>
      </w:pPr>
    </w:p>
    <w:p w:rsidR="00272AED" w:rsidRPr="00A448DF" w:rsidRDefault="00D0457A" w:rsidP="0061796C">
      <w:pPr>
        <w:widowControl w:val="0"/>
        <w:autoSpaceDE w:val="0"/>
        <w:autoSpaceDN w:val="0"/>
        <w:spacing w:after="0" w:line="0" w:lineRule="atLeast"/>
        <w:ind w:right="-239"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ЦЕЛЬ ИЗУЧЕНИЯ МОДУЛЯ «ЖИВОПИСЬ, ГРАФИКА, СКУЛЬПТУРА»</w:t>
      </w:r>
    </w:p>
    <w:p w:rsidR="00272AED" w:rsidRPr="00A448DF" w:rsidRDefault="00272AED" w:rsidP="0061796C">
      <w:pPr>
        <w:widowControl w:val="0"/>
        <w:autoSpaceDE w:val="0"/>
        <w:autoSpaceDN w:val="0"/>
        <w:spacing w:after="0" w:line="0" w:lineRule="atLeast"/>
        <w:ind w:right="-239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Целью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изучения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D0457A" w:rsidRPr="00A448DF" w:rsidRDefault="00272AED" w:rsidP="00DE0A14">
      <w:pPr>
        <w:autoSpaceDE w:val="0"/>
        <w:autoSpaceDN w:val="0"/>
        <w:spacing w:after="0" w:line="0" w:lineRule="atLeast"/>
        <w:ind w:right="-239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Модуль объединяет в единую образовательную структуру художественно-творческую деятельность, восприятие произведений искусства и художественно-эстетическое освоение</w:t>
      </w:r>
      <w:r w:rsidR="00DE0A14"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D0457A"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окружающей действительности. Художественное развитие обучающихся осуществляется в процессе личного художественного творчества, в практической работе с разнообразными художественными материалами.</w:t>
      </w:r>
    </w:p>
    <w:p w:rsidR="00547B2E" w:rsidRPr="00A448DF" w:rsidRDefault="00D0457A" w:rsidP="0061796C">
      <w:pPr>
        <w:tabs>
          <w:tab w:val="left" w:pos="180"/>
          <w:tab w:val="left" w:pos="10206"/>
        </w:tabs>
        <w:autoSpaceDE w:val="0"/>
        <w:autoSpaceDN w:val="0"/>
        <w:spacing w:after="0" w:line="0" w:lineRule="atLeast"/>
        <w:ind w:right="-239"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Задачами 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модуля «Живопись, графика, скульптура» являются: </w:t>
      </w:r>
    </w:p>
    <w:p w:rsidR="00BD1CC1" w:rsidRPr="00A448DF" w:rsidRDefault="00D0457A" w:rsidP="00384DA7">
      <w:pPr>
        <w:pStyle w:val="ae"/>
        <w:numPr>
          <w:ilvl w:val="0"/>
          <w:numId w:val="31"/>
        </w:numPr>
        <w:tabs>
          <w:tab w:val="left" w:pos="180"/>
          <w:tab w:val="left" w:pos="10206"/>
        </w:tabs>
        <w:autoSpaceDE w:val="0"/>
        <w:autoSpaceDN w:val="0"/>
        <w:spacing w:after="0" w:line="0" w:lineRule="atLeast"/>
        <w:ind w:right="-23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 </w:t>
      </w:r>
    </w:p>
    <w:p w:rsidR="00BD1CC1" w:rsidRPr="00A448DF" w:rsidRDefault="00D0457A" w:rsidP="00384DA7">
      <w:pPr>
        <w:pStyle w:val="ae"/>
        <w:numPr>
          <w:ilvl w:val="0"/>
          <w:numId w:val="31"/>
        </w:numPr>
        <w:tabs>
          <w:tab w:val="left" w:pos="180"/>
          <w:tab w:val="left" w:pos="10206"/>
        </w:tabs>
        <w:autoSpaceDE w:val="0"/>
        <w:autoSpaceDN w:val="0"/>
        <w:spacing w:after="0" w:line="0" w:lineRule="atLeast"/>
        <w:ind w:right="-23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формирование у обучающихся представлений об отечественной и мировой художественной культуре во всём многообразии её видов; </w:t>
      </w:r>
    </w:p>
    <w:p w:rsidR="00BD1CC1" w:rsidRPr="00A448DF" w:rsidRDefault="00D0457A" w:rsidP="00384DA7">
      <w:pPr>
        <w:pStyle w:val="ae"/>
        <w:numPr>
          <w:ilvl w:val="0"/>
          <w:numId w:val="31"/>
        </w:numPr>
        <w:tabs>
          <w:tab w:val="left" w:pos="180"/>
          <w:tab w:val="left" w:pos="10206"/>
        </w:tabs>
        <w:autoSpaceDE w:val="0"/>
        <w:autoSpaceDN w:val="0"/>
        <w:spacing w:after="0" w:line="0" w:lineRule="atLeast"/>
        <w:ind w:right="-23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формирование у обучающихся навыков эстетического</w:t>
      </w:r>
      <w:r w:rsidR="00BD1CC1"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видения и преобразования мира;</w:t>
      </w:r>
    </w:p>
    <w:p w:rsidR="00BD1CC1" w:rsidRPr="00A448DF" w:rsidRDefault="00D0457A" w:rsidP="00384DA7">
      <w:pPr>
        <w:pStyle w:val="ae"/>
        <w:numPr>
          <w:ilvl w:val="0"/>
          <w:numId w:val="31"/>
        </w:numPr>
        <w:tabs>
          <w:tab w:val="left" w:pos="180"/>
          <w:tab w:val="left" w:pos="10206"/>
        </w:tabs>
        <w:autoSpaceDE w:val="0"/>
        <w:autoSpaceDN w:val="0"/>
        <w:spacing w:after="0" w:line="0" w:lineRule="atLeast"/>
        <w:ind w:right="-23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(театре и кино) (вариативно); </w:t>
      </w:r>
    </w:p>
    <w:p w:rsidR="00BD1CC1" w:rsidRPr="00A448DF" w:rsidRDefault="00D0457A" w:rsidP="00384DA7">
      <w:pPr>
        <w:pStyle w:val="ae"/>
        <w:numPr>
          <w:ilvl w:val="0"/>
          <w:numId w:val="31"/>
        </w:numPr>
        <w:tabs>
          <w:tab w:val="left" w:pos="180"/>
          <w:tab w:val="left" w:pos="10206"/>
        </w:tabs>
        <w:autoSpaceDE w:val="0"/>
        <w:autoSpaceDN w:val="0"/>
        <w:spacing w:after="0" w:line="0" w:lineRule="atLeast"/>
        <w:ind w:right="-23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формирование пространственного мышления и аналитических визуальных способностей; </w:t>
      </w:r>
    </w:p>
    <w:p w:rsidR="00BD1CC1" w:rsidRPr="00A448DF" w:rsidRDefault="00BD1CC1" w:rsidP="00384DA7">
      <w:pPr>
        <w:pStyle w:val="ae"/>
        <w:numPr>
          <w:ilvl w:val="0"/>
          <w:numId w:val="31"/>
        </w:numPr>
        <w:tabs>
          <w:tab w:val="left" w:pos="180"/>
          <w:tab w:val="left" w:pos="10206"/>
        </w:tabs>
        <w:autoSpaceDE w:val="0"/>
        <w:autoSpaceDN w:val="0"/>
        <w:spacing w:after="0" w:line="0" w:lineRule="atLeast"/>
        <w:ind w:right="-23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="00D0457A"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 </w:t>
      </w:r>
    </w:p>
    <w:p w:rsidR="00BD1CC1" w:rsidRPr="00A448DF" w:rsidRDefault="00D0457A" w:rsidP="00384DA7">
      <w:pPr>
        <w:pStyle w:val="ae"/>
        <w:numPr>
          <w:ilvl w:val="0"/>
          <w:numId w:val="31"/>
        </w:numPr>
        <w:tabs>
          <w:tab w:val="left" w:pos="180"/>
          <w:tab w:val="left" w:pos="10206"/>
        </w:tabs>
        <w:autoSpaceDE w:val="0"/>
        <w:autoSpaceDN w:val="0"/>
        <w:spacing w:after="0" w:line="0" w:lineRule="atLeast"/>
        <w:ind w:right="-23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развитие наблюдательности, ассоциативного мышления и творческого воображения; </w:t>
      </w:r>
    </w:p>
    <w:p w:rsidR="00BD1CC1" w:rsidRPr="00A448DF" w:rsidRDefault="00D0457A" w:rsidP="00384DA7">
      <w:pPr>
        <w:pStyle w:val="ae"/>
        <w:numPr>
          <w:ilvl w:val="0"/>
          <w:numId w:val="31"/>
        </w:numPr>
        <w:tabs>
          <w:tab w:val="left" w:pos="180"/>
          <w:tab w:val="left" w:pos="10206"/>
        </w:tabs>
        <w:autoSpaceDE w:val="0"/>
        <w:autoSpaceDN w:val="0"/>
        <w:spacing w:after="0" w:line="0" w:lineRule="atLeast"/>
        <w:ind w:right="-23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воспитание уважения и любви к цивилизационному наследию России через освоение отечественной художественной культуры; </w:t>
      </w:r>
    </w:p>
    <w:p w:rsidR="00D0457A" w:rsidRPr="00A448DF" w:rsidRDefault="00D0457A" w:rsidP="00384DA7">
      <w:pPr>
        <w:pStyle w:val="ae"/>
        <w:numPr>
          <w:ilvl w:val="0"/>
          <w:numId w:val="31"/>
        </w:numPr>
        <w:tabs>
          <w:tab w:val="left" w:pos="180"/>
          <w:tab w:val="left" w:pos="10206"/>
        </w:tabs>
        <w:autoSpaceDE w:val="0"/>
        <w:autoSpaceDN w:val="0"/>
        <w:spacing w:after="0" w:line="0" w:lineRule="atLeast"/>
        <w:ind w:right="-23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547B2E" w:rsidRPr="00A448DF" w:rsidRDefault="00547B2E" w:rsidP="0061796C">
      <w:pPr>
        <w:pStyle w:val="ae"/>
        <w:tabs>
          <w:tab w:val="left" w:pos="180"/>
          <w:tab w:val="left" w:pos="10206"/>
        </w:tabs>
        <w:autoSpaceDE w:val="0"/>
        <w:autoSpaceDN w:val="0"/>
        <w:spacing w:after="0" w:line="0" w:lineRule="atLeast"/>
        <w:ind w:left="0" w:right="-23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7B2E" w:rsidRPr="00A448DF" w:rsidRDefault="00D0457A" w:rsidP="0061796C">
      <w:pPr>
        <w:tabs>
          <w:tab w:val="left" w:pos="180"/>
          <w:tab w:val="left" w:pos="10206"/>
        </w:tabs>
        <w:autoSpaceDE w:val="0"/>
        <w:autoSpaceDN w:val="0"/>
        <w:spacing w:after="0" w:line="0" w:lineRule="atLeast"/>
        <w:ind w:right="-239"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МЕСТО МОДУЛЯ «ЖИВОПИСЬ, ГРАФИ</w:t>
      </w:r>
      <w:r w:rsidR="00547B2E"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КА, СКУЛЬПТУРА» В УЧЕБНОМ ПЛАНЕ</w:t>
      </w:r>
    </w:p>
    <w:p w:rsidR="00D0457A" w:rsidRPr="00A448DF" w:rsidRDefault="00D0457A" w:rsidP="0061796C">
      <w:pPr>
        <w:tabs>
          <w:tab w:val="left" w:pos="180"/>
          <w:tab w:val="left" w:pos="10206"/>
        </w:tabs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Модуль «Живопись, графика, скульптура» изучается 1 час в неделю, общий объем составляет 34 часа.</w:t>
      </w:r>
    </w:p>
    <w:p w:rsidR="00272AED" w:rsidRPr="00A448DF" w:rsidRDefault="00272AED" w:rsidP="0061796C">
      <w:pPr>
        <w:tabs>
          <w:tab w:val="left" w:pos="180"/>
          <w:tab w:val="left" w:pos="10206"/>
        </w:tabs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2AED" w:rsidRPr="00A448DF" w:rsidRDefault="00272AED" w:rsidP="0061796C">
      <w:pPr>
        <w:autoSpaceDE w:val="0"/>
        <w:autoSpaceDN w:val="0"/>
        <w:spacing w:after="0" w:line="0" w:lineRule="atLeast"/>
        <w:ind w:right="-23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СОДЕРЖАНИЕ МОДУЛЯ «ЖИВОПИСЬ, ГРАФИКА, СКУЛЬПТУРА»</w:t>
      </w:r>
    </w:p>
    <w:p w:rsidR="00AD5D6B" w:rsidRPr="00A448DF" w:rsidRDefault="00272AED" w:rsidP="0061796C">
      <w:pPr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Общие сведения о видах искусства </w:t>
      </w:r>
    </w:p>
    <w:p w:rsidR="00272AED" w:rsidRPr="00A448DF" w:rsidRDefault="00272AED" w:rsidP="0061796C">
      <w:pPr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Пространственные и временные виды искусства.</w:t>
      </w:r>
    </w:p>
    <w:p w:rsidR="00272AED" w:rsidRPr="00A448DF" w:rsidRDefault="00272AED" w:rsidP="0061796C">
      <w:pPr>
        <w:tabs>
          <w:tab w:val="left" w:pos="180"/>
        </w:tabs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272AED" w:rsidRPr="00A448DF" w:rsidRDefault="00272AED" w:rsidP="0061796C">
      <w:pPr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Основные виды живописи, графики и скульптуры.</w:t>
      </w:r>
    </w:p>
    <w:p w:rsidR="00272AED" w:rsidRPr="00A448DF" w:rsidRDefault="00272AED" w:rsidP="0061796C">
      <w:pPr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Художник и зритель: зрительские умения, знания и творчество зрителя.</w:t>
      </w:r>
    </w:p>
    <w:p w:rsidR="00AD5D6B" w:rsidRPr="00A448DF" w:rsidRDefault="00272AED" w:rsidP="0061796C">
      <w:pPr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Язык изобразительного искусства и его выразительные средства </w:t>
      </w:r>
    </w:p>
    <w:p w:rsidR="00272AED" w:rsidRPr="00A448DF" w:rsidRDefault="00272AED" w:rsidP="0061796C">
      <w:pPr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Живописные, графические и скульптурные художественные материалы, их особые свойства. Рисунок — основа изобразительного искусства и мастерства художника.</w:t>
      </w:r>
    </w:p>
    <w:p w:rsidR="00272AED" w:rsidRPr="00A448DF" w:rsidRDefault="00272AED" w:rsidP="0061796C">
      <w:pPr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Виды рисунка: зарисовка, набросок, учебный рисунок и творческий рисунок.</w:t>
      </w:r>
    </w:p>
    <w:p w:rsidR="00272AED" w:rsidRPr="00A448DF" w:rsidRDefault="00272AED" w:rsidP="0061796C">
      <w:pPr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Навыки размещения рисунка в листе, выбор формата.</w:t>
      </w:r>
    </w:p>
    <w:p w:rsidR="00272AED" w:rsidRPr="00A448DF" w:rsidRDefault="00272AED" w:rsidP="0061796C">
      <w:pPr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Начальные умения рисунка с натуры. Зарисовки простых предметов.</w:t>
      </w:r>
    </w:p>
    <w:p w:rsidR="00272AED" w:rsidRPr="00A448DF" w:rsidRDefault="00272AED" w:rsidP="0061796C">
      <w:pPr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Линейные графические рисунки и наброски.</w:t>
      </w:r>
    </w:p>
    <w:p w:rsidR="00272AED" w:rsidRPr="00A448DF" w:rsidRDefault="00272AED" w:rsidP="0061796C">
      <w:pPr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Тон и тональные отношения: тёмное — светлое.</w:t>
      </w:r>
    </w:p>
    <w:p w:rsidR="00272AED" w:rsidRPr="00A448DF" w:rsidRDefault="00272AED" w:rsidP="0061796C">
      <w:pPr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Ритм и ритмическая организация плоскости листа.</w:t>
      </w:r>
    </w:p>
    <w:p w:rsidR="00272AED" w:rsidRPr="00A448DF" w:rsidRDefault="00272AED" w:rsidP="0061796C">
      <w:pPr>
        <w:tabs>
          <w:tab w:val="left" w:pos="180"/>
        </w:tabs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Основы цветоведения: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272AED" w:rsidRPr="00A448DF" w:rsidRDefault="00272AED" w:rsidP="0061796C">
      <w:pPr>
        <w:tabs>
          <w:tab w:val="left" w:pos="180"/>
        </w:tabs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272AED" w:rsidRPr="00A448DF" w:rsidRDefault="00272AED" w:rsidP="0061796C">
      <w:pPr>
        <w:tabs>
          <w:tab w:val="left" w:pos="180"/>
        </w:tabs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</w:t>
      </w:r>
    </w:p>
    <w:p w:rsidR="00272AED" w:rsidRPr="00A448DF" w:rsidRDefault="00272AED" w:rsidP="0061796C">
      <w:pPr>
        <w:tabs>
          <w:tab w:val="left" w:pos="180"/>
        </w:tabs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Статика и движение в скульптуре. Круглая скульптура. Произведения мелкой пластики. Виды рельефа.</w:t>
      </w:r>
    </w:p>
    <w:p w:rsidR="0061796C" w:rsidRPr="00A448DF" w:rsidRDefault="00272AED" w:rsidP="0061796C">
      <w:pPr>
        <w:tabs>
          <w:tab w:val="left" w:pos="180"/>
        </w:tabs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Жанры изобразительного искусства </w:t>
      </w:r>
    </w:p>
    <w:p w:rsidR="00272AED" w:rsidRPr="00A448DF" w:rsidRDefault="00272AED" w:rsidP="0061796C">
      <w:pPr>
        <w:tabs>
          <w:tab w:val="left" w:pos="180"/>
        </w:tabs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272AED" w:rsidRPr="00A448DF" w:rsidRDefault="00272AED" w:rsidP="0061796C">
      <w:pPr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Предмет изображения, сюжет и содержание произведения изобразительного искусства.</w:t>
      </w:r>
    </w:p>
    <w:p w:rsidR="00272AED" w:rsidRPr="00A448DF" w:rsidRDefault="00272AED" w:rsidP="0061796C">
      <w:pPr>
        <w:tabs>
          <w:tab w:val="left" w:pos="180"/>
        </w:tabs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lastRenderedPageBreak/>
        <w:t xml:space="preserve">Натюрморт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272AED" w:rsidRPr="00A448DF" w:rsidRDefault="00272AED" w:rsidP="0061796C">
      <w:pPr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Основы графической грамоты: правила объёмного изображения предметов на плоскости.</w:t>
      </w:r>
    </w:p>
    <w:p w:rsidR="00272AED" w:rsidRPr="00A448DF" w:rsidRDefault="00272AED" w:rsidP="0061796C">
      <w:pPr>
        <w:tabs>
          <w:tab w:val="left" w:pos="180"/>
        </w:tabs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272AED" w:rsidRPr="00A448DF" w:rsidRDefault="00272AED" w:rsidP="0061796C">
      <w:pPr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Изображение окружности в перспективе.</w:t>
      </w:r>
    </w:p>
    <w:p w:rsidR="00272AED" w:rsidRPr="00A448DF" w:rsidRDefault="00272AED" w:rsidP="0061796C">
      <w:pPr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Рисование геометрических тел на основе правил линейной перспективы.</w:t>
      </w:r>
    </w:p>
    <w:p w:rsidR="00272AED" w:rsidRPr="00A448DF" w:rsidRDefault="00272AED" w:rsidP="0061796C">
      <w:pPr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Сложная пространственная форма и выявление её конструкции.</w:t>
      </w:r>
    </w:p>
    <w:p w:rsidR="00272AED" w:rsidRPr="00A448DF" w:rsidRDefault="00272AED" w:rsidP="0061796C">
      <w:pPr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Рисунок сложной формы предмета как соотношение простых геометрических фигур.</w:t>
      </w:r>
    </w:p>
    <w:p w:rsidR="00272AED" w:rsidRPr="00A448DF" w:rsidRDefault="00272AED" w:rsidP="0061796C">
      <w:pPr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Линейный рисунок конструкции из нескольких геометрических тел.</w:t>
      </w:r>
    </w:p>
    <w:p w:rsidR="00272AED" w:rsidRPr="00A448DF" w:rsidRDefault="00272AED" w:rsidP="0061796C">
      <w:pPr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Освещение как средство выявления объёма предмета. Понятия «свет», «блик», «полутень»,</w:t>
      </w:r>
      <w:r w:rsidR="001F4D7F"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«собственная тень», «рефлекс», «падающая тень». Особенности освещения «по свету» и «против света».</w:t>
      </w:r>
    </w:p>
    <w:p w:rsidR="001F4D7F" w:rsidRPr="00A448DF" w:rsidRDefault="00272AED" w:rsidP="001F4D7F">
      <w:pPr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Рисунок натюрморта графическими материалами с натуры или по представлению.</w:t>
      </w:r>
    </w:p>
    <w:p w:rsidR="001F4D7F" w:rsidRPr="00A448DF" w:rsidRDefault="00272AED" w:rsidP="001F4D7F">
      <w:pPr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Творческий натюрморт в графике. Произведения художников-г</w:t>
      </w:r>
      <w:r w:rsidR="001F4D7F"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рафиков. Особенности графических техник. Печатная графика.</w:t>
      </w:r>
    </w:p>
    <w:p w:rsidR="00272AED" w:rsidRPr="00A448DF" w:rsidRDefault="00272AED" w:rsidP="001F4D7F">
      <w:pPr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272AED" w:rsidRPr="00A448DF" w:rsidSect="0061796C">
          <w:type w:val="continuous"/>
          <w:pgSz w:w="11900" w:h="16840"/>
          <w:pgMar w:top="426" w:right="650" w:bottom="567" w:left="666" w:header="720" w:footer="720" w:gutter="0"/>
          <w:cols w:space="720" w:equalWidth="0">
            <w:col w:w="10362" w:space="0"/>
          </w:cols>
          <w:docGrid w:linePitch="360"/>
        </w:sectPr>
      </w:pPr>
    </w:p>
    <w:p w:rsidR="00AD5D6B" w:rsidRPr="00A448DF" w:rsidRDefault="00272AED" w:rsidP="001F4D7F">
      <w:pPr>
        <w:tabs>
          <w:tab w:val="left" w:pos="180"/>
        </w:tabs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1F4D7F" w:rsidRPr="00A448DF" w:rsidRDefault="00AD5D6B" w:rsidP="001F4D7F">
      <w:pPr>
        <w:tabs>
          <w:tab w:val="left" w:pos="0"/>
        </w:tabs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Портрет </w:t>
      </w:r>
    </w:p>
    <w:p w:rsidR="00AD5D6B" w:rsidRPr="00A448DF" w:rsidRDefault="00AD5D6B" w:rsidP="001F4D7F">
      <w:pPr>
        <w:tabs>
          <w:tab w:val="left" w:pos="0"/>
        </w:tabs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AD5D6B" w:rsidRPr="00A448DF" w:rsidRDefault="00AD5D6B" w:rsidP="001F4D7F">
      <w:pPr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Великие портретисты в европейском искусстве.</w:t>
      </w:r>
    </w:p>
    <w:p w:rsidR="00AD5D6B" w:rsidRPr="00A448DF" w:rsidRDefault="00AD5D6B" w:rsidP="001F4D7F">
      <w:pPr>
        <w:tabs>
          <w:tab w:val="left" w:pos="180"/>
        </w:tabs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Особенности развития портретного жанра в отечественном искусстве. Великие портретисты в русской живописи.</w:t>
      </w:r>
    </w:p>
    <w:p w:rsidR="00AD5D6B" w:rsidRPr="00A448DF" w:rsidRDefault="00AD5D6B" w:rsidP="001F4D7F">
      <w:pPr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Парадный и камерный портрет в живописи.</w:t>
      </w:r>
    </w:p>
    <w:p w:rsidR="00AD5D6B" w:rsidRPr="00A448DF" w:rsidRDefault="00AD5D6B" w:rsidP="001F4D7F">
      <w:pPr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Особенности развития жанра портрета в искусстве ХХ в.— отечественном и европейском.</w:t>
      </w:r>
    </w:p>
    <w:p w:rsidR="00AD5D6B" w:rsidRPr="00A448DF" w:rsidRDefault="00AD5D6B" w:rsidP="001F4D7F">
      <w:pPr>
        <w:tabs>
          <w:tab w:val="left" w:pos="180"/>
        </w:tabs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Построение головы человека, основные пропорции лица, ​соотношение лицевой и черепной частей головы.</w:t>
      </w:r>
    </w:p>
    <w:p w:rsidR="00AD5D6B" w:rsidRPr="00A448DF" w:rsidRDefault="00AD5D6B" w:rsidP="001F4D7F">
      <w:pPr>
        <w:tabs>
          <w:tab w:val="left" w:pos="180"/>
        </w:tabs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</w:t>
      </w:r>
    </w:p>
    <w:p w:rsidR="00AD5D6B" w:rsidRPr="00A448DF" w:rsidRDefault="00AD5D6B" w:rsidP="001F4D7F">
      <w:pPr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Графический портретный рисунок с натуры или по памяти.</w:t>
      </w:r>
    </w:p>
    <w:p w:rsidR="001F4D7F" w:rsidRPr="00A448DF" w:rsidRDefault="00AD5D6B" w:rsidP="001F4D7F">
      <w:pPr>
        <w:tabs>
          <w:tab w:val="left" w:pos="180"/>
        </w:tabs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Роль освещения головы при создании портретного образа. Свет и тень в изображении головы человека.</w:t>
      </w:r>
    </w:p>
    <w:p w:rsidR="00AD5D6B" w:rsidRPr="00A448DF" w:rsidRDefault="00AD5D6B" w:rsidP="001F4D7F">
      <w:pPr>
        <w:tabs>
          <w:tab w:val="left" w:pos="180"/>
        </w:tabs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Портрет в скульптуре.</w:t>
      </w:r>
    </w:p>
    <w:p w:rsidR="00AD5D6B" w:rsidRPr="00A448DF" w:rsidRDefault="00AD5D6B" w:rsidP="001F4D7F">
      <w:pPr>
        <w:tabs>
          <w:tab w:val="left" w:pos="180"/>
        </w:tabs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AD5D6B" w:rsidRPr="00A448DF" w:rsidRDefault="00AD5D6B" w:rsidP="001F4D7F">
      <w:pPr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Значение свойств художественных материалов в создании скульптурного портрета.</w:t>
      </w:r>
    </w:p>
    <w:p w:rsidR="00AD5D6B" w:rsidRPr="00A448DF" w:rsidRDefault="00AD5D6B" w:rsidP="001F4D7F">
      <w:pPr>
        <w:tabs>
          <w:tab w:val="left" w:pos="180"/>
        </w:tabs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AD5D6B" w:rsidRPr="00A448DF" w:rsidRDefault="00AD5D6B" w:rsidP="001F4D7F">
      <w:pPr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Опыт работы над созданием живописного портрета.</w:t>
      </w:r>
    </w:p>
    <w:p w:rsidR="00AD5D6B" w:rsidRPr="00A448DF" w:rsidRDefault="00AD5D6B" w:rsidP="001F4D7F">
      <w:pPr>
        <w:tabs>
          <w:tab w:val="left" w:pos="180"/>
        </w:tabs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Пейзаж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AD5D6B" w:rsidRPr="00A448DF" w:rsidRDefault="00AD5D6B" w:rsidP="001F4D7F">
      <w:pPr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Правила построения линейной перспективы в изображении пространства.</w:t>
      </w:r>
    </w:p>
    <w:p w:rsidR="00AD5D6B" w:rsidRPr="00A448DF" w:rsidRDefault="00AD5D6B" w:rsidP="001F4D7F">
      <w:pPr>
        <w:tabs>
          <w:tab w:val="left" w:pos="180"/>
        </w:tabs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AD5D6B" w:rsidRPr="00A448DF" w:rsidRDefault="00AD5D6B" w:rsidP="001F4D7F">
      <w:pPr>
        <w:tabs>
          <w:tab w:val="left" w:pos="180"/>
        </w:tabs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AD5D6B" w:rsidRPr="00A448DF" w:rsidRDefault="00AD5D6B" w:rsidP="001F4D7F">
      <w:pPr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Особенности изображения природы в творчестве импрессионистов и постимпрессионистов.</w:t>
      </w:r>
    </w:p>
    <w:p w:rsidR="00AD5D6B" w:rsidRPr="00A448DF" w:rsidRDefault="00AD5D6B" w:rsidP="001F4D7F">
      <w:pPr>
        <w:tabs>
          <w:tab w:val="left" w:pos="180"/>
        </w:tabs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Представления о пленэрной живописи и колористической изменчивости состояний природы.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Живописное изображение различных состояний природы.</w:t>
      </w:r>
    </w:p>
    <w:p w:rsidR="001F4D7F" w:rsidRPr="00A448DF" w:rsidRDefault="00AD5D6B" w:rsidP="001F4D7F">
      <w:pPr>
        <w:tabs>
          <w:tab w:val="left" w:pos="180"/>
        </w:tabs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</w:rPr>
        <w:t>XIX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AD5D6B" w:rsidRPr="00A448DF" w:rsidRDefault="00AD5D6B" w:rsidP="001F4D7F">
      <w:pPr>
        <w:tabs>
          <w:tab w:val="left" w:pos="180"/>
        </w:tabs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Становление образа родной природы в произведениях А. Венецианова и его учеников: А. Саврасова, И. Шишкина. Пейзажная живопись И. Левитана и её значение для русской культуры. Значение художественного образа отечественного пейзажа в развитии чувства Родины.</w:t>
      </w:r>
    </w:p>
    <w:p w:rsidR="00AD5D6B" w:rsidRPr="00A448DF" w:rsidRDefault="00AD5D6B" w:rsidP="001F4D7F">
      <w:pPr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Творческий опыт в создании композиционного живописного пейзажа своей Родины.</w:t>
      </w:r>
    </w:p>
    <w:p w:rsidR="00AD5D6B" w:rsidRPr="00A448DF" w:rsidRDefault="00AD5D6B" w:rsidP="001F4D7F">
      <w:pPr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Графический образ пейзажа в работах выдающихся мастеров.</w:t>
      </w:r>
    </w:p>
    <w:p w:rsidR="00AD5D6B" w:rsidRPr="00A448DF" w:rsidRDefault="00AD5D6B" w:rsidP="001F4D7F">
      <w:pPr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Средства выразительности в графическом рисунке и многообразие графических техник.</w:t>
      </w:r>
    </w:p>
    <w:p w:rsidR="00AD5D6B" w:rsidRPr="00A448DF" w:rsidRDefault="00AD5D6B" w:rsidP="001F4D7F">
      <w:pPr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Графические зарисовки и графическая композиция на темы окружающей природы.</w:t>
      </w:r>
    </w:p>
    <w:p w:rsidR="00AD5D6B" w:rsidRPr="00A448DF" w:rsidRDefault="00AD5D6B" w:rsidP="001F4D7F">
      <w:pPr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AD5D6B" w:rsidRPr="00A448DF" w:rsidRDefault="00AD5D6B" w:rsidP="001F4D7F">
      <w:pPr>
        <w:tabs>
          <w:tab w:val="left" w:pos="180"/>
        </w:tabs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AD5D6B" w:rsidRPr="00A448DF" w:rsidRDefault="00AD5D6B" w:rsidP="001F4D7F">
      <w:pPr>
        <w:tabs>
          <w:tab w:val="left" w:pos="180"/>
        </w:tabs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AD5D6B" w:rsidRPr="00A448DF" w:rsidRDefault="00AD5D6B" w:rsidP="001F4D7F">
      <w:pPr>
        <w:tabs>
          <w:tab w:val="left" w:pos="180"/>
        </w:tabs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ытовой жанр в изобразительном искусстве </w:t>
      </w:r>
    </w:p>
    <w:p w:rsidR="00AD5D6B" w:rsidRPr="00A448DF" w:rsidRDefault="00AD5D6B" w:rsidP="001F4D7F">
      <w:pPr>
        <w:tabs>
          <w:tab w:val="left" w:pos="180"/>
        </w:tabs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AD5D6B" w:rsidRPr="00A448DF" w:rsidRDefault="00AD5D6B" w:rsidP="001F4D7F">
      <w:pPr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AD5D6B" w:rsidRPr="00A448DF" w:rsidRDefault="00AD5D6B" w:rsidP="001F4D7F">
      <w:pPr>
        <w:tabs>
          <w:tab w:val="left" w:pos="180"/>
        </w:tabs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AD5D6B" w:rsidRPr="00A448DF" w:rsidRDefault="00AD5D6B" w:rsidP="001F4D7F">
      <w:pPr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Исторический жанр в изобразительном искусстве </w:t>
      </w:r>
    </w:p>
    <w:p w:rsidR="00AD5D6B" w:rsidRPr="00A448DF" w:rsidRDefault="00AD5D6B" w:rsidP="001F4D7F">
      <w:pPr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AD5D6B" w:rsidRPr="00A448DF" w:rsidRDefault="00AD5D6B" w:rsidP="001F4D7F">
      <w:pPr>
        <w:tabs>
          <w:tab w:val="left" w:pos="180"/>
        </w:tabs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др.</w:t>
      </w:r>
    </w:p>
    <w:p w:rsidR="00AD5D6B" w:rsidRPr="00A448DF" w:rsidRDefault="00AD5D6B" w:rsidP="001F4D7F">
      <w:pPr>
        <w:tabs>
          <w:tab w:val="left" w:pos="180"/>
        </w:tabs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Историческая картина в русском искусстве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</w:rPr>
        <w:t>XIX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и её особое место в развитии отечественной культуры.</w:t>
      </w:r>
    </w:p>
    <w:p w:rsidR="00AD5D6B" w:rsidRPr="00A448DF" w:rsidRDefault="00AD5D6B" w:rsidP="001F4D7F">
      <w:pPr>
        <w:tabs>
          <w:tab w:val="left" w:pos="180"/>
        </w:tabs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Картина К. Брюллова «Последний день Помпеи», исторические картины в творчестве В. Сурикова и др. Исторический образ России в картинах ХХ в.</w:t>
      </w:r>
    </w:p>
    <w:p w:rsidR="00AD5D6B" w:rsidRPr="00A448DF" w:rsidRDefault="00AD5D6B" w:rsidP="001F4D7F">
      <w:pPr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Работа над сюжетной композицией. Этапы длительного периода работы художника над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:rsidR="00AD5D6B" w:rsidRPr="00A448DF" w:rsidRDefault="00AD5D6B" w:rsidP="001F4D7F">
      <w:pPr>
        <w:tabs>
          <w:tab w:val="left" w:pos="180"/>
        </w:tabs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AD5D6B" w:rsidRPr="00A448DF" w:rsidRDefault="00AD5D6B" w:rsidP="001F4D7F">
      <w:pPr>
        <w:tabs>
          <w:tab w:val="left" w:pos="180"/>
        </w:tabs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Библейские темы в изобразительном искусстве </w:t>
      </w:r>
    </w:p>
    <w:p w:rsidR="00AD5D6B" w:rsidRPr="00A448DF" w:rsidRDefault="00AD5D6B" w:rsidP="001F4D7F">
      <w:pPr>
        <w:tabs>
          <w:tab w:val="left" w:pos="180"/>
        </w:tabs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AD5D6B" w:rsidRPr="00A448DF" w:rsidRDefault="00AD5D6B" w:rsidP="001F4D7F">
      <w:pPr>
        <w:tabs>
          <w:tab w:val="left" w:pos="180"/>
        </w:tabs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AD5D6B" w:rsidRPr="00A448DF" w:rsidRDefault="00AD5D6B" w:rsidP="001F4D7F">
      <w:pPr>
        <w:tabs>
          <w:tab w:val="left" w:pos="180"/>
        </w:tabs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Произведения на библейские темы Леонардо да Винчи, Рафаэля, Рембрандта, в скульптуре «Пьета» Микеланджело и др.</w:t>
      </w:r>
    </w:p>
    <w:p w:rsidR="00AD5D6B" w:rsidRPr="00A448DF" w:rsidRDefault="00AD5D6B" w:rsidP="001F4D7F">
      <w:pPr>
        <w:tabs>
          <w:tab w:val="left" w:pos="180"/>
        </w:tabs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Библейские темы в отечественных картинах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</w:rPr>
        <w:t>XIX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(А. Иванов. «Явление Христа народу», И. Крамской. «Христос в пустыне», Н. Ге. «Тайная вечеря», В. Поленов. «Христос и грешница»).</w:t>
      </w:r>
    </w:p>
    <w:p w:rsidR="00AD5D6B" w:rsidRPr="00A448DF" w:rsidRDefault="00AD5D6B" w:rsidP="001F4D7F">
      <w:pPr>
        <w:tabs>
          <w:tab w:val="left" w:pos="180"/>
        </w:tabs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Иконопись как великое проявление русской культуры. Язык изображения в иконе — его религиозный и символический смысл.</w:t>
      </w:r>
    </w:p>
    <w:p w:rsidR="00AD5D6B" w:rsidRPr="00A448DF" w:rsidRDefault="00AD5D6B" w:rsidP="001F4D7F">
      <w:pPr>
        <w:autoSpaceDE w:val="0"/>
        <w:autoSpaceDN w:val="0"/>
        <w:spacing w:after="0" w:line="0" w:lineRule="atLeast"/>
        <w:ind w:right="7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Великие русские иконописцы: духовный свет икон Андрея Рублёва, Феофана Грека, Дионисия. Работа над эскизом сюжетной композиции.</w:t>
      </w:r>
    </w:p>
    <w:p w:rsidR="00AD5D6B" w:rsidRPr="00A448DF" w:rsidRDefault="00AD5D6B" w:rsidP="001F4D7F">
      <w:pPr>
        <w:tabs>
          <w:tab w:val="left" w:pos="180"/>
        </w:tabs>
        <w:autoSpaceDE w:val="0"/>
        <w:autoSpaceDN w:val="0"/>
        <w:spacing w:after="0" w:line="0" w:lineRule="atLeast"/>
        <w:ind w:right="7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393CE2" w:rsidRPr="00A448DF" w:rsidRDefault="00393CE2" w:rsidP="001F4D7F">
      <w:pPr>
        <w:tabs>
          <w:tab w:val="left" w:pos="180"/>
        </w:tabs>
        <w:autoSpaceDE w:val="0"/>
        <w:autoSpaceDN w:val="0"/>
        <w:spacing w:after="0" w:line="0" w:lineRule="atLeast"/>
        <w:ind w:right="7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AD5D6B" w:rsidRPr="00A448DF" w:rsidRDefault="00393CE2" w:rsidP="00393CE2">
      <w:pPr>
        <w:autoSpaceDE w:val="0"/>
        <w:autoSpaceDN w:val="0"/>
        <w:spacing w:after="0" w:line="0" w:lineRule="atLeast"/>
        <w:ind w:right="-239"/>
        <w:jc w:val="center"/>
        <w:rPr>
          <w:rFonts w:ascii="Times New Roman" w:hAnsi="Times New Roman" w:cs="Times New Roman"/>
          <w:sz w:val="24"/>
          <w:szCs w:val="24"/>
          <w:lang w:val="ru-RU"/>
        </w:rPr>
        <w:sectPr w:rsidR="00AD5D6B" w:rsidRPr="00A448DF" w:rsidSect="00AD5D6B">
          <w:type w:val="continuous"/>
          <w:pgSz w:w="11900" w:h="16840"/>
          <w:pgMar w:top="666" w:right="672" w:bottom="666" w:left="666" w:header="720" w:footer="720" w:gutter="0"/>
          <w:cols w:space="720" w:equalWidth="0">
            <w:col w:w="10828" w:space="0"/>
          </w:cols>
          <w:docGrid w:linePitch="360"/>
        </w:sect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ПЛАНИРУЕМЫЕ РЕЗУЛЬТАТЫ ОСВОЕНИЯ МОДУЛЯ «ЖИВОПИСЬ, ГРАФИКА, СКУЛЬПТУРА» НА УРОВНЕ ОСНОВНОГО ОБЩЕГО ОБРАЗОВАНИЯ</w:t>
      </w:r>
    </w:p>
    <w:p w:rsidR="00393CE2" w:rsidRPr="00A448DF" w:rsidRDefault="00AD5D6B" w:rsidP="00393CE2">
      <w:pPr>
        <w:tabs>
          <w:tab w:val="left" w:pos="180"/>
        </w:tabs>
        <w:autoSpaceDE w:val="0"/>
        <w:autoSpaceDN w:val="0"/>
        <w:spacing w:after="0" w:line="0" w:lineRule="atLeast"/>
        <w:ind w:right="-23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ЛИЧНОСТНЫЕ РЕЗУЛЬТАТЫ</w:t>
      </w:r>
    </w:p>
    <w:p w:rsidR="00AD5D6B" w:rsidRPr="00A448DF" w:rsidRDefault="00AD5D6B" w:rsidP="00393CE2">
      <w:pPr>
        <w:tabs>
          <w:tab w:val="left" w:pos="180"/>
        </w:tabs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рабочей программы основного общего образования по модулю достигаются в единстве учебной и воспитательной деятельности.</w:t>
      </w:r>
    </w:p>
    <w:p w:rsidR="00AD5D6B" w:rsidRPr="00A448DF" w:rsidRDefault="00AD5D6B" w:rsidP="00393CE2">
      <w:pPr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центре программы по модулю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AD5D6B" w:rsidRPr="00A448DF" w:rsidRDefault="00AD5D6B" w:rsidP="00393CE2">
      <w:pPr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ценностные установки и социально значимые качества личности; духовно-нравственное развитие обучающихся и отношение школьников к культуре; мотивацию к познанию и обучению, готовность к саморазвитию и активному участию в социально значимой ​деятельности.</w:t>
      </w:r>
    </w:p>
    <w:p w:rsidR="00D0457A" w:rsidRPr="00A448DF" w:rsidRDefault="00D0457A" w:rsidP="0061796C">
      <w:pPr>
        <w:tabs>
          <w:tab w:val="left" w:pos="180"/>
        </w:tabs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="00AD5D6B"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1. Патриотическое воспитание.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Осуществляется через освоение школьниками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​духовной жизни, выраженной в произведениях искусства, ​посвящённых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</w:t>
      </w:r>
    </w:p>
    <w:p w:rsidR="00D0457A" w:rsidRPr="00A448DF" w:rsidRDefault="00D0457A" w:rsidP="0061796C">
      <w:pPr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Урок искусства воспитывает патриотизм не в декларативной форме, а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D0457A" w:rsidRPr="00A448DF" w:rsidRDefault="00D0457A" w:rsidP="0061796C">
      <w:pPr>
        <w:tabs>
          <w:tab w:val="left" w:pos="180"/>
        </w:tabs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="00AD5D6B"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2. Гражданское воспитание.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Программа по изобразительному искусству направлена на активное приобщение обучающихся к ценностям мировой и отечественной культуры. При этом реализуются задачи социализации и гражданского воспитания школьника. Формируется чувство личной причастности к жизни общества.</w:t>
      </w:r>
    </w:p>
    <w:p w:rsidR="00D0457A" w:rsidRPr="00A448DF" w:rsidRDefault="00D0457A" w:rsidP="0061796C">
      <w:pPr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Искусство рассматривается как особый язык, развивающий коммуникативные умения. В рамках предмета «Изобразительное искусство» происходит изучение художественной культуры и мировой истории искусства, углубляются интернациональные чувства обучающихся.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</w:t>
      </w:r>
    </w:p>
    <w:p w:rsidR="00AD5D6B" w:rsidRPr="00A448DF" w:rsidRDefault="00D0457A" w:rsidP="0061796C">
      <w:pPr>
        <w:autoSpaceDE w:val="0"/>
        <w:autoSpaceDN w:val="0"/>
        <w:spacing w:after="0" w:line="0" w:lineRule="atLeast"/>
        <w:ind w:right="-23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3. </w:t>
      </w:r>
      <w:r w:rsidR="00AD5D6B"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Духовно-нравственное воспитание.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школьного предмета. Учебные задания направлены на развитие внутреннего мира учащегося и воспитание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— формированию отношения к миру, жизни, человеку, семье, труду, культуре как духовному богатству общества и важному условию ощущения человеком</w:t>
      </w:r>
      <w:r w:rsidR="00AD5D6B" w:rsidRPr="00A448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D5D6B"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полноты проживаемой жизни.</w:t>
      </w:r>
    </w:p>
    <w:p w:rsidR="00AD5D6B" w:rsidRPr="00A448DF" w:rsidRDefault="00AD5D6B" w:rsidP="0061796C">
      <w:pPr>
        <w:tabs>
          <w:tab w:val="left" w:pos="180"/>
        </w:tabs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4. Эстетическое воспитание.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Эстетическое (от греч.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</w:rPr>
        <w:t>aisthetikos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— чувствующий, чувственный) —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</w:t>
      </w:r>
      <w:r w:rsidR="00393CE2"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нтаций школьников в отношении к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окружающим людям, стремлению к их пониманию, отношению к семье, к мирной жизни как главному принципу человеческого общежития, к самому себе как самореализующейся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AD5D6B" w:rsidRPr="00A448DF" w:rsidRDefault="00AD5D6B" w:rsidP="0061796C">
      <w:pPr>
        <w:tabs>
          <w:tab w:val="left" w:pos="180"/>
        </w:tabs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5. Ценности познавательной деятельности.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процессе художественной деятельности на занятиях изобразительным искусством ставятся задачи воспитания наблюдательности — умений активно, т. е. в соответствии со специальными установками, видеть окружающий мир. Воспитывается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021D8E" w:rsidRPr="00A448DF" w:rsidRDefault="00021D8E" w:rsidP="0061796C">
      <w:pPr>
        <w:tabs>
          <w:tab w:val="left" w:pos="180"/>
        </w:tabs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6. Экологическое воспитание.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021D8E" w:rsidRPr="00A448DF" w:rsidRDefault="00021D8E" w:rsidP="0061796C">
      <w:pPr>
        <w:tabs>
          <w:tab w:val="left" w:pos="180"/>
        </w:tabs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7. Трудовое воспитание.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— обязательные требования к определённым заданиям программы.</w:t>
      </w:r>
    </w:p>
    <w:p w:rsidR="00021D8E" w:rsidRPr="00A448DF" w:rsidRDefault="00021D8E" w:rsidP="0061796C">
      <w:pPr>
        <w:tabs>
          <w:tab w:val="left" w:pos="180"/>
        </w:tabs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8. Воспитывающая предметно-эстетическая среда.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школы. При этом школьники должны быть активными участниками (а не только потребителями) её создания и оформления пространства в соответствии с задачами 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школы, оказывает активное воспитательное воздействие и влияет на формирование позитивных ценностных ориентаций и восприятие жизни школьниками.</w:t>
      </w:r>
    </w:p>
    <w:p w:rsidR="00021D8E" w:rsidRPr="00A448DF" w:rsidRDefault="00021D8E" w:rsidP="0061796C">
      <w:pPr>
        <w:autoSpaceDE w:val="0"/>
        <w:autoSpaceDN w:val="0"/>
        <w:spacing w:after="0" w:line="0" w:lineRule="atLeast"/>
        <w:ind w:right="-23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021D8E" w:rsidRPr="00A448DF" w:rsidRDefault="00021D8E" w:rsidP="00393CE2">
      <w:pPr>
        <w:tabs>
          <w:tab w:val="left" w:pos="180"/>
        </w:tabs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Метапредметные результаты освоения основной образовательной программы, формируемые при изучении модуля:</w:t>
      </w:r>
    </w:p>
    <w:p w:rsidR="00A64890" w:rsidRPr="00A448DF" w:rsidRDefault="00D0457A" w:rsidP="00384DA7">
      <w:pPr>
        <w:pStyle w:val="ae"/>
        <w:numPr>
          <w:ilvl w:val="0"/>
          <w:numId w:val="16"/>
        </w:numPr>
        <w:autoSpaceDE w:val="0"/>
        <w:autoSpaceDN w:val="0"/>
        <w:spacing w:after="0" w:line="0" w:lineRule="atLeast"/>
        <w:ind w:left="0"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Овладение универсальными познавательными действиями </w:t>
      </w:r>
    </w:p>
    <w:p w:rsidR="00A64890" w:rsidRPr="00A448DF" w:rsidRDefault="00D0457A" w:rsidP="00393CE2">
      <w:pPr>
        <w:pStyle w:val="ae"/>
        <w:autoSpaceDE w:val="0"/>
        <w:autoSpaceDN w:val="0"/>
        <w:spacing w:after="0" w:line="0" w:lineRule="atLeast"/>
        <w:ind w:left="0"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Формирование пространственных представлений и сенсорных способностей: </w:t>
      </w:r>
    </w:p>
    <w:p w:rsidR="00A64890" w:rsidRPr="00A448DF" w:rsidRDefault="00D0457A" w:rsidP="00384DA7">
      <w:pPr>
        <w:pStyle w:val="ae"/>
        <w:numPr>
          <w:ilvl w:val="0"/>
          <w:numId w:val="17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сравнивать предметные и пространственные </w:t>
      </w:r>
      <w:r w:rsidR="00A64890"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объекты по заданным основаниям;</w:t>
      </w:r>
    </w:p>
    <w:p w:rsidR="00A64890" w:rsidRPr="00A448DF" w:rsidRDefault="00D0457A" w:rsidP="00384DA7">
      <w:pPr>
        <w:pStyle w:val="ae"/>
        <w:numPr>
          <w:ilvl w:val="0"/>
          <w:numId w:val="17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форму предмета, конструкции; </w:t>
      </w:r>
    </w:p>
    <w:p w:rsidR="00A64890" w:rsidRPr="00A448DF" w:rsidRDefault="00D0457A" w:rsidP="00384DA7">
      <w:pPr>
        <w:pStyle w:val="ae"/>
        <w:numPr>
          <w:ilvl w:val="0"/>
          <w:numId w:val="17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выявлять положение п</w:t>
      </w:r>
      <w:r w:rsidR="00A64890"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редметной формы в пространстве;</w:t>
      </w:r>
    </w:p>
    <w:p w:rsidR="00A64890" w:rsidRPr="00A448DF" w:rsidRDefault="00D0457A" w:rsidP="00384DA7">
      <w:pPr>
        <w:pStyle w:val="ae"/>
        <w:numPr>
          <w:ilvl w:val="0"/>
          <w:numId w:val="17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обобщать форму составной конструкции; </w:t>
      </w:r>
    </w:p>
    <w:p w:rsidR="00A64890" w:rsidRPr="00A448DF" w:rsidRDefault="00D0457A" w:rsidP="00384DA7">
      <w:pPr>
        <w:pStyle w:val="ae"/>
        <w:numPr>
          <w:ilvl w:val="0"/>
          <w:numId w:val="17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анализировать структуру предмета, конструкции, пространства, зрительного образа; </w:t>
      </w:r>
    </w:p>
    <w:p w:rsidR="00A64890" w:rsidRPr="00A448DF" w:rsidRDefault="00D0457A" w:rsidP="00384DA7">
      <w:pPr>
        <w:pStyle w:val="ae"/>
        <w:numPr>
          <w:ilvl w:val="0"/>
          <w:numId w:val="17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структурировать предметно-пространственные явления; </w:t>
      </w:r>
    </w:p>
    <w:p w:rsidR="00A64890" w:rsidRPr="00A448DF" w:rsidRDefault="00D0457A" w:rsidP="00384DA7">
      <w:pPr>
        <w:pStyle w:val="ae"/>
        <w:numPr>
          <w:ilvl w:val="0"/>
          <w:numId w:val="17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сопоставлять пропорциональное соотношение частей внутри целого и предметов между собой; </w:t>
      </w:r>
    </w:p>
    <w:p w:rsidR="00D0457A" w:rsidRPr="00A448DF" w:rsidRDefault="00D0457A" w:rsidP="00384DA7">
      <w:pPr>
        <w:pStyle w:val="ae"/>
        <w:numPr>
          <w:ilvl w:val="0"/>
          <w:numId w:val="17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A64890" w:rsidRPr="00A448DF" w:rsidRDefault="00D0457A" w:rsidP="00393CE2">
      <w:pPr>
        <w:tabs>
          <w:tab w:val="left" w:pos="180"/>
        </w:tabs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Базовые логические и исследовательские действия: </w:t>
      </w:r>
    </w:p>
    <w:p w:rsidR="00A64890" w:rsidRPr="00A448DF" w:rsidRDefault="00D0457A" w:rsidP="00384DA7">
      <w:pPr>
        <w:pStyle w:val="ae"/>
        <w:numPr>
          <w:ilvl w:val="0"/>
          <w:numId w:val="18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я</w:t>
      </w:r>
      <w:r w:rsidR="00A64890"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влений художественной культуры;</w:t>
      </w:r>
    </w:p>
    <w:p w:rsidR="00A64890" w:rsidRPr="00A448DF" w:rsidRDefault="00D0457A" w:rsidP="00384DA7">
      <w:pPr>
        <w:pStyle w:val="ae"/>
        <w:numPr>
          <w:ilvl w:val="0"/>
          <w:numId w:val="18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сопоставлять, анализировать, сравнивать и оценивать с позиций эстетических категорий явления искусства и действительности; </w:t>
      </w:r>
    </w:p>
    <w:p w:rsidR="00A64890" w:rsidRPr="00A448DF" w:rsidRDefault="00D0457A" w:rsidP="00384DA7">
      <w:pPr>
        <w:pStyle w:val="ae"/>
        <w:numPr>
          <w:ilvl w:val="0"/>
          <w:numId w:val="18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классифицировать произведения искусства по видам и, соответственно, по назначению в жизни людей; </w:t>
      </w:r>
    </w:p>
    <w:p w:rsidR="00A64890" w:rsidRPr="00A448DF" w:rsidRDefault="00D0457A" w:rsidP="00384DA7">
      <w:pPr>
        <w:pStyle w:val="ae"/>
        <w:numPr>
          <w:ilvl w:val="0"/>
          <w:numId w:val="18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ставить и использовать вопросы как исследовательский инструмент познания; </w:t>
      </w:r>
    </w:p>
    <w:p w:rsidR="00A64890" w:rsidRPr="00A448DF" w:rsidRDefault="00D0457A" w:rsidP="00384DA7">
      <w:pPr>
        <w:pStyle w:val="ae"/>
        <w:numPr>
          <w:ilvl w:val="0"/>
          <w:numId w:val="18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вести исследовательскую работу по сбору информационного материала по установленной или выбранной теме; </w:t>
      </w:r>
    </w:p>
    <w:p w:rsidR="00D0457A" w:rsidRPr="00A448DF" w:rsidRDefault="00D0457A" w:rsidP="00384DA7">
      <w:pPr>
        <w:pStyle w:val="ae"/>
        <w:numPr>
          <w:ilvl w:val="0"/>
          <w:numId w:val="18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AA2B76" w:rsidRPr="00A448DF" w:rsidRDefault="00D0457A" w:rsidP="00393CE2">
      <w:pPr>
        <w:tabs>
          <w:tab w:val="left" w:pos="180"/>
        </w:tabs>
        <w:autoSpaceDE w:val="0"/>
        <w:autoSpaceDN w:val="0"/>
        <w:spacing w:after="0" w:line="0" w:lineRule="atLeast"/>
        <w:ind w:right="-239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Работа с информацией: </w:t>
      </w:r>
    </w:p>
    <w:p w:rsidR="00AA2B76" w:rsidRPr="00A448DF" w:rsidRDefault="00D0457A" w:rsidP="00384DA7">
      <w:pPr>
        <w:pStyle w:val="ae"/>
        <w:numPr>
          <w:ilvl w:val="0"/>
          <w:numId w:val="19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 </w:t>
      </w:r>
    </w:p>
    <w:p w:rsidR="00AA2B76" w:rsidRPr="00A448DF" w:rsidRDefault="00D0457A" w:rsidP="00384DA7">
      <w:pPr>
        <w:pStyle w:val="ae"/>
        <w:numPr>
          <w:ilvl w:val="0"/>
          <w:numId w:val="19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использовать электронные образовательные ресурсы; </w:t>
      </w:r>
    </w:p>
    <w:p w:rsidR="00AA2B76" w:rsidRPr="00A448DF" w:rsidRDefault="00D0457A" w:rsidP="00384DA7">
      <w:pPr>
        <w:pStyle w:val="ae"/>
        <w:numPr>
          <w:ilvl w:val="0"/>
          <w:numId w:val="19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уметь работать с электронными учебными пособиями и учебниками; </w:t>
      </w:r>
    </w:p>
    <w:p w:rsidR="00AA2B76" w:rsidRPr="00A448DF" w:rsidRDefault="00D0457A" w:rsidP="00384DA7">
      <w:pPr>
        <w:pStyle w:val="ae"/>
        <w:numPr>
          <w:ilvl w:val="0"/>
          <w:numId w:val="19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 </w:t>
      </w:r>
    </w:p>
    <w:p w:rsidR="00D0457A" w:rsidRPr="00A448DF" w:rsidRDefault="00D0457A" w:rsidP="00384DA7">
      <w:pPr>
        <w:pStyle w:val="ae"/>
        <w:numPr>
          <w:ilvl w:val="0"/>
          <w:numId w:val="19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AA2B76" w:rsidRPr="00A448DF" w:rsidRDefault="00D0457A" w:rsidP="00384DA7">
      <w:pPr>
        <w:pStyle w:val="ae"/>
        <w:numPr>
          <w:ilvl w:val="0"/>
          <w:numId w:val="16"/>
        </w:numPr>
        <w:tabs>
          <w:tab w:val="left" w:pos="180"/>
        </w:tabs>
        <w:autoSpaceDE w:val="0"/>
        <w:autoSpaceDN w:val="0"/>
        <w:spacing w:after="0" w:line="0" w:lineRule="atLeast"/>
        <w:ind w:left="0"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Овладение универсальными коммуникативными действиями </w:t>
      </w:r>
    </w:p>
    <w:p w:rsidR="00AA2B76" w:rsidRPr="00A448DF" w:rsidRDefault="00D0457A" w:rsidP="00384DA7">
      <w:pPr>
        <w:pStyle w:val="ae"/>
        <w:numPr>
          <w:ilvl w:val="0"/>
          <w:numId w:val="20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Понимать искусство в качестве особого языка общения — межличностного (автор — зритель), между поколениями, между народами; </w:t>
      </w:r>
    </w:p>
    <w:p w:rsidR="00AA2B76" w:rsidRPr="00A448DF" w:rsidRDefault="00D0457A" w:rsidP="00384DA7">
      <w:pPr>
        <w:pStyle w:val="ae"/>
        <w:numPr>
          <w:ilvl w:val="0"/>
          <w:numId w:val="20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 </w:t>
      </w:r>
    </w:p>
    <w:p w:rsidR="00AA2B76" w:rsidRPr="00A448DF" w:rsidRDefault="00D0457A" w:rsidP="00384DA7">
      <w:pPr>
        <w:pStyle w:val="ae"/>
        <w:numPr>
          <w:ilvl w:val="0"/>
          <w:numId w:val="20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явления; находить общее решение и разрешать конфликты на основе общих позиций и учёта интересов; </w:t>
      </w:r>
    </w:p>
    <w:p w:rsidR="00AA2B76" w:rsidRPr="00A448DF" w:rsidRDefault="00D0457A" w:rsidP="00384DA7">
      <w:pPr>
        <w:pStyle w:val="ae"/>
        <w:numPr>
          <w:ilvl w:val="0"/>
          <w:numId w:val="20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публично представлять и объяснять результаты своего ​творческого, художественного или исследовательского опыта; </w:t>
      </w:r>
    </w:p>
    <w:p w:rsidR="00D0457A" w:rsidRPr="00A448DF" w:rsidRDefault="00D0457A" w:rsidP="00384DA7">
      <w:pPr>
        <w:pStyle w:val="ae"/>
        <w:numPr>
          <w:ilvl w:val="0"/>
          <w:numId w:val="20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4E2243" w:rsidRPr="00A448DF" w:rsidRDefault="00D0457A" w:rsidP="00384DA7">
      <w:pPr>
        <w:pStyle w:val="ae"/>
        <w:numPr>
          <w:ilvl w:val="0"/>
          <w:numId w:val="16"/>
        </w:numPr>
        <w:tabs>
          <w:tab w:val="left" w:pos="180"/>
        </w:tabs>
        <w:autoSpaceDE w:val="0"/>
        <w:autoSpaceDN w:val="0"/>
        <w:spacing w:after="0" w:line="0" w:lineRule="atLeast"/>
        <w:ind w:left="0" w:right="-239"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регулятивными действиями</w:t>
      </w:r>
      <w:r w:rsidR="004E2243"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 </w:t>
      </w:r>
    </w:p>
    <w:p w:rsidR="004E2243" w:rsidRPr="00A448DF" w:rsidRDefault="004E2243" w:rsidP="00393CE2">
      <w:pPr>
        <w:tabs>
          <w:tab w:val="left" w:pos="180"/>
        </w:tabs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Самоорганизация: </w:t>
      </w:r>
    </w:p>
    <w:p w:rsidR="004E2243" w:rsidRPr="00A448DF" w:rsidRDefault="004E2243" w:rsidP="00384DA7">
      <w:pPr>
        <w:pStyle w:val="ae"/>
        <w:numPr>
          <w:ilvl w:val="0"/>
          <w:numId w:val="21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 </w:t>
      </w:r>
    </w:p>
    <w:p w:rsidR="004E2243" w:rsidRPr="00A448DF" w:rsidRDefault="004E2243" w:rsidP="00384DA7">
      <w:pPr>
        <w:pStyle w:val="ae"/>
        <w:numPr>
          <w:ilvl w:val="0"/>
          <w:numId w:val="21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 </w:t>
      </w:r>
    </w:p>
    <w:p w:rsidR="004E2243" w:rsidRPr="00A448DF" w:rsidRDefault="004E2243" w:rsidP="00384DA7">
      <w:pPr>
        <w:pStyle w:val="ae"/>
        <w:numPr>
          <w:ilvl w:val="0"/>
          <w:numId w:val="21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4E2243" w:rsidRPr="00A448DF" w:rsidRDefault="004E2243" w:rsidP="00393CE2">
      <w:pPr>
        <w:tabs>
          <w:tab w:val="left" w:pos="180"/>
        </w:tabs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Самоконтроль: </w:t>
      </w:r>
    </w:p>
    <w:p w:rsidR="004E2243" w:rsidRPr="00A448DF" w:rsidRDefault="004E2243" w:rsidP="00384DA7">
      <w:pPr>
        <w:pStyle w:val="ae"/>
        <w:numPr>
          <w:ilvl w:val="0"/>
          <w:numId w:val="22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соотносить свои действия с планируемыми результатами, осуществлять контроль своей деятельности в процессе достижения результата; </w:t>
      </w:r>
    </w:p>
    <w:p w:rsidR="004E2243" w:rsidRPr="00A448DF" w:rsidRDefault="004E2243" w:rsidP="00384DA7">
      <w:pPr>
        <w:pStyle w:val="ae"/>
        <w:numPr>
          <w:ilvl w:val="0"/>
          <w:numId w:val="22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4E2243" w:rsidRPr="00A448DF" w:rsidRDefault="004E2243" w:rsidP="00393CE2">
      <w:pPr>
        <w:tabs>
          <w:tab w:val="left" w:pos="180"/>
        </w:tabs>
        <w:autoSpaceDE w:val="0"/>
        <w:autoSpaceDN w:val="0"/>
        <w:spacing w:after="0" w:line="0" w:lineRule="atLeast"/>
        <w:ind w:right="-23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Эмоциональный интеллект: </w:t>
      </w:r>
    </w:p>
    <w:p w:rsidR="004E2243" w:rsidRPr="00A448DF" w:rsidRDefault="004E2243" w:rsidP="00384DA7">
      <w:pPr>
        <w:pStyle w:val="ae"/>
        <w:numPr>
          <w:ilvl w:val="0"/>
          <w:numId w:val="23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развивать способность управлять собственными эмоциями, стремиться к пониманию эмоций других; </w:t>
      </w:r>
    </w:p>
    <w:p w:rsidR="004E2243" w:rsidRPr="00A448DF" w:rsidRDefault="004E2243" w:rsidP="00384DA7">
      <w:pPr>
        <w:pStyle w:val="ae"/>
        <w:numPr>
          <w:ilvl w:val="0"/>
          <w:numId w:val="23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уметь рефлексировать эмоции как основание для художественного восприятия искусства и собственной художественной деятельности; </w:t>
      </w:r>
    </w:p>
    <w:p w:rsidR="007D7FB2" w:rsidRPr="00A448DF" w:rsidRDefault="004E2243" w:rsidP="00384DA7">
      <w:pPr>
        <w:pStyle w:val="ae"/>
        <w:numPr>
          <w:ilvl w:val="0"/>
          <w:numId w:val="23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развивать свои эмпатические способности, способность сопереживать, понимать намерения и переживания свои и других; </w:t>
      </w:r>
    </w:p>
    <w:p w:rsidR="007D7FB2" w:rsidRPr="00A448DF" w:rsidRDefault="004E2243" w:rsidP="00384DA7">
      <w:pPr>
        <w:pStyle w:val="ae"/>
        <w:numPr>
          <w:ilvl w:val="0"/>
          <w:numId w:val="23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признавать своё и чужое право на ошибку; </w:t>
      </w:r>
    </w:p>
    <w:p w:rsidR="004E2243" w:rsidRPr="00A448DF" w:rsidRDefault="004E2243" w:rsidP="00384DA7">
      <w:pPr>
        <w:pStyle w:val="ae"/>
        <w:numPr>
          <w:ilvl w:val="0"/>
          <w:numId w:val="23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работать индивидуально и в группе; продуктивно участвовать в учебном сотрудничестве, в совместной деятельности со сверстниками, с педагогами и межвозрастном взаимодействии.</w:t>
      </w:r>
    </w:p>
    <w:p w:rsidR="007D7FB2" w:rsidRPr="00A448DF" w:rsidRDefault="007D7FB2" w:rsidP="0061796C">
      <w:pPr>
        <w:pStyle w:val="ae"/>
        <w:tabs>
          <w:tab w:val="left" w:pos="180"/>
        </w:tabs>
        <w:autoSpaceDE w:val="0"/>
        <w:autoSpaceDN w:val="0"/>
        <w:spacing w:after="0" w:line="0" w:lineRule="atLeast"/>
        <w:ind w:left="0" w:right="-23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D7FB2" w:rsidRPr="00A448DF" w:rsidRDefault="004E2243" w:rsidP="0061796C">
      <w:pPr>
        <w:tabs>
          <w:tab w:val="left" w:pos="180"/>
        </w:tabs>
        <w:autoSpaceDE w:val="0"/>
        <w:autoSpaceDN w:val="0"/>
        <w:spacing w:after="0" w:line="0" w:lineRule="atLeast"/>
        <w:ind w:right="-23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7D7FB2" w:rsidRPr="00A448DF" w:rsidRDefault="004E2243" w:rsidP="00384DA7">
      <w:pPr>
        <w:pStyle w:val="ae"/>
        <w:numPr>
          <w:ilvl w:val="0"/>
          <w:numId w:val="24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различия между пространственными и временными видами искусства и их значение в жизни людей; </w:t>
      </w:r>
    </w:p>
    <w:p w:rsidR="007D7FB2" w:rsidRPr="00A448DF" w:rsidRDefault="004E2243" w:rsidP="00384DA7">
      <w:pPr>
        <w:pStyle w:val="ae"/>
        <w:numPr>
          <w:ilvl w:val="0"/>
          <w:numId w:val="24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объяснять причины деления пространственных искусств на виды; </w:t>
      </w:r>
    </w:p>
    <w:p w:rsidR="004E2243" w:rsidRPr="00A448DF" w:rsidRDefault="004E2243" w:rsidP="00384DA7">
      <w:pPr>
        <w:pStyle w:val="ae"/>
        <w:numPr>
          <w:ilvl w:val="0"/>
          <w:numId w:val="24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7D7FB2" w:rsidRPr="00A448DF" w:rsidRDefault="004E2243" w:rsidP="00393CE2">
      <w:pPr>
        <w:tabs>
          <w:tab w:val="left" w:pos="709"/>
        </w:tabs>
        <w:autoSpaceDE w:val="0"/>
        <w:autoSpaceDN w:val="0"/>
        <w:spacing w:after="0" w:line="0" w:lineRule="atLeast"/>
        <w:ind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Язык изобразительного искусства и его выразительные средства: </w:t>
      </w:r>
    </w:p>
    <w:p w:rsidR="007D7FB2" w:rsidRPr="00A448DF" w:rsidRDefault="004E2243" w:rsidP="00384DA7">
      <w:pPr>
        <w:pStyle w:val="ae"/>
        <w:numPr>
          <w:ilvl w:val="0"/>
          <w:numId w:val="25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различать и характеризовать традиционные художественные материалы для графики, живописи, скульптуры; </w:t>
      </w:r>
    </w:p>
    <w:p w:rsidR="007D7FB2" w:rsidRPr="00A448DF" w:rsidRDefault="004E2243" w:rsidP="00384DA7">
      <w:pPr>
        <w:pStyle w:val="ae"/>
        <w:numPr>
          <w:ilvl w:val="0"/>
          <w:numId w:val="25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осознавать значение материала в создании художественного образа; </w:t>
      </w:r>
    </w:p>
    <w:p w:rsidR="007D7FB2" w:rsidRPr="00A448DF" w:rsidRDefault="004E2243" w:rsidP="00384DA7">
      <w:pPr>
        <w:pStyle w:val="ae"/>
        <w:numPr>
          <w:ilvl w:val="0"/>
          <w:numId w:val="25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уметь различать и объяснять роль художественного материала в произведениях искусства; </w:t>
      </w:r>
    </w:p>
    <w:p w:rsidR="007D7FB2" w:rsidRPr="00A448DF" w:rsidRDefault="004E2243" w:rsidP="00384DA7">
      <w:pPr>
        <w:pStyle w:val="ae"/>
        <w:numPr>
          <w:ilvl w:val="0"/>
          <w:numId w:val="25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 </w:t>
      </w:r>
    </w:p>
    <w:p w:rsidR="007D7FB2" w:rsidRPr="00A448DF" w:rsidRDefault="004E2243" w:rsidP="00384DA7">
      <w:pPr>
        <w:pStyle w:val="ae"/>
        <w:numPr>
          <w:ilvl w:val="0"/>
          <w:numId w:val="25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иметь представление о различных художественных техниках в использовании художественных материалов; </w:t>
      </w:r>
    </w:p>
    <w:p w:rsidR="007D7FB2" w:rsidRPr="00A448DF" w:rsidRDefault="004E2243" w:rsidP="00384DA7">
      <w:pPr>
        <w:pStyle w:val="ae"/>
        <w:numPr>
          <w:ilvl w:val="0"/>
          <w:numId w:val="25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понимать роль рисунка как основы изобразительной деятельности; </w:t>
      </w:r>
    </w:p>
    <w:p w:rsidR="007D7FB2" w:rsidRPr="00A448DF" w:rsidRDefault="004E2243" w:rsidP="00384DA7">
      <w:pPr>
        <w:pStyle w:val="ae"/>
        <w:numPr>
          <w:ilvl w:val="0"/>
          <w:numId w:val="25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иметь опыт учебного рисунка — светотеневого изображения объёмных форм; </w:t>
      </w:r>
    </w:p>
    <w:p w:rsidR="007D7FB2" w:rsidRPr="00A448DF" w:rsidRDefault="004E2243" w:rsidP="00384DA7">
      <w:pPr>
        <w:pStyle w:val="ae"/>
        <w:numPr>
          <w:ilvl w:val="0"/>
          <w:numId w:val="25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знать основы линейной перспективы и уметь изображать объёмные геометрические тела на двухмерной плоскости; </w:t>
      </w:r>
    </w:p>
    <w:p w:rsidR="007D7FB2" w:rsidRPr="00A448DF" w:rsidRDefault="004E2243" w:rsidP="00384DA7">
      <w:pPr>
        <w:pStyle w:val="ae"/>
        <w:numPr>
          <w:ilvl w:val="0"/>
          <w:numId w:val="25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знать понятия графической грамоты изображения предмета «освещённая часть», «блик»,</w:t>
      </w:r>
      <w:r w:rsidR="007D7FB2"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«полутень», «собственная тень», «падающая тень» и уметь и</w:t>
      </w:r>
      <w:r w:rsidR="007D7FB2"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применять в практике рисунка;</w:t>
      </w:r>
    </w:p>
    <w:p w:rsidR="007D7FB2" w:rsidRPr="00A448DF" w:rsidRDefault="004E2243" w:rsidP="00384DA7">
      <w:pPr>
        <w:pStyle w:val="ae"/>
        <w:numPr>
          <w:ilvl w:val="0"/>
          <w:numId w:val="25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понимать содержание понятий «тон», «тональные отношения» и иметь опыт их визуального</w:t>
      </w:r>
      <w:r w:rsidR="007D7FB2"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анализа; </w:t>
      </w:r>
    </w:p>
    <w:p w:rsidR="007D7FB2" w:rsidRPr="00A448DF" w:rsidRDefault="007D7FB2" w:rsidP="00384DA7">
      <w:pPr>
        <w:pStyle w:val="ae"/>
        <w:numPr>
          <w:ilvl w:val="0"/>
          <w:numId w:val="25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 </w:t>
      </w:r>
    </w:p>
    <w:p w:rsidR="007D7FB2" w:rsidRPr="00A448DF" w:rsidRDefault="007D7FB2" w:rsidP="00384DA7">
      <w:pPr>
        <w:pStyle w:val="ae"/>
        <w:numPr>
          <w:ilvl w:val="0"/>
          <w:numId w:val="25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иметь опыт линейного рисунка, понимать выразительные возможности линии; </w:t>
      </w:r>
    </w:p>
    <w:p w:rsidR="007D7FB2" w:rsidRPr="00A448DF" w:rsidRDefault="007D7FB2" w:rsidP="00384DA7">
      <w:pPr>
        <w:pStyle w:val="ae"/>
        <w:numPr>
          <w:ilvl w:val="0"/>
          <w:numId w:val="25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иметь опыт творческого композиционного рисунка в ответ на заданную учебную задачу или как самостоятельное творческое действие; </w:t>
      </w:r>
    </w:p>
    <w:p w:rsidR="007D7FB2" w:rsidRPr="00A448DF" w:rsidRDefault="007D7FB2" w:rsidP="00384DA7">
      <w:pPr>
        <w:pStyle w:val="ae"/>
        <w:numPr>
          <w:ilvl w:val="0"/>
          <w:numId w:val="25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знать основы цветоведения: характеризовать основные и составные цвета, дополнительные цвета и значение этих знаний для искусства живописи; </w:t>
      </w:r>
    </w:p>
    <w:p w:rsidR="007D7FB2" w:rsidRPr="00A448DF" w:rsidRDefault="007D7FB2" w:rsidP="00384DA7">
      <w:pPr>
        <w:pStyle w:val="ae"/>
        <w:numPr>
          <w:ilvl w:val="0"/>
          <w:numId w:val="25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определять содержание понятий «колорит», «цветовые отношения», «цветовой контраст» и иметь навыки практической работы гуашью и акварелью; </w:t>
      </w:r>
    </w:p>
    <w:p w:rsidR="007D7FB2" w:rsidRPr="00A448DF" w:rsidRDefault="007D7FB2" w:rsidP="00384DA7">
      <w:pPr>
        <w:pStyle w:val="ae"/>
        <w:numPr>
          <w:ilvl w:val="0"/>
          <w:numId w:val="25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иметь опыт объёмного изображения (лепки) и начальные представления о пластической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выразительности скульптуры, соотношении пропорций в изображении предметов или животных.</w:t>
      </w:r>
    </w:p>
    <w:p w:rsidR="007D7FB2" w:rsidRPr="00A448DF" w:rsidRDefault="007D7FB2" w:rsidP="00393CE2">
      <w:pPr>
        <w:pStyle w:val="ae"/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Жанры изобразительного искусства: </w:t>
      </w:r>
    </w:p>
    <w:p w:rsidR="007D7FB2" w:rsidRPr="00A448DF" w:rsidRDefault="007D7FB2" w:rsidP="00384DA7">
      <w:pPr>
        <w:pStyle w:val="ae"/>
        <w:numPr>
          <w:ilvl w:val="0"/>
          <w:numId w:val="25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объяснять понятие «жанры в изобразительном искусстве», перечислять жанры; </w:t>
      </w:r>
    </w:p>
    <w:p w:rsidR="007D7FB2" w:rsidRPr="00A448DF" w:rsidRDefault="007D7FB2" w:rsidP="00384DA7">
      <w:pPr>
        <w:pStyle w:val="ae"/>
        <w:numPr>
          <w:ilvl w:val="0"/>
          <w:numId w:val="25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7D7FB2" w:rsidRPr="00A448DF" w:rsidRDefault="007D7FB2" w:rsidP="00393CE2">
      <w:pPr>
        <w:pStyle w:val="ae"/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Натюрморт: </w:t>
      </w:r>
    </w:p>
    <w:p w:rsidR="007D7FB2" w:rsidRPr="00A448DF" w:rsidRDefault="007D7FB2" w:rsidP="00384DA7">
      <w:pPr>
        <w:pStyle w:val="ae"/>
        <w:numPr>
          <w:ilvl w:val="0"/>
          <w:numId w:val="25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7D7FB2" w:rsidRPr="00A448DF" w:rsidRDefault="007D7FB2" w:rsidP="00384DA7">
      <w:pPr>
        <w:pStyle w:val="ae"/>
        <w:numPr>
          <w:ilvl w:val="0"/>
          <w:numId w:val="25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 </w:t>
      </w:r>
    </w:p>
    <w:p w:rsidR="007D7FB2" w:rsidRPr="00A448DF" w:rsidRDefault="007D7FB2" w:rsidP="00384DA7">
      <w:pPr>
        <w:pStyle w:val="ae"/>
        <w:numPr>
          <w:ilvl w:val="0"/>
          <w:numId w:val="25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знать и уметь применять в рисунке правила линейной перспективы и изображения объёмного предмета в двухмерном пространстве листа; </w:t>
      </w:r>
    </w:p>
    <w:p w:rsidR="007D7FB2" w:rsidRPr="00A448DF" w:rsidRDefault="007D7FB2" w:rsidP="00384DA7">
      <w:pPr>
        <w:pStyle w:val="ae"/>
        <w:numPr>
          <w:ilvl w:val="0"/>
          <w:numId w:val="25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знать об освещении как средстве выявления объёма предмета; </w:t>
      </w:r>
    </w:p>
    <w:p w:rsidR="007D7FB2" w:rsidRPr="00A448DF" w:rsidRDefault="007D7FB2" w:rsidP="00384DA7">
      <w:pPr>
        <w:pStyle w:val="ae"/>
        <w:numPr>
          <w:ilvl w:val="0"/>
          <w:numId w:val="25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иметь опыт создания графического натюрморта; </w:t>
      </w:r>
    </w:p>
    <w:p w:rsidR="007D7FB2" w:rsidRPr="00A448DF" w:rsidRDefault="007D7FB2" w:rsidP="00384DA7">
      <w:pPr>
        <w:pStyle w:val="ae"/>
        <w:numPr>
          <w:ilvl w:val="0"/>
          <w:numId w:val="25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иметь опыт создания натюрморта средствами живописи.</w:t>
      </w:r>
    </w:p>
    <w:p w:rsidR="007D7FB2" w:rsidRPr="00A448DF" w:rsidRDefault="007D7FB2" w:rsidP="00393CE2">
      <w:pPr>
        <w:tabs>
          <w:tab w:val="left" w:pos="709"/>
        </w:tabs>
        <w:autoSpaceDE w:val="0"/>
        <w:autoSpaceDN w:val="0"/>
        <w:spacing w:after="0" w:line="0" w:lineRule="atLeast"/>
        <w:ind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Портрет: </w:t>
      </w:r>
    </w:p>
    <w:p w:rsidR="007D7FB2" w:rsidRPr="00A448DF" w:rsidRDefault="007D7FB2" w:rsidP="00384DA7">
      <w:pPr>
        <w:pStyle w:val="ae"/>
        <w:numPr>
          <w:ilvl w:val="0"/>
          <w:numId w:val="26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иметь представление об истории портретного изображения человека в разные эпохи как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последовательности изменений представления о человеке; </w:t>
      </w:r>
    </w:p>
    <w:p w:rsidR="007D7FB2" w:rsidRPr="00A448DF" w:rsidRDefault="007D7FB2" w:rsidP="00384DA7">
      <w:pPr>
        <w:pStyle w:val="ae"/>
        <w:numPr>
          <w:ilvl w:val="0"/>
          <w:numId w:val="26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сравнивать содержание портретного образа в искусстве Древнего Рима, эпохи Возрождения и Нового времени; </w:t>
      </w:r>
    </w:p>
    <w:p w:rsidR="007D7FB2" w:rsidRPr="00A448DF" w:rsidRDefault="007D7FB2" w:rsidP="00384DA7">
      <w:pPr>
        <w:pStyle w:val="ae"/>
        <w:numPr>
          <w:ilvl w:val="0"/>
          <w:numId w:val="26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понимать, что в художественном портрете присутствует также выражение идеалов эпохи и авторская позиция художника; </w:t>
      </w:r>
    </w:p>
    <w:p w:rsidR="007D7FB2" w:rsidRPr="00A448DF" w:rsidRDefault="007D7FB2" w:rsidP="00384DA7">
      <w:pPr>
        <w:pStyle w:val="ae"/>
        <w:numPr>
          <w:ilvl w:val="0"/>
          <w:numId w:val="26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др.); </w:t>
      </w:r>
    </w:p>
    <w:p w:rsidR="007D7FB2" w:rsidRPr="00A448DF" w:rsidRDefault="007D7FB2" w:rsidP="00384DA7">
      <w:pPr>
        <w:pStyle w:val="ae"/>
        <w:numPr>
          <w:ilvl w:val="0"/>
          <w:numId w:val="26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Боровиковский, А. Венецианов, О. Кипренский, В. Тропинин, К. Брюллов, И. Крамской, И. Репин, В. Суриков, В. Серов и др.); </w:t>
      </w:r>
    </w:p>
    <w:p w:rsidR="007D7FB2" w:rsidRPr="00A448DF" w:rsidRDefault="007D7FB2" w:rsidP="00384DA7">
      <w:pPr>
        <w:pStyle w:val="ae"/>
        <w:numPr>
          <w:ilvl w:val="0"/>
          <w:numId w:val="26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знать и претворять в рисунке основные позиции конструкции головы человека, пропорции лица, соотношение лицевой и черепной частей головы; </w:t>
      </w:r>
    </w:p>
    <w:p w:rsidR="007D7FB2" w:rsidRPr="00A448DF" w:rsidRDefault="007D7FB2" w:rsidP="00384DA7">
      <w:pPr>
        <w:pStyle w:val="ae"/>
        <w:numPr>
          <w:ilvl w:val="0"/>
          <w:numId w:val="26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иметь представление о способах объёмного изображения головы человека, создавать зарисовки объёмной конструкции головы; понимать термин «ракурс» и определять его на практике; </w:t>
      </w:r>
    </w:p>
    <w:p w:rsidR="007D7FB2" w:rsidRPr="00A448DF" w:rsidRDefault="007D7FB2" w:rsidP="00384DA7">
      <w:pPr>
        <w:pStyle w:val="ae"/>
        <w:numPr>
          <w:ilvl w:val="0"/>
          <w:numId w:val="26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иметь представление о скульптурном портрете в истории искусства, о выражении характера</w:t>
      </w:r>
    </w:p>
    <w:p w:rsidR="007D7FB2" w:rsidRPr="00A448DF" w:rsidRDefault="007D7FB2" w:rsidP="00384DA7">
      <w:pPr>
        <w:pStyle w:val="ae"/>
        <w:numPr>
          <w:ilvl w:val="0"/>
          <w:numId w:val="26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человека и образа эпохи в скульптурном портрете; </w:t>
      </w:r>
    </w:p>
    <w:p w:rsidR="007D7FB2" w:rsidRPr="00A448DF" w:rsidRDefault="007D7FB2" w:rsidP="00384DA7">
      <w:pPr>
        <w:pStyle w:val="ae"/>
        <w:numPr>
          <w:ilvl w:val="0"/>
          <w:numId w:val="26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иметь начальный опыт лепки головы человека; </w:t>
      </w:r>
    </w:p>
    <w:p w:rsidR="007D7FB2" w:rsidRPr="00A448DF" w:rsidRDefault="007D7FB2" w:rsidP="00384DA7">
      <w:pPr>
        <w:pStyle w:val="ae"/>
        <w:numPr>
          <w:ilvl w:val="0"/>
          <w:numId w:val="26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приобретать опыт графического портретного изображения как нового для себя видения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индивидуальности человека; </w:t>
      </w:r>
    </w:p>
    <w:p w:rsidR="007D7FB2" w:rsidRPr="00A448DF" w:rsidRDefault="007D7FB2" w:rsidP="00384DA7">
      <w:pPr>
        <w:pStyle w:val="ae"/>
        <w:numPr>
          <w:ilvl w:val="0"/>
          <w:numId w:val="26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иметь представление о графических портретах мастеров разных эпох, о разнообразии графических средств в изображении образа человека; </w:t>
      </w:r>
    </w:p>
    <w:p w:rsidR="007D7FB2" w:rsidRPr="00A448DF" w:rsidRDefault="007D7FB2" w:rsidP="00384DA7">
      <w:pPr>
        <w:pStyle w:val="ae"/>
        <w:numPr>
          <w:ilvl w:val="0"/>
          <w:numId w:val="26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уметь характеризовать роль освещения как выразительного средства при создании художественного образа; </w:t>
      </w:r>
    </w:p>
    <w:p w:rsidR="007D7FB2" w:rsidRPr="00A448DF" w:rsidRDefault="007D7FB2" w:rsidP="00384DA7">
      <w:pPr>
        <w:pStyle w:val="ae"/>
        <w:numPr>
          <w:ilvl w:val="0"/>
          <w:numId w:val="26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 </w:t>
      </w:r>
    </w:p>
    <w:p w:rsidR="007D7FB2" w:rsidRPr="00A448DF" w:rsidRDefault="007D7FB2" w:rsidP="00384DA7">
      <w:pPr>
        <w:pStyle w:val="ae"/>
        <w:numPr>
          <w:ilvl w:val="0"/>
          <w:numId w:val="26"/>
        </w:numPr>
        <w:tabs>
          <w:tab w:val="left" w:pos="709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иметь представление о жанре портрета в искусстве ХХ в. — западном и отечественном.</w:t>
      </w:r>
    </w:p>
    <w:p w:rsidR="007D7FB2" w:rsidRPr="00A448DF" w:rsidRDefault="007D7FB2" w:rsidP="00393CE2">
      <w:pPr>
        <w:tabs>
          <w:tab w:val="left" w:pos="284"/>
        </w:tabs>
        <w:autoSpaceDE w:val="0"/>
        <w:autoSpaceDN w:val="0"/>
        <w:spacing w:after="0" w:line="0" w:lineRule="atLeast"/>
        <w:ind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Пейзаж: </w:t>
      </w:r>
    </w:p>
    <w:p w:rsidR="003E6C81" w:rsidRPr="00A448DF" w:rsidRDefault="007D7FB2" w:rsidP="00384DA7">
      <w:pPr>
        <w:pStyle w:val="ae"/>
        <w:numPr>
          <w:ilvl w:val="0"/>
          <w:numId w:val="27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иметь представление и уметь сравнивать изображение пространства в эпоху Древнего мира, в Средневековом искусстве и в эпоху Возрождения; </w:t>
      </w:r>
    </w:p>
    <w:p w:rsidR="003E6C81" w:rsidRPr="00A448DF" w:rsidRDefault="007D7FB2" w:rsidP="00384DA7">
      <w:pPr>
        <w:pStyle w:val="ae"/>
        <w:numPr>
          <w:ilvl w:val="0"/>
          <w:numId w:val="27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знать правила построения линейной перспективы и уметь применять их в рисунке; </w:t>
      </w:r>
    </w:p>
    <w:p w:rsidR="003E6C81" w:rsidRPr="00A448DF" w:rsidRDefault="007D7FB2" w:rsidP="00384DA7">
      <w:pPr>
        <w:pStyle w:val="ae"/>
        <w:numPr>
          <w:ilvl w:val="0"/>
          <w:numId w:val="27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определять содержание понятий: линия горизонта, точка схода, низкий и высокий горизонт, </w:t>
      </w:r>
    </w:p>
    <w:p w:rsidR="003E6C81" w:rsidRPr="00A448DF" w:rsidRDefault="007D7FB2" w:rsidP="00384DA7">
      <w:pPr>
        <w:pStyle w:val="ae"/>
        <w:numPr>
          <w:ilvl w:val="0"/>
          <w:numId w:val="27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перспективные сокращения, центральная и угловая перспектива; </w:t>
      </w:r>
    </w:p>
    <w:p w:rsidR="003E6C81" w:rsidRPr="00A448DF" w:rsidRDefault="007D7FB2" w:rsidP="00384DA7">
      <w:pPr>
        <w:pStyle w:val="ae"/>
        <w:numPr>
          <w:ilvl w:val="0"/>
          <w:numId w:val="27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знать правила воздушной перспективы и уметь их применять на практике; </w:t>
      </w:r>
    </w:p>
    <w:p w:rsidR="003E6C81" w:rsidRPr="00A448DF" w:rsidRDefault="007D7FB2" w:rsidP="00384DA7">
      <w:pPr>
        <w:pStyle w:val="ae"/>
        <w:numPr>
          <w:ilvl w:val="0"/>
          <w:numId w:val="27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 </w:t>
      </w:r>
    </w:p>
    <w:p w:rsidR="003E6C81" w:rsidRPr="00A448DF" w:rsidRDefault="007D7FB2" w:rsidP="00384DA7">
      <w:pPr>
        <w:pStyle w:val="ae"/>
        <w:numPr>
          <w:ilvl w:val="0"/>
          <w:numId w:val="27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иметь представление о морских пейзажах И. Айвазовского; </w:t>
      </w:r>
    </w:p>
    <w:p w:rsidR="003E6C81" w:rsidRPr="00A448DF" w:rsidRDefault="007D7FB2" w:rsidP="00384DA7">
      <w:pPr>
        <w:pStyle w:val="ae"/>
        <w:numPr>
          <w:ilvl w:val="0"/>
          <w:numId w:val="27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иметь представление об особенностях пленэрной живописи и колористической изменчивости состояний природы; </w:t>
      </w:r>
    </w:p>
    <w:p w:rsidR="003E6C81" w:rsidRPr="00A448DF" w:rsidRDefault="007D7FB2" w:rsidP="00384DA7">
      <w:pPr>
        <w:pStyle w:val="ae"/>
        <w:numPr>
          <w:ilvl w:val="0"/>
          <w:numId w:val="27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Саврасова, И. Шишкина, И. Левитана и художников ХХ в. (по выбору); </w:t>
      </w:r>
    </w:p>
    <w:p w:rsidR="003E6C81" w:rsidRPr="00A448DF" w:rsidRDefault="007D7FB2" w:rsidP="00384DA7">
      <w:pPr>
        <w:pStyle w:val="ae"/>
        <w:numPr>
          <w:ilvl w:val="0"/>
          <w:numId w:val="27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уметь объяснять, как в пейзажной живописи развивался образ отечественной природы и каково его значение в развитии чувства Родины; </w:t>
      </w:r>
    </w:p>
    <w:p w:rsidR="003E6C81" w:rsidRPr="00A448DF" w:rsidRDefault="007D7FB2" w:rsidP="00384DA7">
      <w:pPr>
        <w:pStyle w:val="ae"/>
        <w:numPr>
          <w:ilvl w:val="0"/>
          <w:numId w:val="27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иметь опыт живописного изображения различных активн</w:t>
      </w:r>
      <w:r w:rsidR="003E6C81"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выраженных состояний природы;</w:t>
      </w:r>
    </w:p>
    <w:p w:rsidR="003E6C81" w:rsidRPr="00A448DF" w:rsidRDefault="007D7FB2" w:rsidP="00384DA7">
      <w:pPr>
        <w:pStyle w:val="ae"/>
        <w:numPr>
          <w:ilvl w:val="0"/>
          <w:numId w:val="27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иметь опыт пейзажных зарисовок, графического изображения природы по памяти и представлению; </w:t>
      </w:r>
    </w:p>
    <w:p w:rsidR="003E6C81" w:rsidRPr="00A448DF" w:rsidRDefault="007D7FB2" w:rsidP="00384DA7">
      <w:pPr>
        <w:pStyle w:val="ae"/>
        <w:numPr>
          <w:ilvl w:val="0"/>
          <w:numId w:val="27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иметь опыт художественной наблюдательности как способа развития интереса к окружающему миру и его художественно-поэтическому видению; </w:t>
      </w:r>
    </w:p>
    <w:p w:rsidR="003E6C81" w:rsidRPr="00A448DF" w:rsidRDefault="007D7FB2" w:rsidP="00384DA7">
      <w:pPr>
        <w:pStyle w:val="ae"/>
        <w:numPr>
          <w:ilvl w:val="0"/>
          <w:numId w:val="27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иметь опыт изображения городского пейзажа — по памяти или представлению; </w:t>
      </w:r>
    </w:p>
    <w:p w:rsidR="003E6C81" w:rsidRPr="00A448DF" w:rsidRDefault="007D7FB2" w:rsidP="00384DA7">
      <w:pPr>
        <w:pStyle w:val="ae"/>
        <w:numPr>
          <w:ilvl w:val="0"/>
          <w:numId w:val="27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обрести навыки восприятия образности городского пространства как выражения самобытного лица культуры и истории народа; </w:t>
      </w:r>
    </w:p>
    <w:p w:rsidR="007D7FB2" w:rsidRPr="00A448DF" w:rsidRDefault="007D7FB2" w:rsidP="00384DA7">
      <w:pPr>
        <w:pStyle w:val="ae"/>
        <w:numPr>
          <w:ilvl w:val="0"/>
          <w:numId w:val="27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3E6C81" w:rsidRPr="00A448DF" w:rsidRDefault="007D7FB2" w:rsidP="00393CE2">
      <w:pPr>
        <w:tabs>
          <w:tab w:val="left" w:pos="284"/>
        </w:tabs>
        <w:autoSpaceDE w:val="0"/>
        <w:autoSpaceDN w:val="0"/>
        <w:spacing w:after="0" w:line="0" w:lineRule="atLeast"/>
        <w:ind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Бытовой жанр: </w:t>
      </w:r>
    </w:p>
    <w:p w:rsidR="003E6C81" w:rsidRPr="00A448DF" w:rsidRDefault="007D7FB2" w:rsidP="00384DA7">
      <w:pPr>
        <w:pStyle w:val="ae"/>
        <w:numPr>
          <w:ilvl w:val="0"/>
          <w:numId w:val="28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роль изобразительного искусства в формировании представлений о жизни людей разных эпох и народов; </w:t>
      </w:r>
    </w:p>
    <w:p w:rsidR="003E6C81" w:rsidRPr="00A448DF" w:rsidRDefault="007D7FB2" w:rsidP="00384DA7">
      <w:pPr>
        <w:pStyle w:val="ae"/>
        <w:numPr>
          <w:ilvl w:val="0"/>
          <w:numId w:val="28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уметь объяснять понятия «тематическая картина», «станко​вая живопись», «монументальная живопись»; </w:t>
      </w:r>
    </w:p>
    <w:p w:rsidR="003E6C81" w:rsidRPr="00A448DF" w:rsidRDefault="007D7FB2" w:rsidP="00384DA7">
      <w:pPr>
        <w:pStyle w:val="ae"/>
        <w:numPr>
          <w:ilvl w:val="0"/>
          <w:numId w:val="28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перечислять основные жанры тематической картины; </w:t>
      </w:r>
    </w:p>
    <w:p w:rsidR="003E6C81" w:rsidRPr="00A448DF" w:rsidRDefault="007D7FB2" w:rsidP="00384DA7">
      <w:pPr>
        <w:pStyle w:val="ae"/>
        <w:numPr>
          <w:ilvl w:val="0"/>
          <w:numId w:val="28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различать тему, сюжет и содержание в жанровой картине; выявлять образ нравственных и ценностных смыслов в жанровой картине; </w:t>
      </w:r>
    </w:p>
    <w:p w:rsidR="007D7FB2" w:rsidRPr="00A448DF" w:rsidRDefault="007D7FB2" w:rsidP="00384DA7">
      <w:pPr>
        <w:pStyle w:val="ae"/>
        <w:numPr>
          <w:ilvl w:val="0"/>
          <w:numId w:val="28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иметь представление о композиции как целостности в организации художественных выразительных средств, взаимо​связи всех компонентов художественного произведения;</w:t>
      </w:r>
    </w:p>
    <w:p w:rsidR="003E6C81" w:rsidRPr="00A448DF" w:rsidRDefault="003E6C81" w:rsidP="00384DA7">
      <w:pPr>
        <w:pStyle w:val="ae"/>
        <w:numPr>
          <w:ilvl w:val="0"/>
          <w:numId w:val="28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объяснять значение художественного изображения бытовой жизни людей в понимании истории человечества и современной жизни; </w:t>
      </w:r>
    </w:p>
    <w:p w:rsidR="003E6C81" w:rsidRPr="00A448DF" w:rsidRDefault="003E6C81" w:rsidP="00384DA7">
      <w:pPr>
        <w:pStyle w:val="ae"/>
        <w:numPr>
          <w:ilvl w:val="0"/>
          <w:numId w:val="28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осознавать многообразие форм организации бытовой жизни и одновременно единство мира людей;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3E6C81" w:rsidRPr="00A448DF" w:rsidRDefault="003E6C81" w:rsidP="00384DA7">
      <w:pPr>
        <w:pStyle w:val="ae"/>
        <w:numPr>
          <w:ilvl w:val="0"/>
          <w:numId w:val="28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иметь представление об изображении труда и повседневных занятий человека в искусстве разных эпох и народов; различать произведения разных культур по их стилистическим признакам и изобразительным традициям (Древний Египет, Китай, античный мир и др.); </w:t>
      </w:r>
    </w:p>
    <w:p w:rsidR="003E6C81" w:rsidRPr="00A448DF" w:rsidRDefault="003E6C81" w:rsidP="00384DA7">
      <w:pPr>
        <w:pStyle w:val="ae"/>
        <w:numPr>
          <w:ilvl w:val="0"/>
          <w:numId w:val="28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иметь опыт изображения бытовой жизни разных народов в контексте традиций их искусства; </w:t>
      </w:r>
    </w:p>
    <w:p w:rsidR="003E6C81" w:rsidRPr="00A448DF" w:rsidRDefault="003E6C81" w:rsidP="00384DA7">
      <w:pPr>
        <w:pStyle w:val="ae"/>
        <w:numPr>
          <w:ilvl w:val="0"/>
          <w:numId w:val="28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характеризовать понятие «бытовой жанр» и уметь приводить несколько примеров произведений европейского и отечественного искусства; </w:t>
      </w:r>
    </w:p>
    <w:p w:rsidR="003E6C81" w:rsidRPr="00A448DF" w:rsidRDefault="003E6C81" w:rsidP="00384DA7">
      <w:pPr>
        <w:pStyle w:val="ae"/>
        <w:numPr>
          <w:ilvl w:val="0"/>
          <w:numId w:val="28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обрести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3E6C81" w:rsidRPr="00A448DF" w:rsidRDefault="003E6C81" w:rsidP="00393CE2">
      <w:pPr>
        <w:tabs>
          <w:tab w:val="left" w:pos="284"/>
        </w:tabs>
        <w:autoSpaceDE w:val="0"/>
        <w:autoSpaceDN w:val="0"/>
        <w:spacing w:after="0" w:line="0" w:lineRule="atLeast"/>
        <w:ind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Исторический жанр: </w:t>
      </w:r>
    </w:p>
    <w:p w:rsidR="003E6C81" w:rsidRPr="00A448DF" w:rsidRDefault="003E6C81" w:rsidP="00384DA7">
      <w:pPr>
        <w:pStyle w:val="ae"/>
        <w:numPr>
          <w:ilvl w:val="0"/>
          <w:numId w:val="29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исторический жанр в истории искусства и объяснять его значение для жизни общества; уметь объяснить, почему историческая картина считалась самым высоким жанром произведений изобразительного искусства; </w:t>
      </w:r>
    </w:p>
    <w:p w:rsidR="003E6C81" w:rsidRPr="00A448DF" w:rsidRDefault="003E6C81" w:rsidP="00384DA7">
      <w:pPr>
        <w:pStyle w:val="ae"/>
        <w:numPr>
          <w:ilvl w:val="0"/>
          <w:numId w:val="29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знать авторов, узнавать и уметь объяснять содержание таких картин, как «Последний день Помпеи»К. Брюллова, «Боярыня Морозова» и другие картины В. Сурикова, «Бурлаки на Волге» И. Репина;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3E6C81" w:rsidRPr="00A448DF" w:rsidRDefault="003E6C81" w:rsidP="00384DA7">
      <w:pPr>
        <w:pStyle w:val="ae"/>
        <w:numPr>
          <w:ilvl w:val="0"/>
          <w:numId w:val="29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иметь представление о развитии исторического жанра в творчестве отечественных художников ХХ в.; </w:t>
      </w:r>
    </w:p>
    <w:p w:rsidR="003E6C81" w:rsidRPr="00A448DF" w:rsidRDefault="003E6C81" w:rsidP="00384DA7">
      <w:pPr>
        <w:pStyle w:val="ae"/>
        <w:numPr>
          <w:ilvl w:val="0"/>
          <w:numId w:val="29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уметь объяснять, почему произведения на библейские, мифологические темы, сюжеты об античных героях принято относить к историческому жанру; </w:t>
      </w:r>
    </w:p>
    <w:p w:rsidR="003E6C81" w:rsidRPr="00A448DF" w:rsidRDefault="003E6C81" w:rsidP="00384DA7">
      <w:pPr>
        <w:pStyle w:val="ae"/>
        <w:numPr>
          <w:ilvl w:val="0"/>
          <w:numId w:val="29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узнавать и называть авторов таких произведений, как «Давид» Микеланджело, «Весна»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С. Боттичелли; </w:t>
      </w:r>
    </w:p>
    <w:p w:rsidR="003E6C81" w:rsidRPr="00A448DF" w:rsidRDefault="003E6C81" w:rsidP="00384DA7">
      <w:pPr>
        <w:pStyle w:val="ae"/>
        <w:numPr>
          <w:ilvl w:val="0"/>
          <w:numId w:val="29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 </w:t>
      </w:r>
    </w:p>
    <w:p w:rsidR="003E6C81" w:rsidRPr="00A448DF" w:rsidRDefault="003E6C81" w:rsidP="00384DA7">
      <w:pPr>
        <w:pStyle w:val="ae"/>
        <w:numPr>
          <w:ilvl w:val="0"/>
          <w:numId w:val="29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3E6C81" w:rsidRPr="00A448DF" w:rsidRDefault="003E6C81" w:rsidP="00393CE2">
      <w:pPr>
        <w:tabs>
          <w:tab w:val="left" w:pos="284"/>
        </w:tabs>
        <w:autoSpaceDE w:val="0"/>
        <w:autoSpaceDN w:val="0"/>
        <w:spacing w:after="0" w:line="0" w:lineRule="atLeast"/>
        <w:ind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Библейские темы в изобразительном искусстве: </w:t>
      </w:r>
    </w:p>
    <w:p w:rsidR="003E6C81" w:rsidRPr="00A448DF" w:rsidRDefault="003E6C81" w:rsidP="00384DA7">
      <w:pPr>
        <w:pStyle w:val="ae"/>
        <w:numPr>
          <w:ilvl w:val="0"/>
          <w:numId w:val="30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знать о значении библейских сюжетов в истории культуры и узнавать сюжеты Священной истории в произведениях искусства; </w:t>
      </w:r>
    </w:p>
    <w:p w:rsidR="003E6C81" w:rsidRPr="00A448DF" w:rsidRDefault="003E6C81" w:rsidP="00384DA7">
      <w:pPr>
        <w:pStyle w:val="ae"/>
        <w:numPr>
          <w:ilvl w:val="0"/>
          <w:numId w:val="30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объяснять значение великих — вечных тем в искусстве на основе сюжетов Библии как «духовную ось», соединяющую жизненные позиции разных поколений; </w:t>
      </w:r>
    </w:p>
    <w:p w:rsidR="003E6C81" w:rsidRPr="00A448DF" w:rsidRDefault="003E6C81" w:rsidP="00384DA7">
      <w:pPr>
        <w:pStyle w:val="ae"/>
        <w:numPr>
          <w:ilvl w:val="0"/>
          <w:numId w:val="30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знать, объяснять содержание, узнавать произведения великих европейских художников на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др.; в скульптуре «Пьета» Микеланджело и др.; </w:t>
      </w:r>
    </w:p>
    <w:p w:rsidR="003E6C81" w:rsidRPr="00A448DF" w:rsidRDefault="003E6C81" w:rsidP="00384DA7">
      <w:pPr>
        <w:pStyle w:val="ae"/>
        <w:numPr>
          <w:ilvl w:val="0"/>
          <w:numId w:val="30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знать о картинах на библейские темы в истории русского искусства; </w:t>
      </w:r>
    </w:p>
    <w:p w:rsidR="003E6C81" w:rsidRPr="00A448DF" w:rsidRDefault="003E6C81" w:rsidP="00384DA7">
      <w:pPr>
        <w:pStyle w:val="ae"/>
        <w:numPr>
          <w:ilvl w:val="0"/>
          <w:numId w:val="30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др.; </w:t>
      </w:r>
    </w:p>
    <w:p w:rsidR="003E6C81" w:rsidRPr="00A448DF" w:rsidRDefault="003E6C81" w:rsidP="00384DA7">
      <w:pPr>
        <w:pStyle w:val="ae"/>
        <w:numPr>
          <w:ilvl w:val="0"/>
          <w:numId w:val="30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иметь представление о смысловом различии между иконой и картиной на библейские темы;</w:t>
      </w:r>
    </w:p>
    <w:p w:rsidR="003E6C81" w:rsidRPr="00A448DF" w:rsidRDefault="003E6C81" w:rsidP="00384DA7">
      <w:pPr>
        <w:pStyle w:val="ae"/>
        <w:numPr>
          <w:ilvl w:val="0"/>
          <w:numId w:val="30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иметь знания о русской иконописи, о великих русских иконописцах: Андрее Рублёве, Феофане Греке, Дионисии; </w:t>
      </w:r>
    </w:p>
    <w:p w:rsidR="007D7FB2" w:rsidRPr="00A448DF" w:rsidRDefault="003E6C81" w:rsidP="00384DA7">
      <w:pPr>
        <w:pStyle w:val="ae"/>
        <w:numPr>
          <w:ilvl w:val="0"/>
          <w:numId w:val="30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воспринимать искусство древнерусской иконописи как уникальное и высокое достижение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отечественной культуры;</w:t>
      </w:r>
    </w:p>
    <w:p w:rsidR="00B908BB" w:rsidRPr="00A448DF" w:rsidRDefault="00B908BB" w:rsidP="00384DA7">
      <w:pPr>
        <w:pStyle w:val="ae"/>
        <w:numPr>
          <w:ilvl w:val="0"/>
          <w:numId w:val="30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объяснять творческий и деятельный характер восприятия произведений искусства на основе художественной культуры зрителя; </w:t>
      </w:r>
    </w:p>
    <w:p w:rsidR="00B908BB" w:rsidRPr="00A448DF" w:rsidRDefault="00B908BB" w:rsidP="00384DA7">
      <w:pPr>
        <w:pStyle w:val="ae"/>
        <w:numPr>
          <w:ilvl w:val="0"/>
          <w:numId w:val="30"/>
        </w:numPr>
        <w:tabs>
          <w:tab w:val="left" w:pos="284"/>
        </w:tabs>
        <w:autoSpaceDE w:val="0"/>
        <w:autoSpaceDN w:val="0"/>
        <w:spacing w:after="0" w:line="0" w:lineRule="atLeast"/>
        <w:ind w:left="0" w:right="-239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уметь рассуждать о месте и значении изобразительного искусства в культуре, в жизни общества, в жизни человека.</w:t>
      </w:r>
    </w:p>
    <w:p w:rsidR="00B908BB" w:rsidRPr="00A448DF" w:rsidRDefault="00B908BB" w:rsidP="00462936">
      <w:pPr>
        <w:tabs>
          <w:tab w:val="left" w:pos="180"/>
        </w:tabs>
        <w:autoSpaceDE w:val="0"/>
        <w:autoSpaceDN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B908BB" w:rsidRPr="00A448DF" w:rsidSect="00393CE2">
          <w:pgSz w:w="11900" w:h="16840"/>
          <w:pgMar w:top="426" w:right="700" w:bottom="568" w:left="666" w:header="720" w:footer="720" w:gutter="0"/>
          <w:cols w:space="720" w:equalWidth="0">
            <w:col w:w="10270" w:space="0"/>
          </w:cols>
          <w:docGrid w:linePitch="360"/>
        </w:sectPr>
      </w:pPr>
    </w:p>
    <w:p w:rsidR="00DE417F" w:rsidRPr="00A448DF" w:rsidRDefault="00DE417F" w:rsidP="001D1DAC">
      <w:pPr>
        <w:autoSpaceDE w:val="0"/>
        <w:autoSpaceDN w:val="0"/>
        <w:spacing w:after="64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E417F" w:rsidRPr="00A448DF" w:rsidRDefault="00CC2758" w:rsidP="0061796C">
      <w:pPr>
        <w:autoSpaceDE w:val="0"/>
        <w:autoSpaceDN w:val="0"/>
        <w:spacing w:after="258" w:line="233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ТЕМАТИЧЕСКОЕ ПЛАНИРОВАНИЕ МОДУЛЯ «ЖИВОПИСЬ, ГРАФИКА, СКУЛЬПТУРА»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910"/>
        <w:gridCol w:w="528"/>
        <w:gridCol w:w="567"/>
        <w:gridCol w:w="567"/>
        <w:gridCol w:w="709"/>
        <w:gridCol w:w="7371"/>
        <w:gridCol w:w="1276"/>
        <w:gridCol w:w="2178"/>
      </w:tblGrid>
      <w:tr w:rsidR="00DE417F" w:rsidRPr="00A448DF" w:rsidTr="00FC5EB2">
        <w:trPr>
          <w:trHeight w:hRule="exact" w:val="614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AD6EFC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№</w:t>
            </w:r>
            <w:r w:rsidRPr="00A448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п/п</w:t>
            </w:r>
          </w:p>
        </w:tc>
        <w:tc>
          <w:tcPr>
            <w:tcW w:w="19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AD6EFC">
            <w:pPr>
              <w:autoSpaceDE w:val="0"/>
              <w:autoSpaceDN w:val="0"/>
              <w:spacing w:before="78" w:after="0" w:line="245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1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AD6EFC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Количество часов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AD6EFC">
            <w:pPr>
              <w:autoSpaceDE w:val="0"/>
              <w:autoSpaceDN w:val="0"/>
              <w:spacing w:before="78" w:after="0" w:line="245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Дата </w:t>
            </w:r>
            <w:r w:rsidRPr="00A448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изучения</w:t>
            </w:r>
          </w:p>
        </w:tc>
        <w:tc>
          <w:tcPr>
            <w:tcW w:w="73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AD6EFC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Виды деятельности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AD6EFC">
            <w:pPr>
              <w:autoSpaceDE w:val="0"/>
              <w:autoSpaceDN w:val="0"/>
              <w:spacing w:before="78" w:after="0" w:line="245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Виды, формы контроля</w:t>
            </w:r>
          </w:p>
        </w:tc>
        <w:tc>
          <w:tcPr>
            <w:tcW w:w="2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AD6EFC">
            <w:pPr>
              <w:autoSpaceDE w:val="0"/>
              <w:autoSpaceDN w:val="0"/>
              <w:spacing w:before="78" w:after="0" w:line="245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DE417F" w:rsidRPr="00A448DF" w:rsidTr="00FC5EB2">
        <w:trPr>
          <w:cantSplit/>
          <w:trHeight w:hRule="exact" w:val="1134"/>
        </w:trPr>
        <w:tc>
          <w:tcPr>
            <w:tcW w:w="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DE417F" w:rsidRPr="00A448DF" w:rsidRDefault="00CC2758" w:rsidP="00AD6EFC">
            <w:pPr>
              <w:autoSpaceDE w:val="0"/>
              <w:autoSpaceDN w:val="0"/>
              <w:spacing w:before="78" w:after="0" w:line="23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4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DE417F" w:rsidRPr="00A448DF" w:rsidRDefault="00CC2758" w:rsidP="00AD6EFC">
            <w:pPr>
              <w:autoSpaceDE w:val="0"/>
              <w:autoSpaceDN w:val="0"/>
              <w:spacing w:before="78" w:after="0" w:line="245" w:lineRule="auto"/>
              <w:ind w:left="72"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4"/>
              </w:rPr>
              <w:t>контрольные работы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DE417F" w:rsidRPr="00A448DF" w:rsidRDefault="00CC2758" w:rsidP="00AD6EFC">
            <w:pPr>
              <w:autoSpaceDE w:val="0"/>
              <w:autoSpaceDN w:val="0"/>
              <w:spacing w:before="78" w:after="0" w:line="245" w:lineRule="auto"/>
              <w:ind w:left="72"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4"/>
              </w:rPr>
              <w:t>практические работы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417F" w:rsidRPr="009E482D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Раздел 1. Общие сведения о видах искусства</w:t>
            </w:r>
          </w:p>
        </w:tc>
      </w:tr>
      <w:tr w:rsidR="00DE417F" w:rsidRPr="00A448DF" w:rsidTr="00FC5EB2">
        <w:trPr>
          <w:trHeight w:hRule="exact" w:val="2787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8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1.1.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80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Искусство — его виды и их роль в жизни людей</w:t>
            </w:r>
            <w:r w:rsidR="0061796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61796C">
            <w:pPr>
              <w:autoSpaceDE w:val="0"/>
              <w:autoSpaceDN w:val="0"/>
              <w:spacing w:before="80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61796C">
            <w:pPr>
              <w:autoSpaceDE w:val="0"/>
              <w:autoSpaceDN w:val="0"/>
              <w:spacing w:before="80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61796C">
            <w:pPr>
              <w:autoSpaceDE w:val="0"/>
              <w:autoSpaceDN w:val="0"/>
              <w:spacing w:before="80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D6EFC" w:rsidRPr="00A448DF" w:rsidRDefault="00CC2758" w:rsidP="001D1DAC">
            <w:pPr>
              <w:autoSpaceDE w:val="0"/>
              <w:autoSpaceDN w:val="0"/>
              <w:spacing w:before="80" w:after="0" w:line="254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Называть пространственн</w:t>
            </w:r>
            <w:r w:rsidR="00AD6EF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ые и временные виды искусства.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Объяснять, в чём состоит различие временных и про</w:t>
            </w:r>
            <w:r w:rsidR="00AD6EF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странственных видов искусства.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Характеризовать три группы пространственных искусств: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изобразительные, конструктивные и декоративные, объяснять их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различное назначение в </w:t>
            </w:r>
            <w:r w:rsidR="00AD6EF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жизни людей.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Уметь определять, к какому виду иск</w:t>
            </w:r>
            <w:r w:rsidR="00AD6EF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усства относится произведение.</w:t>
            </w:r>
          </w:p>
          <w:p w:rsidR="00DE417F" w:rsidRPr="00A448DF" w:rsidRDefault="00CC2758" w:rsidP="001D1DAC">
            <w:pPr>
              <w:autoSpaceDE w:val="0"/>
              <w:autoSpaceDN w:val="0"/>
              <w:spacing w:before="80" w:after="0" w:line="254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Уметь рассуждать о роли зрителя в жизни искусства, о зрительских умениях, зрительской культуре и </w:t>
            </w:r>
            <w:r w:rsidR="00AD6EF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творческой деятельности зрителя.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FC5EB2" w:rsidP="001D1DAC">
            <w:pPr>
              <w:autoSpaceDE w:val="0"/>
              <w:autoSpaceDN w:val="0"/>
              <w:spacing w:before="80" w:after="0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80" w:after="0" w:line="245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Виртуальная экскурсия: Виртуальный тур по реэкспозиции Главного здания ГМИИ им. А.</w:t>
            </w:r>
          </w:p>
          <w:p w:rsidR="00DE417F" w:rsidRPr="00A448DF" w:rsidRDefault="00CC2758" w:rsidP="00FC5EB2">
            <w:pPr>
              <w:autoSpaceDE w:val="0"/>
              <w:autoSpaceDN w:val="0"/>
              <w:spacing w:before="20" w:after="0" w:line="245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С. Пушк</w:t>
            </w:r>
            <w:r w:rsidR="00FC5EB2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ина 2022 года</w:t>
            </w:r>
          </w:p>
        </w:tc>
      </w:tr>
      <w:tr w:rsidR="00DE417F" w:rsidRPr="009E482D" w:rsidTr="00AD6EFC">
        <w:trPr>
          <w:trHeight w:hRule="exact" w:val="401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Раздел 2. Язык изобразительного искусства и его выразительные средства</w:t>
            </w:r>
          </w:p>
        </w:tc>
      </w:tr>
      <w:tr w:rsidR="00DE417F" w:rsidRPr="00A448DF" w:rsidTr="00FC5EB2">
        <w:trPr>
          <w:trHeight w:hRule="exact" w:val="203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2.1.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Живописные,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графические и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скульптурные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художественные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материалы и их особые свойства</w:t>
            </w:r>
            <w:r w:rsidR="00AD6EF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AD6EFC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AD6EFC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AD6EFC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D6EFC" w:rsidRPr="00A448DF" w:rsidRDefault="00CC2758" w:rsidP="001D1DAC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Называть и характеризовать традиционные художественные материалы для графики, живописи, скульптуры при восприяти</w:t>
            </w:r>
            <w:r w:rsidR="00AD6EF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 художественных произведений.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Характеризовать выразительные особенности различных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художественных материалов при с</w:t>
            </w:r>
            <w:r w:rsidR="00AD6EF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оздании художественного образа.</w:t>
            </w:r>
          </w:p>
          <w:p w:rsidR="00DE417F" w:rsidRPr="00A448DF" w:rsidRDefault="00CC2758" w:rsidP="001D1DAC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 роль материала в </w:t>
            </w:r>
            <w:r w:rsidR="00AD6EF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создании художественного образа.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FC5EB2" w:rsidP="001D1DAC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FC5EB2" w:rsidP="00FC5EB2">
            <w:pPr>
              <w:autoSpaceDE w:val="0"/>
              <w:autoSpaceDN w:val="0"/>
              <w:spacing w:before="78" w:after="0" w:line="245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DE417F" w:rsidRPr="00A448DF" w:rsidTr="00FC5EB2">
        <w:trPr>
          <w:trHeight w:hRule="exact" w:val="284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2.2.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Рисунок — основа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изобразительного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искусства и мастерства художника</w:t>
            </w:r>
            <w:r w:rsidR="00AD6EF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AD6EFC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AD6EFC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AD6EFC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D6EFC" w:rsidRPr="00A448DF" w:rsidRDefault="00CC2758" w:rsidP="001D1DAC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Различать виды рисунка по их ц</w:t>
            </w:r>
            <w:r w:rsidR="00AD6EF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елям и художественным задачам.</w:t>
            </w:r>
          </w:p>
          <w:p w:rsidR="00DE417F" w:rsidRPr="00A448DF" w:rsidRDefault="00CC2758" w:rsidP="001D1DAC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Участвовать в обсуждении выразительности и художественности разл</w:t>
            </w:r>
            <w:r w:rsidR="00AD6EF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ичных видов рисунков мастеров.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Овладевать начальными навыками рисунка с нат</w:t>
            </w:r>
            <w:r w:rsidR="00AD6EF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уры.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Учиться рассматривать, сравнивать и об</w:t>
            </w:r>
            <w:r w:rsidR="00AD6EF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общать пространственные формы.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Овладевать навыками композиции в рисунк</w:t>
            </w:r>
            <w:r w:rsidR="00AD6EF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е, размещения рисунка в листе.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Овладевать навыками </w:t>
            </w:r>
            <w:r w:rsidR="00AD6EF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работы графическими материалами.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Практичес</w:t>
            </w:r>
            <w:r w:rsidR="00AD6EF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-кая работа.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FC5EB2">
            <w:pPr>
              <w:autoSpaceDE w:val="0"/>
              <w:autoSpaceDN w:val="0"/>
              <w:spacing w:before="78" w:after="0" w:line="245" w:lineRule="auto"/>
              <w:ind w:lef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РЭШ </w:t>
            </w:r>
          </w:p>
        </w:tc>
      </w:tr>
      <w:tr w:rsidR="00DE417F" w:rsidRPr="009E482D" w:rsidTr="00FC5EB2">
        <w:trPr>
          <w:trHeight w:hRule="exact" w:val="1993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lastRenderedPageBreak/>
              <w:t>2.3.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Выразите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льные </w:t>
            </w:r>
            <w:r w:rsidRPr="00A448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возможности линии</w:t>
            </w:r>
            <w:r w:rsidR="00AD6EF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AD6EFC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AD6EFC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AD6EFC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Рассматривать и анализировать линейные рисунки известных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AD6EF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художников.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Характеризовать раз</w:t>
            </w:r>
            <w:r w:rsidR="00AD6EF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личные виды линейных рисунков.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Объяснять, что такое ритм и его значение в создании изо</w:t>
            </w:r>
            <w:r w:rsidR="00AD6EF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бразительного образа.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Выполнить ли</w:t>
            </w:r>
            <w:r w:rsidR="00AD6EF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нейный рисунок на заданную тему.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</w:t>
            </w:r>
            <w:r w:rsidR="00AD6EF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="00AD6EF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кая работа</w:t>
            </w:r>
            <w:r w:rsidR="00AD6EF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45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Видео «Линия, ее выразительные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возможности» 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youtu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be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VxW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6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nobo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820</w:t>
            </w:r>
          </w:p>
        </w:tc>
      </w:tr>
      <w:tr w:rsidR="00DE417F" w:rsidRPr="009E482D" w:rsidTr="00FC5EB2">
        <w:trPr>
          <w:trHeight w:hRule="exact" w:val="199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2.4.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AD6EFC">
            <w:pPr>
              <w:autoSpaceDE w:val="0"/>
              <w:autoSpaceDN w:val="0"/>
              <w:spacing w:before="76" w:after="0" w:line="245" w:lineRule="auto"/>
              <w:ind w:left="2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Тёмное — светлое —</w:t>
            </w:r>
            <w:r w:rsidR="00AD6EF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тональные отношения</w:t>
            </w:r>
            <w:r w:rsidR="00AD6EF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AD6EFC">
            <w:pPr>
              <w:autoSpaceDE w:val="0"/>
              <w:autoSpaceDN w:val="0"/>
              <w:spacing w:before="76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AD6EFC">
            <w:pPr>
              <w:autoSpaceDE w:val="0"/>
              <w:autoSpaceDN w:val="0"/>
              <w:spacing w:before="76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AD6EFC">
            <w:pPr>
              <w:autoSpaceDE w:val="0"/>
              <w:autoSpaceDN w:val="0"/>
              <w:spacing w:before="76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Овладеть представлениями о пятне как об одном из</w:t>
            </w:r>
            <w:r w:rsidR="00AD6EF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основных средств изображения.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 понятия «тон», «тональная шкала», «тональные от</w:t>
            </w:r>
            <w:r w:rsidR="00AD6EF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ношения», «тональный контраст».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Иметь практические навыки изображения карандашами разной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AD6EF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жёсткости.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</w:t>
            </w:r>
            <w:r w:rsidR="00AD6EF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="00AD6EF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кая работа</w:t>
            </w:r>
            <w:r w:rsidR="00AD6EF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DE0A14">
            <w:pPr>
              <w:autoSpaceDE w:val="0"/>
              <w:autoSpaceDN w:val="0"/>
              <w:spacing w:after="0" w:line="245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РЭШ </w:t>
            </w:r>
          </w:p>
          <w:p w:rsidR="00DE417F" w:rsidRPr="00A448DF" w:rsidRDefault="00CC2758" w:rsidP="00DE0A14">
            <w:pPr>
              <w:autoSpaceDE w:val="0"/>
              <w:autoSpaceDN w:val="0"/>
              <w:spacing w:after="0" w:line="245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Видео «Пятно, его выразительные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возможности» 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https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://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youtu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.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be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/_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n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78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ykWwRiAhttps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://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youtu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.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be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/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GP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7_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RrHhYSI</w:t>
            </w:r>
          </w:p>
        </w:tc>
      </w:tr>
      <w:tr w:rsidR="00AD6EFC" w:rsidRPr="00A448DF" w:rsidTr="00FC5EB2">
        <w:trPr>
          <w:trHeight w:hRule="exact" w:val="2545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D6EFC" w:rsidRPr="00A448DF" w:rsidRDefault="00AD6EFC" w:rsidP="00712110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2.5.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D6EFC" w:rsidRPr="00A448DF" w:rsidRDefault="00AD6EFC" w:rsidP="0071211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Основы цветоведения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D6EFC" w:rsidRPr="00A448DF" w:rsidRDefault="00AD6EFC" w:rsidP="00AD6EFC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D6EFC" w:rsidRPr="00A448DF" w:rsidRDefault="00AD6EFC" w:rsidP="00AD6EFC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D6EFC" w:rsidRPr="00A448DF" w:rsidRDefault="00AD6EFC" w:rsidP="00AD6EFC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D6EFC" w:rsidRPr="00A448DF" w:rsidRDefault="00AD6EFC" w:rsidP="007121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D6EFC" w:rsidRPr="00A448DF" w:rsidRDefault="00AD6EFC" w:rsidP="00712110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 значения понятий «основные цвета», «составные цвета», «дополнительные цвета».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Характеризовать физическую природу цвета.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Анализировать цветовой круг как таблицу основных цветовых отношений.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Различать основные и составные цвета.</w:t>
            </w:r>
            <w:r w:rsidR="003F01B1"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Определять дополнительные цвета.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Овладевать навыком составления разных оттенков цвета.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D6EFC" w:rsidRPr="00A448DF" w:rsidRDefault="00AD6EFC" w:rsidP="00712110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D6EFC" w:rsidRPr="00A448DF" w:rsidRDefault="00AD6EFC" w:rsidP="00712110">
            <w:pPr>
              <w:autoSpaceDE w:val="0"/>
              <w:autoSpaceDN w:val="0"/>
              <w:spacing w:before="78" w:after="0" w:line="247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РЭШ </w:t>
            </w:r>
            <w:r w:rsidRPr="00A448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https://resh.edu.ru/subject/lesson/78 78/main/308915/</w:t>
            </w:r>
          </w:p>
        </w:tc>
      </w:tr>
      <w:tr w:rsidR="00AD6EFC" w:rsidRPr="009E482D" w:rsidTr="00FC5EB2">
        <w:trPr>
          <w:trHeight w:hRule="exact" w:val="197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D6EFC" w:rsidRPr="00A448DF" w:rsidRDefault="00AD6EFC" w:rsidP="00712110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2.6.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D6EFC" w:rsidRPr="00A448DF" w:rsidRDefault="00AD6EFC" w:rsidP="00712110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Цвет как выразительное средство в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изобразительном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искусстве</w:t>
            </w:r>
            <w:r w:rsidR="00523F5A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D6EFC" w:rsidRPr="00A448DF" w:rsidRDefault="00AD6EFC" w:rsidP="00523F5A">
            <w:pPr>
              <w:autoSpaceDE w:val="0"/>
              <w:autoSpaceDN w:val="0"/>
              <w:spacing w:before="76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D6EFC" w:rsidRPr="00A448DF" w:rsidRDefault="00AD6EFC" w:rsidP="00523F5A">
            <w:pPr>
              <w:autoSpaceDE w:val="0"/>
              <w:autoSpaceDN w:val="0"/>
              <w:spacing w:before="76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D6EFC" w:rsidRPr="00A448DF" w:rsidRDefault="00AD6EFC" w:rsidP="00523F5A">
            <w:pPr>
              <w:autoSpaceDE w:val="0"/>
              <w:autoSpaceDN w:val="0"/>
              <w:spacing w:before="76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D6EFC" w:rsidRPr="00A448DF" w:rsidRDefault="00AD6EFC" w:rsidP="007121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D6EFC" w:rsidRPr="00A448DF" w:rsidRDefault="00AD6EFC" w:rsidP="00712110">
            <w:pPr>
              <w:autoSpaceDE w:val="0"/>
              <w:autoSpaceDN w:val="0"/>
              <w:spacing w:before="76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 понятия «цветовые отношения», «тёплые и холодные цвета»,</w:t>
            </w:r>
            <w:r w:rsidR="00523F5A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«цветово</w:t>
            </w:r>
            <w:r w:rsidR="00523F5A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й контраст», «локальный цвет».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Овладевать навыком колористического восприяти</w:t>
            </w:r>
            <w:r w:rsidR="00523F5A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я художественных произведений.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Проводить эстетический</w:t>
            </w:r>
            <w:r w:rsidR="00523F5A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анализ произведений живописи.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Овладевать н</w:t>
            </w:r>
            <w:r w:rsidR="00523F5A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авыками живописного изображения.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D6EFC" w:rsidRPr="00A448DF" w:rsidRDefault="00AD6EFC" w:rsidP="00712110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</w:t>
            </w:r>
            <w:r w:rsidR="00523F5A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="00523F5A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кая работа</w:t>
            </w:r>
            <w:r w:rsidR="00523F5A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D6EFC" w:rsidRPr="00A448DF" w:rsidRDefault="00AD6EFC" w:rsidP="00FC5EB2">
            <w:pPr>
              <w:autoSpaceDE w:val="0"/>
              <w:autoSpaceDN w:val="0"/>
              <w:spacing w:after="0" w:line="245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РЭШ </w:t>
            </w:r>
          </w:p>
          <w:p w:rsidR="00AD6EFC" w:rsidRPr="00A448DF" w:rsidRDefault="00AD6EFC" w:rsidP="00DE0A14">
            <w:pPr>
              <w:autoSpaceDE w:val="0"/>
              <w:autoSpaceDN w:val="0"/>
              <w:spacing w:after="0" w:line="245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Видео «Цвет. Основы цветоведения»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https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://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youtu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.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be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/_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uS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5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NUdfQ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2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E</w:t>
            </w:r>
            <w:r w:rsidR="00FC5EB2"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 xml:space="preserve"> </w:t>
            </w:r>
          </w:p>
        </w:tc>
      </w:tr>
      <w:tr w:rsidR="00DE0A14" w:rsidRPr="009E482D" w:rsidTr="00FC5EB2">
        <w:trPr>
          <w:trHeight w:hRule="exact" w:val="212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0A14" w:rsidRPr="00A448DF" w:rsidRDefault="00DE0A14" w:rsidP="00DE0A14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2.7.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0A14" w:rsidRPr="00A448DF" w:rsidRDefault="00DE0A14" w:rsidP="00DE0A14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Выразительные средства скульптуры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0A14" w:rsidRPr="00A448DF" w:rsidRDefault="00DE0A14" w:rsidP="00DE0A14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0A14" w:rsidRPr="00A448DF" w:rsidRDefault="00DE0A14" w:rsidP="00DE0A14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E0A14" w:rsidRPr="00A448DF" w:rsidRDefault="00DE0A14" w:rsidP="00DE0A14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0A14" w:rsidRPr="00A448DF" w:rsidRDefault="00DE0A14" w:rsidP="00DE0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0A14" w:rsidRPr="00A448DF" w:rsidRDefault="00DE0A14" w:rsidP="00DE0A14">
            <w:pPr>
              <w:autoSpaceDE w:val="0"/>
              <w:autoSpaceDN w:val="0"/>
              <w:spacing w:before="76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Характеризовать основные виды скульптурных изображений и их назначение в жизни людей.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Определять основные скульптурные материалы в произведениях искусства.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Осваивать навыки создания художественной выразительности в объёмном изображении.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0A14" w:rsidRPr="00A448DF" w:rsidRDefault="00DE0A14" w:rsidP="00DE0A14">
            <w:pPr>
              <w:autoSpaceDE w:val="0"/>
              <w:autoSpaceDN w:val="0"/>
              <w:spacing w:before="76" w:after="0" w:line="250" w:lineRule="auto"/>
              <w:ind w:left="72" w:right="-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Практичес</w:t>
            </w:r>
            <w:r w:rsidR="00FC5EB2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кая работа.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0A14" w:rsidRPr="00A448DF" w:rsidRDefault="00DE0A14" w:rsidP="00FC5EB2">
            <w:pPr>
              <w:autoSpaceDE w:val="0"/>
              <w:autoSpaceDN w:val="0"/>
              <w:spacing w:before="76" w:after="0" w:line="252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РЭШ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Виртуальный тур по Главному зданию ГМ</w:t>
            </w:r>
            <w:r w:rsidR="003F01B1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ИИ им. А.С.Пушкина 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2014</w:t>
            </w:r>
            <w:r w:rsidR="00FC5EB2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г.</w:t>
            </w:r>
          </w:p>
        </w:tc>
      </w:tr>
    </w:tbl>
    <w:p w:rsidR="00DE417F" w:rsidRPr="00A448DF" w:rsidRDefault="00DE417F" w:rsidP="001D1DAC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E417F" w:rsidRPr="00A448DF" w:rsidRDefault="00DE417F" w:rsidP="001D1DAC">
      <w:pPr>
        <w:rPr>
          <w:rFonts w:ascii="Times New Roman" w:hAnsi="Times New Roman" w:cs="Times New Roman"/>
          <w:sz w:val="24"/>
          <w:szCs w:val="24"/>
          <w:lang w:val="ru-RU"/>
        </w:rPr>
        <w:sectPr w:rsidR="00DE417F" w:rsidRPr="00A448DF">
          <w:pgSz w:w="16840" w:h="11900"/>
          <w:pgMar w:top="282" w:right="640" w:bottom="61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E417F" w:rsidRPr="00A448DF" w:rsidRDefault="00DE417F" w:rsidP="001D1DAC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910"/>
        <w:gridCol w:w="528"/>
        <w:gridCol w:w="567"/>
        <w:gridCol w:w="567"/>
        <w:gridCol w:w="709"/>
        <w:gridCol w:w="7371"/>
        <w:gridCol w:w="1276"/>
        <w:gridCol w:w="2178"/>
      </w:tblGrid>
      <w:tr w:rsidR="00DE417F" w:rsidRPr="00A448DF" w:rsidTr="00FC5EB2">
        <w:trPr>
          <w:trHeight w:hRule="exact" w:val="127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3.1.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Жанровая система в изобразительном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искусстве</w:t>
            </w:r>
            <w:r w:rsidR="00315559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315559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315559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315559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 понятие «жанры</w:t>
            </w:r>
            <w:r w:rsidR="00315559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в изобразительном искусстве».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Перечислять жан</w:t>
            </w:r>
            <w:r w:rsidR="00315559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ры изобразительного искусства.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 разницу между предметом изображения и сод</w:t>
            </w:r>
            <w:r w:rsidR="00315559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ержанием произведения искусства.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315559" w:rsidP="00315559">
            <w:pPr>
              <w:autoSpaceDE w:val="0"/>
              <w:autoSpaceDN w:val="0"/>
              <w:spacing w:before="78" w:after="0" w:line="230" w:lineRule="auto"/>
              <w:ind w:left="72" w:right="-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 опрос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FC5EB2">
            <w:pPr>
              <w:autoSpaceDE w:val="0"/>
              <w:autoSpaceDN w:val="0"/>
              <w:spacing w:before="78" w:after="0" w:line="245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РЭШ </w:t>
            </w:r>
          </w:p>
        </w:tc>
      </w:tr>
      <w:tr w:rsidR="00DE417F" w:rsidRPr="00A448DF" w:rsidTr="00AC6324">
        <w:trPr>
          <w:trHeight w:hRule="exact" w:val="429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Раздел 4. Натюрморт</w:t>
            </w:r>
          </w:p>
        </w:tc>
      </w:tr>
      <w:tr w:rsidR="00DE417F" w:rsidRPr="009E482D" w:rsidTr="001A1B4D">
        <w:trPr>
          <w:trHeight w:hRule="exact" w:val="3819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4.1.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Изображение объёмного предмета на плоскости листа</w:t>
            </w:r>
            <w:r w:rsidR="00315559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315559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315559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315559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54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Иметь представление об изображении предметного мира в истории искусства и о появлении жанра натюрморта в европейском и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315559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отечественном искусстве.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Осваивать правила линейной перспективы при рисовании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315559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геометрических тел.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Линейное постр</w:t>
            </w:r>
            <w:r w:rsidR="00315559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оение предмета в пространстве.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Освоить пра</w:t>
            </w:r>
            <w:r w:rsidR="00315559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вила перспективных сокращений.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Изобра</w:t>
            </w:r>
            <w:r w:rsidR="00315559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жать окружности в перспективе.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Рисовать геометрические тела на осн</w:t>
            </w:r>
            <w:r w:rsidR="00315559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ове правил линейной перспективы.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315559">
            <w:pPr>
              <w:autoSpaceDE w:val="0"/>
              <w:autoSpaceDN w:val="0"/>
              <w:spacing w:before="76" w:after="0" w:line="245" w:lineRule="auto"/>
              <w:ind w:left="72" w:right="-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</w:t>
            </w:r>
            <w:r w:rsidR="00315559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чес</w:t>
            </w:r>
            <w:r w:rsidR="00FC5EB2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="00315559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кая работа</w:t>
            </w:r>
            <w:r w:rsidR="00315559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CC2758" w:rsidP="001A1B4D">
            <w:pPr>
              <w:autoSpaceDE w:val="0"/>
              <w:autoSpaceDN w:val="0"/>
              <w:spacing w:before="76" w:after="0" w:line="245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Лекция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«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Что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такое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натюрморт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»</w:t>
            </w:r>
            <w:r w:rsidRPr="00A448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https://rusmuseumvrm.ru/data/event </w:t>
            </w:r>
            <w:r w:rsidRPr="00A448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s/2021/08/chto_takoe_natyurmort/i ndex.php</w:t>
            </w:r>
            <w:r w:rsidR="00FC5EB2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</w:p>
          <w:p w:rsidR="00DE417F" w:rsidRPr="00A448DF" w:rsidRDefault="00CC2758" w:rsidP="001A1B4D">
            <w:pPr>
              <w:autoSpaceDE w:val="0"/>
              <w:autoSpaceDN w:val="0"/>
              <w:spacing w:before="76" w:after="0" w:line="245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Видео «Изображение объёмного предмета на плоскости» 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youtu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be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Bsdzt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2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micVQ</w:t>
            </w:r>
          </w:p>
        </w:tc>
      </w:tr>
      <w:tr w:rsidR="00DE417F" w:rsidRPr="009E482D" w:rsidTr="00FC5EB2">
        <w:trPr>
          <w:trHeight w:hRule="exact" w:val="1559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4.2.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Конструкция предмета сложной формы</w:t>
            </w:r>
            <w:r w:rsidR="00AC632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AC6324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AC6324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AC6324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Выявлять конструкцию предмета через соотношение простых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AC632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геометрических фигур.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Рисовать сложную форму предмета (силуэт) как соотношение простых геометрических</w:t>
            </w:r>
            <w:r w:rsidR="00AC632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фигур, соблюдая их пропорции.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Рисовать конструкции из нескольких геометрических тел разной форм</w:t>
            </w:r>
            <w:r w:rsidR="00AC632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AC6324">
            <w:pPr>
              <w:autoSpaceDE w:val="0"/>
              <w:autoSpaceDN w:val="0"/>
              <w:spacing w:before="78" w:after="0" w:line="245" w:lineRule="auto"/>
              <w:ind w:left="72" w:right="-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</w:t>
            </w:r>
            <w:r w:rsidR="00216171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чес</w:t>
            </w:r>
            <w:r w:rsidR="00FC5EB2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="00216171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кая работа</w:t>
            </w:r>
            <w:r w:rsidR="00216171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47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РЭШ (фрагмент)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hyperlink r:id="rId6" w:history="1">
              <w:r w:rsidR="00FC5EB2" w:rsidRPr="00A448DF">
                <w:rPr>
                  <w:rStyle w:val="aff8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https</w:t>
              </w:r>
              <w:r w:rsidR="00FC5EB2" w:rsidRPr="00A448DF">
                <w:rPr>
                  <w:rStyle w:val="aff8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ru-RU"/>
                </w:rPr>
                <w:t>://</w:t>
              </w:r>
              <w:r w:rsidR="00FC5EB2" w:rsidRPr="00A448DF">
                <w:rPr>
                  <w:rStyle w:val="aff8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resh</w:t>
              </w:r>
              <w:r w:rsidR="00FC5EB2" w:rsidRPr="00A448DF">
                <w:rPr>
                  <w:rStyle w:val="aff8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ru-RU"/>
                </w:rPr>
                <w:t>.</w:t>
              </w:r>
              <w:r w:rsidR="00FC5EB2" w:rsidRPr="00A448DF">
                <w:rPr>
                  <w:rStyle w:val="aff8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edu</w:t>
              </w:r>
              <w:r w:rsidR="00FC5EB2" w:rsidRPr="00A448DF">
                <w:rPr>
                  <w:rStyle w:val="aff8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ru-RU"/>
                </w:rPr>
                <w:t>.</w:t>
              </w:r>
              <w:r w:rsidR="00FC5EB2" w:rsidRPr="00A448DF">
                <w:rPr>
                  <w:rStyle w:val="aff8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ru</w:t>
              </w:r>
              <w:r w:rsidR="00FC5EB2" w:rsidRPr="00A448DF">
                <w:rPr>
                  <w:rStyle w:val="aff8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ru-RU"/>
                </w:rPr>
                <w:t>/</w:t>
              </w:r>
              <w:r w:rsidR="00FC5EB2" w:rsidRPr="00A448DF">
                <w:rPr>
                  <w:rStyle w:val="aff8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subject</w:t>
              </w:r>
              <w:r w:rsidR="00FC5EB2" w:rsidRPr="00A448DF">
                <w:rPr>
                  <w:rStyle w:val="aff8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ru-RU"/>
                </w:rPr>
                <w:t>/</w:t>
              </w:r>
              <w:r w:rsidR="00FC5EB2" w:rsidRPr="00A448DF">
                <w:rPr>
                  <w:rStyle w:val="aff8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lesson</w:t>
              </w:r>
              <w:r w:rsidR="00FC5EB2" w:rsidRPr="00A448DF">
                <w:rPr>
                  <w:rStyle w:val="aff8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ru-RU"/>
                </w:rPr>
                <w:t>/78 82/</w:t>
              </w:r>
              <w:r w:rsidR="00FC5EB2" w:rsidRPr="00A448DF">
                <w:rPr>
                  <w:rStyle w:val="aff8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main</w:t>
              </w:r>
              <w:r w:rsidR="00FC5EB2" w:rsidRPr="00A448DF">
                <w:rPr>
                  <w:rStyle w:val="aff8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ru-RU"/>
                </w:rPr>
                <w:t>/277401/</w:t>
              </w:r>
            </w:hyperlink>
            <w:r w:rsidR="00FC5EB2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</w:p>
        </w:tc>
      </w:tr>
      <w:tr w:rsidR="00DE417F" w:rsidRPr="009E482D" w:rsidTr="001A1B4D">
        <w:trPr>
          <w:trHeight w:hRule="exact" w:val="157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4.3.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Свет и тень. Правила светотеневого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изображения предмета</w:t>
            </w:r>
            <w:r w:rsidR="00AC632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AC6324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AC6324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AC6324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Знать понятия «свет», «блик», «полутень», «собственная тень»,</w:t>
            </w:r>
            <w:r w:rsidR="00AC632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«рефлекс», «падающая тень»</w:t>
            </w:r>
            <w:r w:rsidR="00AC632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Освоить правила графического изображения объёмного тела с разделением его формы </w:t>
            </w:r>
            <w:r w:rsidR="00AC632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на освещённую и теневую стороны.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AC6324">
            <w:pPr>
              <w:autoSpaceDE w:val="0"/>
              <w:autoSpaceDN w:val="0"/>
              <w:spacing w:before="76" w:after="0" w:line="245" w:lineRule="auto"/>
              <w:ind w:left="72" w:right="-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</w:t>
            </w:r>
            <w:r w:rsidR="00AC632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="00216171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ческая работа</w:t>
            </w:r>
            <w:r w:rsidR="00216171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5EB2" w:rsidRPr="00A448DF" w:rsidRDefault="00FC5EB2" w:rsidP="00FC5EB2">
            <w:pPr>
              <w:autoSpaceDE w:val="0"/>
              <w:autoSpaceDN w:val="0"/>
              <w:spacing w:before="76" w:after="0" w:line="25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РЭШ</w:t>
            </w:r>
          </w:p>
          <w:p w:rsidR="00DE417F" w:rsidRPr="00A448DF" w:rsidRDefault="00CC2758" w:rsidP="00FC5EB2">
            <w:pPr>
              <w:autoSpaceDE w:val="0"/>
              <w:autoSpaceDN w:val="0"/>
              <w:spacing w:before="76" w:after="0" w:line="25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Видео «Свет и тень»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youtu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be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ko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_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BLc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0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BG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3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g</w:t>
            </w:r>
          </w:p>
        </w:tc>
      </w:tr>
      <w:tr w:rsidR="003F01B1" w:rsidRPr="00A448DF" w:rsidTr="00FC5EB2">
        <w:trPr>
          <w:trHeight w:hRule="exact" w:val="228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D60A4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4.4.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D60A4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Рисунок натюрморта графическими </w:t>
            </w:r>
            <w:r w:rsidRPr="00A448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материалами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D60A4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D60A4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D60A4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D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D60A4">
            <w:pPr>
              <w:autoSpaceDE w:val="0"/>
              <w:autoSpaceDN w:val="0"/>
              <w:spacing w:after="0" w:line="254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Освоить первичные умения графического изображения натюрморта с натуры или по представлению.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Овладевать навыками размещения изображения на листе,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пропорционального соотношения предметов в изображении натюрморта.</w:t>
            </w:r>
          </w:p>
          <w:p w:rsidR="003F01B1" w:rsidRPr="00A448DF" w:rsidRDefault="003F01B1" w:rsidP="007D60A4">
            <w:pPr>
              <w:autoSpaceDE w:val="0"/>
              <w:autoSpaceDN w:val="0"/>
              <w:spacing w:after="0" w:line="254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Овладевать навыками графического рисунка и опытом создания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творческого натюрморта в графических техниках.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Узнать об особенностях графических техник.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D60A4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Практичес</w:t>
            </w:r>
            <w:r w:rsidR="00FC5EB2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кая работа.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D60A4">
            <w:pPr>
              <w:autoSpaceDE w:val="0"/>
              <w:autoSpaceDN w:val="0"/>
              <w:spacing w:after="0" w:line="245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Натюрморт графическими материалами 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youtu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be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/7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tY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5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ZmVnt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4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g</w:t>
            </w:r>
          </w:p>
          <w:p w:rsidR="003F01B1" w:rsidRPr="00A448DF" w:rsidRDefault="003F01B1" w:rsidP="003F01B1">
            <w:pPr>
              <w:autoSpaceDE w:val="0"/>
              <w:autoSpaceDN w:val="0"/>
              <w:spacing w:after="0" w:line="245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youtu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be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KG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99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aKMPzAY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 xml:space="preserve"> </w:t>
            </w:r>
          </w:p>
        </w:tc>
      </w:tr>
    </w:tbl>
    <w:p w:rsidR="00DE417F" w:rsidRPr="00A448DF" w:rsidRDefault="00DE417F" w:rsidP="001D1DAC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E417F" w:rsidRPr="00A448DF" w:rsidRDefault="00DE417F" w:rsidP="001D1DAC">
      <w:pPr>
        <w:rPr>
          <w:rFonts w:ascii="Times New Roman" w:hAnsi="Times New Roman" w:cs="Times New Roman"/>
          <w:sz w:val="24"/>
          <w:szCs w:val="24"/>
          <w:lang w:val="ru-RU"/>
        </w:rPr>
        <w:sectPr w:rsidR="00DE417F" w:rsidRPr="00A448DF">
          <w:pgSz w:w="16840" w:h="11900"/>
          <w:pgMar w:top="284" w:right="640" w:bottom="29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E417F" w:rsidRPr="00A448DF" w:rsidRDefault="00DE417F" w:rsidP="001D1DAC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910"/>
        <w:gridCol w:w="528"/>
        <w:gridCol w:w="567"/>
        <w:gridCol w:w="567"/>
        <w:gridCol w:w="709"/>
        <w:gridCol w:w="7371"/>
        <w:gridCol w:w="1276"/>
        <w:gridCol w:w="2178"/>
      </w:tblGrid>
      <w:tr w:rsidR="00DE417F" w:rsidRPr="009E482D" w:rsidTr="00FC5EB2">
        <w:trPr>
          <w:trHeight w:hRule="exact" w:val="2422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4.5.</w:t>
            </w:r>
          </w:p>
        </w:tc>
        <w:tc>
          <w:tcPr>
            <w:tcW w:w="191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Живописное изображение натюрморта</w:t>
            </w:r>
            <w:r w:rsidR="00216171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216171">
            <w:pPr>
              <w:autoSpaceDE w:val="0"/>
              <w:autoSpaceDN w:val="0"/>
              <w:spacing w:before="76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216171">
            <w:pPr>
              <w:autoSpaceDE w:val="0"/>
              <w:autoSpaceDN w:val="0"/>
              <w:spacing w:before="76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216171">
            <w:pPr>
              <w:autoSpaceDE w:val="0"/>
              <w:autoSpaceDN w:val="0"/>
              <w:spacing w:before="76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6171" w:rsidRPr="00A448DF" w:rsidRDefault="00CC2758" w:rsidP="001D1DAC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Характеризовать выразительные возможности цвета в построении обра</w:t>
            </w:r>
            <w:r w:rsidR="00216171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за изображения.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Проводить эстетический анализ произ</w:t>
            </w:r>
            <w:r w:rsidR="00216171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ведений художников-живописцев.</w:t>
            </w:r>
          </w:p>
          <w:p w:rsidR="00DE417F" w:rsidRPr="00A448DF" w:rsidRDefault="00CC2758" w:rsidP="001D1DAC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Иметь опыт создания</w:t>
            </w:r>
            <w:r w:rsidR="00216171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натюрморта средствами живописи.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216171" w:rsidP="001D1DAC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</w:t>
            </w:r>
            <w:r w:rsidR="00FC5EB2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217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FC5EB2">
            <w:pPr>
              <w:autoSpaceDE w:val="0"/>
              <w:autoSpaceDN w:val="0"/>
              <w:spacing w:before="76" w:after="0" w:line="252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Виртуальная экскурсия: Школа акварели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Андрияки, Виртуальная экскурсия по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выставке «Под знаком акварели»</w:t>
            </w:r>
          </w:p>
        </w:tc>
      </w:tr>
      <w:tr w:rsidR="00DE417F" w:rsidRPr="00A448DF" w:rsidTr="003F01B1">
        <w:trPr>
          <w:trHeight w:hRule="exact" w:val="419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Раздел 5. Портрет</w:t>
            </w:r>
          </w:p>
        </w:tc>
      </w:tr>
      <w:tr w:rsidR="00DE417F" w:rsidRPr="009E482D" w:rsidTr="00FC5EB2">
        <w:trPr>
          <w:trHeight w:hRule="exact" w:val="3835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5.1.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216171">
            <w:pPr>
              <w:autoSpaceDE w:val="0"/>
              <w:autoSpaceDN w:val="0"/>
              <w:spacing w:before="76" w:after="0" w:line="245" w:lineRule="auto"/>
              <w:ind w:left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Портретный жанр в истории искусства</w:t>
            </w:r>
            <w:r w:rsidR="00216171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216171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216171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216171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16171" w:rsidRPr="00A448DF" w:rsidRDefault="00CC2758" w:rsidP="00216171">
            <w:pPr>
              <w:autoSpaceDE w:val="0"/>
              <w:autoSpaceDN w:val="0"/>
              <w:spacing w:after="0" w:line="254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Иметь опыт художественного восприятия произведений искусства портретного жанра в</w:t>
            </w:r>
            <w:r w:rsidR="00216171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еликих художников разных эпох.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Рассказывать о портретном изобра</w:t>
            </w:r>
            <w:r w:rsidR="00216171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жении человека в разные эпохи.</w:t>
            </w:r>
          </w:p>
          <w:p w:rsidR="00DE417F" w:rsidRPr="00A448DF" w:rsidRDefault="00CC2758" w:rsidP="00216171">
            <w:pPr>
              <w:autoSpaceDE w:val="0"/>
              <w:autoSpaceDN w:val="0"/>
              <w:spacing w:after="0" w:line="254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Узнавать произведения и называть имена нескольких великих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европейских портретистов (Леонардо да Винчи, Рафаэль, М</w:t>
            </w:r>
            <w:r w:rsidR="00216171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икеланджело, Рембрандт и др.).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 об особенностях жанра портрета в русском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изобразительном искусстве и выявлять их. Называть имена и узнавать произведения великих художников-портретистов (В. Боровиковский, А. Венецианов, О. Кипренский, В. Тропинин, К. Брюллов, И. Крамской, И. Репин</w:t>
            </w:r>
            <w:r w:rsidR="00216171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, В. Суриков, В. Серов и др.).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Иметь представление о жанре портрета в искусстве </w:t>
            </w:r>
            <w:r w:rsidR="00216171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ХХ в.: западном и отечественном.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Тестирова</w:t>
            </w:r>
            <w:r w:rsidR="00216171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="00216171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ние</w:t>
            </w:r>
            <w:r w:rsidR="00216171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216171">
            <w:pPr>
              <w:autoSpaceDE w:val="0"/>
              <w:autoSpaceDN w:val="0"/>
              <w:spacing w:after="0" w:line="250" w:lineRule="auto"/>
              <w:ind w:left="74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РЭШ </w:t>
            </w:r>
          </w:p>
          <w:p w:rsidR="00216171" w:rsidRPr="00A448DF" w:rsidRDefault="00CC2758" w:rsidP="00216171">
            <w:pPr>
              <w:autoSpaceDE w:val="0"/>
              <w:autoSpaceDN w:val="0"/>
              <w:spacing w:after="0" w:line="252" w:lineRule="auto"/>
              <w:ind w:left="74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Виртуальный Русский музей,</w:t>
            </w:r>
            <w:r w:rsidR="00216171"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«Что такое портрет»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https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://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rusmuseumvrm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.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ru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/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data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/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events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/2021/11/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chto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_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takoe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_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portret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/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index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 xml:space="preserve">. </w:t>
            </w:r>
            <w:r w:rsidR="00216171"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P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hp</w:t>
            </w:r>
          </w:p>
          <w:p w:rsidR="00DE417F" w:rsidRPr="00A448DF" w:rsidRDefault="00CC2758" w:rsidP="00216171">
            <w:pPr>
              <w:autoSpaceDE w:val="0"/>
              <w:autoSpaceDN w:val="0"/>
              <w:spacing w:after="0" w:line="252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Видео «</w:t>
            </w:r>
            <w:r w:rsidR="00216171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Образ человека – главная тема в 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искусстве» 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https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://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youtu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.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be</w:t>
            </w:r>
            <w:r w:rsidR="00216171"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/-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tHec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2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NFBKw</w:t>
            </w:r>
          </w:p>
        </w:tc>
      </w:tr>
      <w:tr w:rsidR="00DE417F" w:rsidRPr="00A448DF" w:rsidTr="00FC5EB2">
        <w:trPr>
          <w:trHeight w:hRule="exact" w:val="2119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5.2.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Конструкция головы человека</w:t>
            </w:r>
            <w:r w:rsidR="00216171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216171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216171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216171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Знать и претворять в рисунке основные позиции конструкции головы человека, пропорции лица, соотношение лиц</w:t>
            </w:r>
            <w:r w:rsidR="00216171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евой и черепной частей головы.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Иметь представление о бесконечности индивидуальных особенностей при общих закономер</w:t>
            </w:r>
            <w:r w:rsidR="00216171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ностях строения головы человека.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FC5EB2" w:rsidP="001D1DAC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FC5EB2" w:rsidP="00216171">
            <w:pPr>
              <w:autoSpaceDE w:val="0"/>
              <w:autoSpaceDN w:val="0"/>
              <w:spacing w:after="0" w:line="250" w:lineRule="auto"/>
              <w:ind w:left="74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РЭШ </w:t>
            </w:r>
          </w:p>
          <w:p w:rsidR="00216171" w:rsidRPr="00A448DF" w:rsidRDefault="00CC2758" w:rsidP="00216171">
            <w:pPr>
              <w:autoSpaceDE w:val="0"/>
              <w:autoSpaceDN w:val="0"/>
              <w:spacing w:after="0" w:line="245" w:lineRule="auto"/>
              <w:ind w:left="74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Видео «Конструкция головы и её пропорции»</w:t>
            </w:r>
          </w:p>
          <w:p w:rsidR="00DE417F" w:rsidRPr="00A448DF" w:rsidRDefault="00CC2758" w:rsidP="00216171">
            <w:pPr>
              <w:autoSpaceDE w:val="0"/>
              <w:autoSpaceDN w:val="0"/>
              <w:spacing w:after="0" w:line="245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https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://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youtu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.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be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/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MqrxxR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3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Eeiw</w:t>
            </w:r>
          </w:p>
        </w:tc>
      </w:tr>
      <w:tr w:rsidR="003F01B1" w:rsidRPr="00A448DF" w:rsidTr="00FC5EB2">
        <w:trPr>
          <w:trHeight w:hRule="exact" w:val="143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D60A4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5.3.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D60A4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Графический портретный рисунок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D60A4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D60A4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D60A4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D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D60A4">
            <w:pPr>
              <w:autoSpaceDE w:val="0"/>
              <w:autoSpaceDN w:val="0"/>
              <w:spacing w:before="78" w:after="0" w:line="25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Иметь представление о графических портретах мастеров разных эпох, о разнообразии графических средств в изображении образа человека.</w:t>
            </w:r>
          </w:p>
          <w:p w:rsidR="003F01B1" w:rsidRPr="00A448DF" w:rsidRDefault="003F01B1" w:rsidP="007D60A4">
            <w:pPr>
              <w:autoSpaceDE w:val="0"/>
              <w:autoSpaceDN w:val="0"/>
              <w:spacing w:before="78" w:after="0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Приобрести опыт графического портретного изображения как нового для себя видения индивидуальности человека.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D60A4">
            <w:pPr>
              <w:autoSpaceDE w:val="0"/>
              <w:autoSpaceDN w:val="0"/>
              <w:spacing w:before="78" w:after="0" w:line="247" w:lineRule="auto"/>
              <w:ind w:left="72" w:right="-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Практичес</w:t>
            </w:r>
            <w:r w:rsidR="00FC5EB2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кая работа.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FC5EB2">
            <w:pPr>
              <w:autoSpaceDE w:val="0"/>
              <w:autoSpaceDN w:val="0"/>
              <w:spacing w:before="78" w:after="0" w:line="247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РЭШ </w:t>
            </w:r>
          </w:p>
        </w:tc>
      </w:tr>
      <w:tr w:rsidR="003F01B1" w:rsidRPr="00A448DF" w:rsidTr="00E14583">
        <w:trPr>
          <w:trHeight w:hRule="exact" w:val="1582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1D1DAC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lastRenderedPageBreak/>
              <w:t>5.4.</w:t>
            </w:r>
          </w:p>
        </w:tc>
        <w:tc>
          <w:tcPr>
            <w:tcW w:w="19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1D1DAC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Свет и тень в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изображении головы человека.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216171">
            <w:pPr>
              <w:autoSpaceDE w:val="0"/>
              <w:autoSpaceDN w:val="0"/>
              <w:spacing w:before="76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216171">
            <w:pPr>
              <w:autoSpaceDE w:val="0"/>
              <w:autoSpaceDN w:val="0"/>
              <w:spacing w:before="76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216171">
            <w:pPr>
              <w:autoSpaceDE w:val="0"/>
              <w:autoSpaceDN w:val="0"/>
              <w:spacing w:before="76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1D1DAC">
            <w:pPr>
              <w:autoSpaceDE w:val="0"/>
              <w:autoSpaceDN w:val="0"/>
              <w:spacing w:before="76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Уметь характеризовать роль освещения как выразительного средства при создании портретного образа.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Наблюдать изменения образа человека в зависимости от изменения положения источника освещения.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Иметь опыт зарисовок разного освещения головы человека.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216171">
            <w:pPr>
              <w:autoSpaceDE w:val="0"/>
              <w:autoSpaceDN w:val="0"/>
              <w:spacing w:before="76" w:after="0" w:line="245" w:lineRule="auto"/>
              <w:ind w:left="72" w:right="-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Практичес</w:t>
            </w:r>
            <w:r w:rsidR="00FC5EB2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кая работа.</w:t>
            </w:r>
          </w:p>
        </w:tc>
        <w:tc>
          <w:tcPr>
            <w:tcW w:w="217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FC5EB2">
            <w:pPr>
              <w:autoSpaceDE w:val="0"/>
              <w:autoSpaceDN w:val="0"/>
              <w:spacing w:before="76" w:after="0" w:line="25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РЭШ </w:t>
            </w:r>
          </w:p>
        </w:tc>
      </w:tr>
      <w:tr w:rsidR="003F01B1" w:rsidRPr="00A448DF" w:rsidTr="00E14583">
        <w:trPr>
          <w:trHeight w:hRule="exact" w:val="1547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12110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5.5.</w:t>
            </w:r>
          </w:p>
        </w:tc>
        <w:tc>
          <w:tcPr>
            <w:tcW w:w="19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1211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Портрет в скульптуре.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B31151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B31151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B31151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121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12110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Обрести опыт восприятия скульптурного портрета в работах выдающихся художников-скульпторов.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Анализировать роль художественных материалов в создании скульптурного портрета.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Иметь начальный опыт лепки головы человека.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12110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</w:t>
            </w:r>
            <w:r w:rsidR="00FC5EB2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217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FC5EB2">
            <w:pPr>
              <w:autoSpaceDE w:val="0"/>
              <w:autoSpaceDN w:val="0"/>
              <w:spacing w:before="78" w:after="0" w:line="247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РЭШ </w:t>
            </w:r>
          </w:p>
        </w:tc>
      </w:tr>
      <w:tr w:rsidR="003F01B1" w:rsidRPr="00A448DF" w:rsidTr="00E14583">
        <w:trPr>
          <w:trHeight w:hRule="exact" w:val="988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12110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5.6.</w:t>
            </w:r>
          </w:p>
        </w:tc>
        <w:tc>
          <w:tcPr>
            <w:tcW w:w="19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12110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Живописное изображение портрета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271507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271507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271507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121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12110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Иметь опыт создания живописного портрета.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Характеризовать роль цвета в создании портретного образа как средства выражения настроения, характера, индивидуальности героя портрета.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12110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</w:t>
            </w:r>
            <w:r w:rsidR="00FC5EB2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217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FC5EB2">
            <w:pPr>
              <w:autoSpaceDE w:val="0"/>
              <w:autoSpaceDN w:val="0"/>
              <w:spacing w:before="78" w:after="0" w:line="245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РЭШ </w:t>
            </w:r>
          </w:p>
        </w:tc>
      </w:tr>
      <w:tr w:rsidR="003F01B1" w:rsidRPr="00A448DF" w:rsidTr="00E14583">
        <w:trPr>
          <w:trHeight w:hRule="exact" w:val="421"/>
        </w:trPr>
        <w:tc>
          <w:tcPr>
            <w:tcW w:w="15502" w:type="dxa"/>
            <w:gridSpan w:val="9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12110">
            <w:pPr>
              <w:autoSpaceDE w:val="0"/>
              <w:autoSpaceDN w:val="0"/>
              <w:spacing w:before="78" w:after="0" w:line="245" w:lineRule="auto"/>
              <w:ind w:left="74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Раздел 6. Пейзаж</w:t>
            </w:r>
          </w:p>
        </w:tc>
      </w:tr>
      <w:tr w:rsidR="003F01B1" w:rsidRPr="00A448DF" w:rsidTr="00E14583">
        <w:trPr>
          <w:trHeight w:hRule="exact" w:val="2128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12110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6.1.</w:t>
            </w:r>
          </w:p>
        </w:tc>
        <w:tc>
          <w:tcPr>
            <w:tcW w:w="19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12110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Правила построения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линейной перспективы в изображении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пространства.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271507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271507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271507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121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12110">
            <w:pPr>
              <w:autoSpaceDE w:val="0"/>
              <w:autoSpaceDN w:val="0"/>
              <w:spacing w:before="76" w:after="0" w:line="254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Сравнивать и различать характер изображения природного пространства в искусстве Древнего мира, Средневековья и Возрождения.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Понимать и применять на практике рисунка понятия «линия горизонта — низкого и высокого», «точка схода», «перспективные сокращения», «центральная и угловая перспектива».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Обрести практический навык построения линейной перспективы при изображении пространства пейзажа на листе бумаги.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12110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</w:t>
            </w:r>
            <w:r w:rsidR="00FC5EB2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217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FC5EB2">
            <w:pPr>
              <w:autoSpaceDE w:val="0"/>
              <w:autoSpaceDN w:val="0"/>
              <w:spacing w:before="76" w:after="0" w:line="252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РЭШ </w:t>
            </w:r>
          </w:p>
        </w:tc>
      </w:tr>
      <w:tr w:rsidR="003F01B1" w:rsidRPr="00A448DF" w:rsidTr="00E14583">
        <w:trPr>
          <w:trHeight w:hRule="exact" w:val="1280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D60A4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6.2.</w:t>
            </w:r>
          </w:p>
        </w:tc>
        <w:tc>
          <w:tcPr>
            <w:tcW w:w="19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D60A4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Правила воздушной перспективы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D60A4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D60A4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D60A4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D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D60A4">
            <w:pPr>
              <w:autoSpaceDE w:val="0"/>
              <w:autoSpaceDN w:val="0"/>
              <w:spacing w:before="78" w:after="0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Освоить содержание правил воздушной перспективы для изображения пространства пейзажа.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Обрести навыки построения переднего, среднего и дальнего планов при изображении пейзажного пространства.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7D60A4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Практичес</w:t>
            </w:r>
            <w:r w:rsidR="00FC5EB2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кая работа.</w:t>
            </w:r>
          </w:p>
        </w:tc>
        <w:tc>
          <w:tcPr>
            <w:tcW w:w="217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F01B1" w:rsidRPr="00A448DF" w:rsidRDefault="003F01B1" w:rsidP="00FC5EB2">
            <w:pPr>
              <w:autoSpaceDE w:val="0"/>
              <w:autoSpaceDN w:val="0"/>
              <w:spacing w:before="78" w:after="0" w:line="247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РЭШ </w:t>
            </w:r>
          </w:p>
        </w:tc>
      </w:tr>
      <w:tr w:rsidR="00E14583" w:rsidRPr="00A448DF" w:rsidTr="00E14583">
        <w:trPr>
          <w:trHeight w:hRule="exact" w:val="2432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4583" w:rsidRPr="00A448DF" w:rsidRDefault="00E14583" w:rsidP="00704DBA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6.3.</w:t>
            </w:r>
          </w:p>
        </w:tc>
        <w:tc>
          <w:tcPr>
            <w:tcW w:w="191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4583" w:rsidRPr="00A448DF" w:rsidRDefault="00E14583" w:rsidP="00704DBA">
            <w:pPr>
              <w:autoSpaceDE w:val="0"/>
              <w:autoSpaceDN w:val="0"/>
              <w:spacing w:before="78" w:after="0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Особенности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изображения разных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состояний природы и её освещения.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4583" w:rsidRPr="00A448DF" w:rsidRDefault="00E14583" w:rsidP="00704DBA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4583" w:rsidRPr="00A448DF" w:rsidRDefault="00E14583" w:rsidP="00704DBA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14583" w:rsidRPr="00A448DF" w:rsidRDefault="00E14583" w:rsidP="00704DBA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4583" w:rsidRPr="00A448DF" w:rsidRDefault="00E14583" w:rsidP="00704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4583" w:rsidRPr="00A448DF" w:rsidRDefault="00E14583" w:rsidP="00704DBA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Характеризовать средства художественной выразительности в пейзажах разных состояний природы.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Узнавать и характеризовать морские пейзажи И. Айвазовского.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 особенности изображения природы в творчестве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импрессионистов и постимпрессионистов.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Иметь опыт изображения разных состояний природы в живописном пейзаже.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4583" w:rsidRPr="00A448DF" w:rsidRDefault="00E14583" w:rsidP="00704DBA">
            <w:pPr>
              <w:autoSpaceDE w:val="0"/>
              <w:autoSpaceDN w:val="0"/>
              <w:spacing w:before="78" w:after="0" w:line="247" w:lineRule="auto"/>
              <w:ind w:left="72" w:right="-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Практичес-кая работа.</w:t>
            </w:r>
          </w:p>
        </w:tc>
        <w:tc>
          <w:tcPr>
            <w:tcW w:w="217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4583" w:rsidRPr="00A448DF" w:rsidRDefault="00E14583" w:rsidP="00704DBA">
            <w:pPr>
              <w:autoSpaceDE w:val="0"/>
              <w:autoSpaceDN w:val="0"/>
              <w:spacing w:after="0" w:line="252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Виртуальная экскурсия: Третьяковская галерея, Экскурсия по выставке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«Айвазовский»</w:t>
            </w:r>
          </w:p>
          <w:p w:rsidR="00E14583" w:rsidRPr="00A448DF" w:rsidRDefault="00E14583" w:rsidP="00704DBA">
            <w:pPr>
              <w:autoSpaceDE w:val="0"/>
              <w:autoSpaceDN w:val="0"/>
              <w:spacing w:after="0" w:line="245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Видео «Воздушная перспектива»</w:t>
            </w:r>
          </w:p>
        </w:tc>
      </w:tr>
    </w:tbl>
    <w:p w:rsidR="00DE417F" w:rsidRPr="00A448DF" w:rsidRDefault="00DE417F" w:rsidP="001D1DAC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E417F" w:rsidRPr="00A448DF" w:rsidRDefault="00DE417F" w:rsidP="001D1DAC">
      <w:pPr>
        <w:rPr>
          <w:rFonts w:ascii="Times New Roman" w:hAnsi="Times New Roman" w:cs="Times New Roman"/>
          <w:sz w:val="24"/>
          <w:szCs w:val="24"/>
          <w:lang w:val="ru-RU"/>
        </w:rPr>
        <w:sectPr w:rsidR="00DE417F" w:rsidRPr="00A448DF">
          <w:pgSz w:w="16840" w:h="11900"/>
          <w:pgMar w:top="284" w:right="640" w:bottom="73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E417F" w:rsidRPr="00A448DF" w:rsidRDefault="00DE417F" w:rsidP="001D1DAC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910"/>
        <w:gridCol w:w="528"/>
        <w:gridCol w:w="567"/>
        <w:gridCol w:w="567"/>
        <w:gridCol w:w="709"/>
        <w:gridCol w:w="7371"/>
        <w:gridCol w:w="1276"/>
        <w:gridCol w:w="2189"/>
      </w:tblGrid>
      <w:tr w:rsidR="00DE417F" w:rsidRPr="009E482D" w:rsidTr="00E14583">
        <w:trPr>
          <w:trHeight w:hRule="exact" w:val="412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6.4.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Пейзаж в истории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русской живописи и его значение в отечественной культуре</w:t>
            </w:r>
            <w:r w:rsidR="005F4340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5F4340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5F4340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5F4340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5F4340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Анализировать развитие образа природы в оте</w:t>
            </w:r>
            <w:r w:rsidR="005F4340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чественной пейзажной живописи.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Называть имена великих русских живописцев и характеризовать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известные картины А. Венецианова, А. Саврасова, И. Шишкина,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5F4340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И. Левитана.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Рассуждать о значении художественного образа отечественного пейз</w:t>
            </w:r>
            <w:r w:rsidR="005F4340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ажа в развитии чувства Родины.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Приобрести творческий опыт в создании композиционного живописного</w:t>
            </w:r>
            <w:r w:rsidR="005F4340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пейзажа своей Родины.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5F4340" w:rsidP="001D1DAC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</w:t>
            </w:r>
            <w:r w:rsidR="00E1458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4583" w:rsidRPr="00A448DF" w:rsidRDefault="00E14583" w:rsidP="00E14583">
            <w:pPr>
              <w:autoSpaceDE w:val="0"/>
              <w:autoSpaceDN w:val="0"/>
              <w:spacing w:before="78" w:after="0" w:line="247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РЭШ</w:t>
            </w:r>
          </w:p>
          <w:p w:rsidR="00DE417F" w:rsidRPr="00A448DF" w:rsidRDefault="00CC2758" w:rsidP="00E14583">
            <w:pPr>
              <w:autoSpaceDE w:val="0"/>
              <w:autoSpaceDN w:val="0"/>
              <w:spacing w:before="78" w:after="0" w:line="247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Виртуальная экскурсия: Русский музей, мини-экскурсия В. М. Ахунова «Тайный смысл известных картин»</w:t>
            </w:r>
            <w:r w:rsidR="00E1458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,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Шишкин,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«Корабельная роща»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Третьяковская галерея, Экскурсия по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выставке «Архип Куинджи»</w:t>
            </w:r>
          </w:p>
        </w:tc>
      </w:tr>
      <w:tr w:rsidR="00E14583" w:rsidRPr="00A448DF" w:rsidTr="00E14583">
        <w:trPr>
          <w:trHeight w:hRule="exact" w:val="21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4583" w:rsidRPr="00A448DF" w:rsidRDefault="00E14583" w:rsidP="00704DBA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6.5.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4583" w:rsidRPr="00A448DF" w:rsidRDefault="00E14583" w:rsidP="00704DBA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Пейзаж в графике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4583" w:rsidRPr="00A448DF" w:rsidRDefault="00E14583" w:rsidP="00704DBA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4583" w:rsidRPr="00A448DF" w:rsidRDefault="00E14583" w:rsidP="00704DBA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14583" w:rsidRPr="00A448DF" w:rsidRDefault="00E14583" w:rsidP="00704DBA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4583" w:rsidRPr="00A448DF" w:rsidRDefault="00E14583" w:rsidP="00704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4583" w:rsidRPr="00A448DF" w:rsidRDefault="00E14583" w:rsidP="00704DBA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Рассуждать о средствах выразительности в произведениях графики и образных возможностях графических техник в работах известных мастеров.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Овладевать навыками наблюдательности, развивая интерес к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окружающему миру и его художественно-поэтическому видению путём создания графических зарисовок.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Приобретать навыки пейзажных зарисовок.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4583" w:rsidRPr="00A448DF" w:rsidRDefault="00E14583" w:rsidP="00704DBA">
            <w:pPr>
              <w:autoSpaceDE w:val="0"/>
              <w:autoSpaceDN w:val="0"/>
              <w:spacing w:before="78" w:after="0" w:line="247" w:lineRule="auto"/>
              <w:ind w:left="72" w:right="-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Практичес-кая работа.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4583" w:rsidRPr="00A448DF" w:rsidRDefault="00E14583" w:rsidP="00704DBA">
            <w:pPr>
              <w:autoSpaceDE w:val="0"/>
              <w:autoSpaceDN w:val="0"/>
              <w:spacing w:before="78" w:after="0" w:line="247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РЭШ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</w:tc>
      </w:tr>
      <w:tr w:rsidR="00E14583" w:rsidRPr="00A448DF" w:rsidTr="00E166D4">
        <w:trPr>
          <w:trHeight w:hRule="exact" w:val="413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4583" w:rsidRPr="00A448DF" w:rsidRDefault="00E14583" w:rsidP="00704DBA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6.6.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4583" w:rsidRPr="00A448DF" w:rsidRDefault="00E14583" w:rsidP="00704DBA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Городской пейзаж.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4583" w:rsidRPr="00A448DF" w:rsidRDefault="00E14583" w:rsidP="00704DBA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4583" w:rsidRPr="00A448DF" w:rsidRDefault="00E14583" w:rsidP="00704DBA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14583" w:rsidRPr="00A448DF" w:rsidRDefault="00E14583" w:rsidP="00704DBA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4583" w:rsidRPr="00A448DF" w:rsidRDefault="00E14583" w:rsidP="00704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4583" w:rsidRPr="00A448DF" w:rsidRDefault="00E14583" w:rsidP="00704DBA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Иметь представление о развитии жанра городского пейзажа в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изобразительном искусстве.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Овладевать навыками восприятия образности городского пространства как выражения самобытного лица культуры и истории народа.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Осваивать новые композиционные навыки, навыки наблюдательной перспективы и ритмической организации плоскости изображения.</w:t>
            </w:r>
          </w:p>
          <w:p w:rsidR="00E14583" w:rsidRPr="00A448DF" w:rsidRDefault="00E14583" w:rsidP="00704DBA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Осознавать роль культурного наследия в городском пространстве, задачи его охраны и сохранения.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4583" w:rsidRPr="00A448DF" w:rsidRDefault="00E14583" w:rsidP="00704DBA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4583" w:rsidRPr="00A448DF" w:rsidRDefault="00E14583" w:rsidP="00E166D4">
            <w:pPr>
              <w:autoSpaceDE w:val="0"/>
              <w:autoSpaceDN w:val="0"/>
              <w:spacing w:after="0" w:line="254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РЭШ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Виртуальная экскурсия: Виртуальный русский музей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«Москва времен Екатерины 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II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и Павла 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I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в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картинах Жерара Делабарта».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Видео «Рисуем улицы по законам линейной перспективы»</w:t>
            </w:r>
          </w:p>
        </w:tc>
      </w:tr>
    </w:tbl>
    <w:p w:rsidR="00DE417F" w:rsidRPr="00A448DF" w:rsidRDefault="00DE417F" w:rsidP="001D1DAC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E417F" w:rsidRPr="00A448DF" w:rsidRDefault="00DE417F" w:rsidP="001D1DAC">
      <w:pPr>
        <w:rPr>
          <w:rFonts w:ascii="Times New Roman" w:hAnsi="Times New Roman" w:cs="Times New Roman"/>
          <w:sz w:val="24"/>
          <w:szCs w:val="24"/>
          <w:lang w:val="ru-RU"/>
        </w:rPr>
        <w:sectPr w:rsidR="00DE417F" w:rsidRPr="00A448DF">
          <w:pgSz w:w="16840" w:h="11900"/>
          <w:pgMar w:top="284" w:right="640" w:bottom="69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E417F" w:rsidRPr="00A448DF" w:rsidRDefault="00DE417F" w:rsidP="001D1DAC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910"/>
        <w:gridCol w:w="528"/>
        <w:gridCol w:w="567"/>
        <w:gridCol w:w="567"/>
        <w:gridCol w:w="709"/>
        <w:gridCol w:w="7371"/>
        <w:gridCol w:w="1276"/>
        <w:gridCol w:w="2178"/>
      </w:tblGrid>
      <w:tr w:rsidR="00DE417F" w:rsidRPr="009E482D" w:rsidTr="00061546">
        <w:trPr>
          <w:trHeight w:hRule="exact" w:val="415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Раздел 7. Бытовой жанр в изобразительном искусстве</w:t>
            </w:r>
          </w:p>
        </w:tc>
      </w:tr>
      <w:tr w:rsidR="00DE417F" w:rsidRPr="009E482D" w:rsidTr="001A1B4D">
        <w:trPr>
          <w:trHeight w:hRule="exact" w:val="285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7.1.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Изображение бытовой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жизни людей в традициях искусства разных эпох</w:t>
            </w:r>
            <w:r w:rsidR="00B762D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B762D4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B762D4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B762D4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762D4" w:rsidRPr="00A448DF" w:rsidRDefault="00CC2758" w:rsidP="00B762D4">
            <w:pPr>
              <w:autoSpaceDE w:val="0"/>
              <w:autoSpaceDN w:val="0"/>
              <w:spacing w:after="0" w:line="254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 значение художественного изображения бытовой жизни людей в понимании истории чел</w:t>
            </w:r>
            <w:r w:rsidR="00B762D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овечества и современной жизни.</w:t>
            </w:r>
          </w:p>
          <w:p w:rsidR="00DE417F" w:rsidRPr="00A448DF" w:rsidRDefault="00CC2758" w:rsidP="00B762D4">
            <w:pPr>
              <w:autoSpaceDE w:val="0"/>
              <w:autoSpaceDN w:val="0"/>
              <w:spacing w:after="0" w:line="254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Характеризовать роль изобразительного искусства в формировании представлений о жизн</w:t>
            </w:r>
            <w:r w:rsidR="00B762D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 людей разных народов и эпох.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Осознавать многообразие форм организации жизни и одно</w:t>
            </w:r>
            <w:r w:rsidR="00B762D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временного единства мира людей.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Различать тему, сюжет и </w:t>
            </w:r>
            <w:r w:rsidR="00B762D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содержание в жанровой картине.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Выявлять образ нравственных и ценнос</w:t>
            </w:r>
            <w:r w:rsidR="00B762D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тных смыслов в жанровой картине.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B762D4" w:rsidP="00B762D4">
            <w:pPr>
              <w:autoSpaceDE w:val="0"/>
              <w:autoSpaceDN w:val="0"/>
              <w:spacing w:before="78" w:after="0" w:line="230" w:lineRule="auto"/>
              <w:ind w:left="72" w:right="-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Устный опрос.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47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Статья «Бытовой жанр» + видео (с 28 минуты) 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evg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- 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crystal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kartiny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bytovye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kartiny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html</w:t>
            </w:r>
          </w:p>
        </w:tc>
      </w:tr>
      <w:tr w:rsidR="00DE417F" w:rsidRPr="009E482D" w:rsidTr="001A1B4D">
        <w:trPr>
          <w:trHeight w:hRule="exact" w:val="17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7.2.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Работа над сюжетной композицией</w:t>
            </w:r>
            <w:r w:rsidR="00B762D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B762D4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B762D4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B762D4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Освоить новые навыки в работе над </w:t>
            </w:r>
            <w:r w:rsidR="00B762D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сюжетной композицией.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Понимать композицию как целостность в организации худож</w:t>
            </w:r>
            <w:r w:rsidR="00B762D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ественных выразительных средств.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B762D4" w:rsidP="001D1DAC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</w:t>
            </w:r>
            <w:r w:rsidR="0012222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45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Видео «Графика сюжетной композиции»</w:t>
            </w:r>
            <w:r w:rsidR="0012222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youtu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be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7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MHQS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_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ZwBk</w:t>
            </w:r>
          </w:p>
        </w:tc>
      </w:tr>
      <w:tr w:rsidR="00DE417F" w:rsidRPr="009E482D" w:rsidTr="00B762D4">
        <w:trPr>
          <w:trHeight w:hRule="exact" w:val="431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Раздел 8. Исторический жанр в изобразительном искусстве</w:t>
            </w:r>
          </w:p>
        </w:tc>
      </w:tr>
      <w:tr w:rsidR="00DE417F" w:rsidRPr="009E482D" w:rsidTr="001A1B4D">
        <w:trPr>
          <w:trHeight w:hRule="exact" w:val="409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8.1.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Историческая картина в истории искусства, её особое значение</w:t>
            </w:r>
            <w:r w:rsidR="00B762D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B762D4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B762D4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B762D4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762D4" w:rsidRPr="00A448DF" w:rsidRDefault="00CC2758" w:rsidP="00B762D4">
            <w:pPr>
              <w:autoSpaceDE w:val="0"/>
              <w:autoSpaceDN w:val="0"/>
              <w:spacing w:after="0" w:line="252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Объяснять, почему историческая картин</w:t>
            </w:r>
            <w:r w:rsidR="00B762D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а понималась как высокий жанр.</w:t>
            </w:r>
          </w:p>
          <w:p w:rsidR="00DE417F" w:rsidRPr="00A448DF" w:rsidRDefault="00CC2758" w:rsidP="00B762D4">
            <w:pPr>
              <w:autoSpaceDE w:val="0"/>
              <w:autoSpaceDN w:val="0"/>
              <w:spacing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Объяснять, почему картины на мифологические и библейские темы о</w:t>
            </w:r>
            <w:r w:rsidR="00B762D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тносили к историческому жанру.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Характеризовать произведения исторического жанра как идейное и образное выражение значительных событий в истории общества,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воплощение миро</w:t>
            </w:r>
            <w:r w:rsidR="00B762D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воззренческих позиций и идеалов.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B762D4" w:rsidP="00B762D4">
            <w:pPr>
              <w:autoSpaceDE w:val="0"/>
              <w:autoSpaceDN w:val="0"/>
              <w:spacing w:before="78" w:after="0" w:line="230" w:lineRule="auto"/>
              <w:ind w:left="72" w:right="-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Устный опрос.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22223">
            <w:pPr>
              <w:autoSpaceDE w:val="0"/>
              <w:autoSpaceDN w:val="0"/>
              <w:spacing w:before="78" w:after="0" w:line="252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Виртуальная экскурсия: Национальная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библиотека Чувашской республики,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Виртуальная экскурсия по выставке картин</w:t>
            </w:r>
            <w:r w:rsidR="00B762D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«Святой благоверный князь Александр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12222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Невский»</w:t>
            </w:r>
          </w:p>
        </w:tc>
      </w:tr>
      <w:tr w:rsidR="00DE417F" w:rsidRPr="009E482D" w:rsidTr="001A1B4D">
        <w:trPr>
          <w:trHeight w:hRule="exact" w:val="271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lastRenderedPageBreak/>
              <w:t>8.2.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Историческая картина в русской живописи</w:t>
            </w:r>
            <w:r w:rsidR="000D42B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0D42BC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0D42BC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0D42BC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Анализировать содержание картины К. Брю</w:t>
            </w:r>
            <w:r w:rsidR="000D42B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ллова «Последний день Помпеи».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Анализировать содержание исторических картин, образ на</w:t>
            </w:r>
            <w:r w:rsidR="000D42B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рода в творчестве В. Сурикова.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Характеризовать исторический образ России в картинах М. Нестер</w:t>
            </w:r>
            <w:r w:rsidR="000D42BC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ова, В. Васнецова, А. Рябушкина.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0D42BC" w:rsidP="000D42BC">
            <w:pPr>
              <w:autoSpaceDE w:val="0"/>
              <w:autoSpaceDN w:val="0"/>
              <w:spacing w:before="76" w:after="0" w:line="233" w:lineRule="auto"/>
              <w:ind w:left="72" w:right="-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 опрос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0D42BC" w:rsidP="001D1DAC">
            <w:pPr>
              <w:autoSpaceDE w:val="0"/>
              <w:autoSpaceDN w:val="0"/>
              <w:spacing w:before="76" w:after="0" w:line="25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Виртуальная экскурсия: мини-э</w:t>
            </w:r>
            <w:r w:rsidR="00CC2758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кскурсий В.М.Ахунова «Тайный смысл известных картин».</w:t>
            </w:r>
          </w:p>
          <w:p w:rsidR="00DE417F" w:rsidRPr="00A448DF" w:rsidRDefault="00CC2758" w:rsidP="001A1B4D">
            <w:pPr>
              <w:autoSpaceDE w:val="0"/>
              <w:autoSpaceDN w:val="0"/>
              <w:spacing w:before="18" w:after="0" w:line="245" w:lineRule="auto"/>
              <w:ind w:lef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К.Брюллов «Последний день Помпеи»</w:t>
            </w:r>
          </w:p>
        </w:tc>
      </w:tr>
      <w:tr w:rsidR="001A1B4D" w:rsidRPr="009E482D" w:rsidTr="001A1B4D">
        <w:trPr>
          <w:trHeight w:hRule="exact" w:val="1545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8.3.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Работа над сюжетной композицией.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Разрабатывать эскизы композиции на историческую тему с опорой на сбор материалов по задуманному сюжету.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autoSpaceDE w:val="0"/>
              <w:autoSpaceDN w:val="0"/>
              <w:spacing w:before="78" w:after="0" w:line="245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Видео «Графика сюжетной композиции» 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https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://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youtu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.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be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/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L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7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MHQS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_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ZwBk</w:t>
            </w:r>
          </w:p>
        </w:tc>
      </w:tr>
      <w:tr w:rsidR="001A1B4D" w:rsidRPr="009E482D" w:rsidTr="001A1B4D">
        <w:trPr>
          <w:trHeight w:hRule="exact" w:val="421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1D1DAC">
            <w:pPr>
              <w:autoSpaceDE w:val="0"/>
              <w:autoSpaceDN w:val="0"/>
              <w:spacing w:before="76" w:after="0" w:line="250" w:lineRule="auto"/>
              <w:ind w:left="74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Раздел 9. Библейские темы в изобразительном искусстве</w:t>
            </w:r>
          </w:p>
        </w:tc>
      </w:tr>
      <w:tr w:rsidR="001A1B4D" w:rsidRPr="009E482D" w:rsidTr="001A1B4D">
        <w:trPr>
          <w:trHeight w:hRule="exact" w:val="212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9.1.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Библейские темы в истории европейской и отечественной живописи.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Знать о значении библейских сюжетов в истории культуры и узнавать сюжеты Священной истории в произведениях искусства.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 значение великих — вечных тем в искусстве на основе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сюжетов Библии как «духовную ось», соединяющую жизненные позиции разных поколений.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Узнавать и объяснять сюжеты картин на библейские темы Леонардо да Винчи, Рафаэля, Рембрандта и др.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autoSpaceDE w:val="0"/>
              <w:autoSpaceDN w:val="0"/>
              <w:spacing w:before="78" w:after="0" w:line="230" w:lineRule="auto"/>
              <w:ind w:left="7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 опрос;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1A1B4D">
            <w:pPr>
              <w:autoSpaceDE w:val="0"/>
              <w:autoSpaceDN w:val="0"/>
              <w:spacing w:before="78" w:after="0" w:line="250" w:lineRule="auto"/>
              <w:ind w:left="74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Виртуальная экскурсия: Виртуальный русский музей: библейский сюжет</w:t>
            </w:r>
          </w:p>
        </w:tc>
      </w:tr>
      <w:tr w:rsidR="001A1B4D" w:rsidRPr="009E482D" w:rsidTr="001A1B4D">
        <w:trPr>
          <w:trHeight w:hRule="exact" w:val="99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9.2.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Библейские темы в русском искусстве 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XIX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Узнавать и объяснять содержание картин отечественных художников (А. Иванов. «Явление Христа народу», И. Крамской. «Христос в пустыне», Н. Ге. 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«Тайная вечеря», В. Поленов. «Христос и грешница»)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Тестирова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ние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1A1B4D">
            <w:pPr>
              <w:autoSpaceDE w:val="0"/>
              <w:autoSpaceDN w:val="0"/>
              <w:spacing w:before="76" w:after="0" w:line="25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Виртуальный русский музей: библейский сюжет </w:t>
            </w:r>
          </w:p>
        </w:tc>
      </w:tr>
      <w:tr w:rsidR="001A1B4D" w:rsidRPr="009E482D" w:rsidTr="001A1B4D">
        <w:trPr>
          <w:trHeight w:hRule="exact" w:val="2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9.3.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Иконопись в истории русского искусства.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Знать о смысловом различии между иконой и картиной.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Знать о творчестве великих русских иконописцев: Андрея Рублёва, Феофана Грека, Дионисия.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Осознавать искусство древнерусской иконописи как уникальное и высокое достижение отечественной культуры.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1A1B4D">
            <w:pPr>
              <w:autoSpaceDE w:val="0"/>
              <w:autoSpaceDN w:val="0"/>
              <w:spacing w:before="78" w:after="0" w:line="25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Самооценка с исполь-зованием «Оценочно-го листа».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1A1B4D">
            <w:pPr>
              <w:autoSpaceDE w:val="0"/>
              <w:autoSpaceDN w:val="0"/>
              <w:spacing w:before="78" w:after="0" w:line="252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Виртуальная экскурсия: Музей русской иконы .Экскурсия «Андрей Рублев - знаменитый художник Древней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Руси» 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https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://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www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.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youtube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.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com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/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watch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?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v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 xml:space="preserve"> =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</w:rPr>
              <w:t>oNthhZVy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128</w:t>
            </w:r>
          </w:p>
        </w:tc>
      </w:tr>
      <w:tr w:rsidR="001A1B4D" w:rsidRPr="00A448DF" w:rsidTr="001A1B4D">
        <w:trPr>
          <w:trHeight w:hRule="exact" w:val="587"/>
        </w:trPr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4"/>
                <w:lang w:val="ru-RU"/>
              </w:rPr>
              <w:t>ОБЩЕЕ КОЛИЧЕСТВО ЧАСОВ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704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1B4D" w:rsidRPr="00A448DF" w:rsidRDefault="001A1B4D" w:rsidP="001A1B4D">
            <w:pPr>
              <w:autoSpaceDE w:val="0"/>
              <w:autoSpaceDN w:val="0"/>
              <w:spacing w:before="78" w:after="0" w:line="252" w:lineRule="auto"/>
              <w:ind w:left="74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</w:p>
        </w:tc>
      </w:tr>
    </w:tbl>
    <w:p w:rsidR="00DE417F" w:rsidRPr="00A448DF" w:rsidRDefault="00DE417F" w:rsidP="001D1DAC">
      <w:pPr>
        <w:rPr>
          <w:rFonts w:ascii="Times New Roman" w:hAnsi="Times New Roman" w:cs="Times New Roman"/>
          <w:sz w:val="24"/>
          <w:szCs w:val="24"/>
          <w:lang w:val="ru-RU"/>
        </w:rPr>
        <w:sectPr w:rsidR="00DE417F" w:rsidRPr="00A448DF">
          <w:pgSz w:w="16840" w:h="11900"/>
          <w:pgMar w:top="284" w:right="640" w:bottom="42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E417F" w:rsidRPr="00A448DF" w:rsidRDefault="001A1B4D" w:rsidP="001A1B4D">
      <w:pPr>
        <w:autoSpaceDE w:val="0"/>
        <w:autoSpaceDN w:val="0"/>
        <w:spacing w:after="78" w:line="220" w:lineRule="exac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ПОУРОЧНОЕ ПЛАНИРОВАНИЕ</w:t>
      </w:r>
      <w:r w:rsidR="0006267A" w:rsidRPr="00A448D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6 КЛАСС</w:t>
      </w:r>
    </w:p>
    <w:tbl>
      <w:tblPr>
        <w:tblStyle w:val="TableNormal"/>
        <w:tblW w:w="10351" w:type="dxa"/>
        <w:tblInd w:w="1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4013"/>
        <w:gridCol w:w="992"/>
        <w:gridCol w:w="993"/>
        <w:gridCol w:w="992"/>
        <w:gridCol w:w="1134"/>
        <w:gridCol w:w="1701"/>
      </w:tblGrid>
      <w:tr w:rsidR="004D3947" w:rsidRPr="00A448DF" w:rsidTr="00704DBA">
        <w:trPr>
          <w:trHeight w:val="455"/>
        </w:trPr>
        <w:tc>
          <w:tcPr>
            <w:tcW w:w="526" w:type="dxa"/>
            <w:vMerge w:val="restart"/>
          </w:tcPr>
          <w:p w:rsidR="004D3947" w:rsidRPr="00A448DF" w:rsidRDefault="004D3947" w:rsidP="00704DBA">
            <w:pPr>
              <w:pStyle w:val="TableParagraph"/>
              <w:ind w:left="90" w:right="57"/>
              <w:jc w:val="center"/>
              <w:rPr>
                <w:b/>
                <w:sz w:val="24"/>
                <w:szCs w:val="24"/>
              </w:rPr>
            </w:pPr>
            <w:r w:rsidRPr="00A448DF">
              <w:rPr>
                <w:b/>
                <w:sz w:val="24"/>
                <w:szCs w:val="24"/>
              </w:rPr>
              <w:t>№</w:t>
            </w:r>
            <w:r w:rsidRPr="00A448D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448DF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013" w:type="dxa"/>
            <w:vMerge w:val="restart"/>
          </w:tcPr>
          <w:p w:rsidR="004D3947" w:rsidRPr="00A448DF" w:rsidRDefault="004D3947" w:rsidP="00704DBA">
            <w:pPr>
              <w:pStyle w:val="TableParagraph"/>
              <w:ind w:left="186" w:right="142"/>
              <w:jc w:val="center"/>
              <w:rPr>
                <w:b/>
                <w:sz w:val="24"/>
                <w:szCs w:val="24"/>
              </w:rPr>
            </w:pPr>
            <w:r w:rsidRPr="00A448DF">
              <w:rPr>
                <w:b/>
                <w:sz w:val="24"/>
                <w:szCs w:val="24"/>
              </w:rPr>
              <w:t>Тема</w:t>
            </w:r>
            <w:r w:rsidRPr="00A448D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448DF">
              <w:rPr>
                <w:b/>
                <w:sz w:val="24"/>
                <w:szCs w:val="24"/>
              </w:rPr>
              <w:t>урока</w:t>
            </w:r>
          </w:p>
        </w:tc>
        <w:tc>
          <w:tcPr>
            <w:tcW w:w="2977" w:type="dxa"/>
            <w:gridSpan w:val="3"/>
          </w:tcPr>
          <w:p w:rsidR="004D3947" w:rsidRPr="00A448DF" w:rsidRDefault="004D3947" w:rsidP="00704DBA">
            <w:pPr>
              <w:pStyle w:val="TableParagraph"/>
              <w:ind w:left="90"/>
              <w:jc w:val="center"/>
              <w:rPr>
                <w:b/>
                <w:sz w:val="24"/>
                <w:szCs w:val="24"/>
              </w:rPr>
            </w:pPr>
            <w:r w:rsidRPr="00A448DF">
              <w:rPr>
                <w:b/>
                <w:sz w:val="24"/>
                <w:szCs w:val="24"/>
              </w:rPr>
              <w:t>Количество</w:t>
            </w:r>
            <w:r w:rsidRPr="00A448D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448DF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134" w:type="dxa"/>
            <w:vMerge w:val="restart"/>
          </w:tcPr>
          <w:p w:rsidR="004D3947" w:rsidRPr="00A448DF" w:rsidRDefault="004D3947" w:rsidP="00704DBA">
            <w:pPr>
              <w:pStyle w:val="TableParagraph"/>
              <w:ind w:left="86"/>
              <w:jc w:val="center"/>
              <w:rPr>
                <w:b/>
                <w:sz w:val="24"/>
                <w:szCs w:val="24"/>
              </w:rPr>
            </w:pPr>
            <w:r w:rsidRPr="00A448DF">
              <w:rPr>
                <w:b/>
                <w:sz w:val="24"/>
                <w:szCs w:val="24"/>
              </w:rPr>
              <w:t>Дата</w:t>
            </w:r>
          </w:p>
          <w:p w:rsidR="004D3947" w:rsidRPr="00A448DF" w:rsidRDefault="004D3947" w:rsidP="00704DBA">
            <w:pPr>
              <w:pStyle w:val="TableParagraph"/>
              <w:ind w:left="86"/>
              <w:jc w:val="center"/>
              <w:rPr>
                <w:b/>
                <w:sz w:val="24"/>
                <w:szCs w:val="24"/>
              </w:rPr>
            </w:pPr>
            <w:r w:rsidRPr="00A448DF">
              <w:rPr>
                <w:b/>
                <w:sz w:val="24"/>
                <w:szCs w:val="24"/>
              </w:rPr>
              <w:t>изучения</w:t>
            </w:r>
          </w:p>
        </w:tc>
        <w:tc>
          <w:tcPr>
            <w:tcW w:w="1701" w:type="dxa"/>
            <w:vMerge w:val="restart"/>
          </w:tcPr>
          <w:p w:rsidR="004D3947" w:rsidRPr="00A448DF" w:rsidRDefault="004D3947" w:rsidP="00704DBA">
            <w:pPr>
              <w:pStyle w:val="TableParagraph"/>
              <w:ind w:left="85" w:right="71"/>
              <w:jc w:val="center"/>
              <w:rPr>
                <w:b/>
                <w:sz w:val="24"/>
                <w:szCs w:val="24"/>
              </w:rPr>
            </w:pPr>
            <w:r w:rsidRPr="00A448DF">
              <w:rPr>
                <w:b/>
                <w:spacing w:val="-2"/>
                <w:sz w:val="24"/>
                <w:szCs w:val="24"/>
              </w:rPr>
              <w:t xml:space="preserve">Виды, </w:t>
            </w:r>
            <w:r w:rsidRPr="00A448DF">
              <w:rPr>
                <w:b/>
                <w:spacing w:val="-1"/>
                <w:sz w:val="24"/>
                <w:szCs w:val="24"/>
              </w:rPr>
              <w:t>формы</w:t>
            </w:r>
            <w:r w:rsidRPr="00A448D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b/>
                <w:sz w:val="24"/>
                <w:szCs w:val="24"/>
              </w:rPr>
              <w:t>контроля</w:t>
            </w:r>
          </w:p>
        </w:tc>
      </w:tr>
      <w:tr w:rsidR="004D3947" w:rsidRPr="00A448DF" w:rsidTr="00704DBA">
        <w:trPr>
          <w:trHeight w:val="731"/>
        </w:trPr>
        <w:tc>
          <w:tcPr>
            <w:tcW w:w="526" w:type="dxa"/>
            <w:vMerge/>
            <w:tcBorders>
              <w:top w:val="nil"/>
            </w:tcBorders>
          </w:tcPr>
          <w:p w:rsidR="004D3947" w:rsidRPr="00A448DF" w:rsidRDefault="004D3947" w:rsidP="00704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  <w:vMerge/>
            <w:tcBorders>
              <w:top w:val="nil"/>
            </w:tcBorders>
          </w:tcPr>
          <w:p w:rsidR="004D3947" w:rsidRPr="00A448DF" w:rsidRDefault="004D3947" w:rsidP="00704DBA">
            <w:pPr>
              <w:ind w:left="186" w:righ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D3947" w:rsidRPr="00A448DF" w:rsidRDefault="004D3947" w:rsidP="00704DBA">
            <w:pPr>
              <w:pStyle w:val="TableParagraph"/>
              <w:ind w:left="68" w:right="59"/>
              <w:jc w:val="center"/>
              <w:rPr>
                <w:b/>
                <w:sz w:val="24"/>
                <w:szCs w:val="24"/>
              </w:rPr>
            </w:pPr>
            <w:r w:rsidRPr="00A448DF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993" w:type="dxa"/>
          </w:tcPr>
          <w:p w:rsidR="004D3947" w:rsidRPr="00A448DF" w:rsidRDefault="004D3947" w:rsidP="00704DBA">
            <w:pPr>
              <w:pStyle w:val="TableParagraph"/>
              <w:ind w:left="89" w:right="88"/>
              <w:jc w:val="center"/>
              <w:rPr>
                <w:b/>
                <w:sz w:val="24"/>
                <w:szCs w:val="24"/>
              </w:rPr>
            </w:pPr>
            <w:r w:rsidRPr="00A448DF">
              <w:rPr>
                <w:b/>
                <w:sz w:val="24"/>
                <w:szCs w:val="24"/>
              </w:rPr>
              <w:t>контрольные</w:t>
            </w:r>
            <w:r w:rsidRPr="00A448D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992" w:type="dxa"/>
          </w:tcPr>
          <w:p w:rsidR="004D3947" w:rsidRPr="00A448DF" w:rsidRDefault="004D3947" w:rsidP="00704DBA">
            <w:pPr>
              <w:pStyle w:val="TableParagraph"/>
              <w:ind w:left="88" w:right="89"/>
              <w:jc w:val="center"/>
              <w:rPr>
                <w:b/>
                <w:sz w:val="24"/>
                <w:szCs w:val="24"/>
              </w:rPr>
            </w:pPr>
            <w:r w:rsidRPr="00A448DF">
              <w:rPr>
                <w:b/>
                <w:sz w:val="24"/>
                <w:szCs w:val="24"/>
              </w:rPr>
              <w:t>практические</w:t>
            </w:r>
            <w:r w:rsidRPr="00A448D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4D3947" w:rsidRPr="00A448DF" w:rsidRDefault="004D3947" w:rsidP="00704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4D3947" w:rsidRPr="00A448DF" w:rsidRDefault="004D3947" w:rsidP="00704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947" w:rsidRPr="00A448DF" w:rsidTr="00704DBA">
        <w:trPr>
          <w:trHeight w:val="645"/>
        </w:trPr>
        <w:tc>
          <w:tcPr>
            <w:tcW w:w="526" w:type="dxa"/>
          </w:tcPr>
          <w:p w:rsidR="004D3947" w:rsidRPr="00A448DF" w:rsidRDefault="004D3947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1.</w:t>
            </w:r>
          </w:p>
        </w:tc>
        <w:tc>
          <w:tcPr>
            <w:tcW w:w="4013" w:type="dxa"/>
          </w:tcPr>
          <w:p w:rsidR="004D3947" w:rsidRPr="00A448DF" w:rsidRDefault="001A1B4D" w:rsidP="00704DBA">
            <w:pPr>
              <w:pStyle w:val="TableParagraph"/>
              <w:ind w:left="44" w:right="142"/>
              <w:rPr>
                <w:sz w:val="24"/>
                <w:szCs w:val="24"/>
              </w:rPr>
            </w:pPr>
            <w:r w:rsidRPr="00A448DF">
              <w:rPr>
                <w:color w:val="000000"/>
                <w:w w:val="97"/>
                <w:sz w:val="24"/>
                <w:szCs w:val="24"/>
              </w:rPr>
              <w:t>Искусство — его виды и их роль в жизни людей.</w:t>
            </w:r>
          </w:p>
        </w:tc>
        <w:tc>
          <w:tcPr>
            <w:tcW w:w="992" w:type="dxa"/>
          </w:tcPr>
          <w:p w:rsidR="004D3947" w:rsidRPr="00A448DF" w:rsidRDefault="004D3947" w:rsidP="00704D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D3947" w:rsidRPr="00A448DF" w:rsidRDefault="004D3947" w:rsidP="00704DBA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D3947" w:rsidRPr="00A448DF" w:rsidRDefault="004D3947" w:rsidP="00704DBA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D3947" w:rsidRPr="00A448DF" w:rsidRDefault="004D3947" w:rsidP="00704DBA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D3947" w:rsidRPr="00A448DF" w:rsidRDefault="004D3947" w:rsidP="00704DBA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color w:val="000000"/>
                <w:w w:val="97"/>
                <w:sz w:val="24"/>
                <w:szCs w:val="24"/>
              </w:rPr>
              <w:t>Практическая работа.</w:t>
            </w:r>
          </w:p>
        </w:tc>
      </w:tr>
      <w:tr w:rsidR="001A1B4D" w:rsidRPr="00A448DF" w:rsidTr="00704DBA">
        <w:trPr>
          <w:trHeight w:val="697"/>
        </w:trPr>
        <w:tc>
          <w:tcPr>
            <w:tcW w:w="526" w:type="dxa"/>
          </w:tcPr>
          <w:p w:rsidR="001A1B4D" w:rsidRPr="00A448DF" w:rsidRDefault="001A1B4D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2.</w:t>
            </w:r>
          </w:p>
        </w:tc>
        <w:tc>
          <w:tcPr>
            <w:tcW w:w="4013" w:type="dxa"/>
          </w:tcPr>
          <w:p w:rsidR="001A1B4D" w:rsidRPr="00A448DF" w:rsidRDefault="001A1B4D" w:rsidP="00704DBA">
            <w:pPr>
              <w:spacing w:before="78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Живописные, графические и скульптурные художественные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материалы и их особые свойства.</w:t>
            </w:r>
          </w:p>
        </w:tc>
        <w:tc>
          <w:tcPr>
            <w:tcW w:w="992" w:type="dxa"/>
          </w:tcPr>
          <w:p w:rsidR="001A1B4D" w:rsidRPr="00A448DF" w:rsidRDefault="001A1B4D" w:rsidP="00704D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1A1B4D" w:rsidRPr="00A448DF" w:rsidRDefault="001A1B4D" w:rsidP="00704DBA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A1B4D" w:rsidRPr="00A448DF" w:rsidRDefault="001A1B4D" w:rsidP="00704DBA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1B4D" w:rsidRPr="00A448DF" w:rsidRDefault="001A1B4D" w:rsidP="00704DBA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A1B4D" w:rsidRPr="00A448DF" w:rsidRDefault="001A1B4D" w:rsidP="00704DBA">
            <w:pPr>
              <w:spacing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Практическая работа.</w:t>
            </w:r>
          </w:p>
        </w:tc>
      </w:tr>
      <w:tr w:rsidR="001A1B4D" w:rsidRPr="00A448DF" w:rsidTr="00704DBA">
        <w:trPr>
          <w:trHeight w:val="680"/>
        </w:trPr>
        <w:tc>
          <w:tcPr>
            <w:tcW w:w="526" w:type="dxa"/>
          </w:tcPr>
          <w:p w:rsidR="001A1B4D" w:rsidRPr="00A448DF" w:rsidRDefault="001A1B4D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3.</w:t>
            </w:r>
          </w:p>
        </w:tc>
        <w:tc>
          <w:tcPr>
            <w:tcW w:w="4013" w:type="dxa"/>
          </w:tcPr>
          <w:p w:rsidR="001A1B4D" w:rsidRPr="00A448DF" w:rsidRDefault="001A1B4D" w:rsidP="00704DBA">
            <w:pPr>
              <w:spacing w:before="78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Рисунок — основа изобразительного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искусства и мастерства художника.</w:t>
            </w:r>
          </w:p>
        </w:tc>
        <w:tc>
          <w:tcPr>
            <w:tcW w:w="992" w:type="dxa"/>
          </w:tcPr>
          <w:p w:rsidR="001A1B4D" w:rsidRPr="00A448DF" w:rsidRDefault="001A1B4D" w:rsidP="00704D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1A1B4D" w:rsidRPr="00A448DF" w:rsidRDefault="001A1B4D" w:rsidP="00704DBA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A1B4D" w:rsidRPr="00A448DF" w:rsidRDefault="001A1B4D" w:rsidP="00704DBA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1B4D" w:rsidRPr="00A448DF" w:rsidRDefault="001A1B4D" w:rsidP="00704DBA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A1B4D" w:rsidRPr="00A448DF" w:rsidRDefault="001A1B4D" w:rsidP="00704DBA">
            <w:pPr>
              <w:spacing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  <w:tr w:rsidR="001A1B4D" w:rsidRPr="00A448DF" w:rsidTr="00704DBA">
        <w:trPr>
          <w:trHeight w:val="703"/>
        </w:trPr>
        <w:tc>
          <w:tcPr>
            <w:tcW w:w="526" w:type="dxa"/>
          </w:tcPr>
          <w:p w:rsidR="001A1B4D" w:rsidRPr="00A448DF" w:rsidRDefault="001A1B4D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4.</w:t>
            </w:r>
          </w:p>
        </w:tc>
        <w:tc>
          <w:tcPr>
            <w:tcW w:w="4013" w:type="dxa"/>
          </w:tcPr>
          <w:p w:rsidR="001A1B4D" w:rsidRPr="00A448DF" w:rsidRDefault="001A1B4D" w:rsidP="00704DBA">
            <w:pPr>
              <w:spacing w:before="78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Выразите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льные возможности линии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1A1B4D" w:rsidRPr="00A448DF" w:rsidRDefault="001A1B4D" w:rsidP="00704D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1A1B4D" w:rsidRPr="00A448DF" w:rsidRDefault="001A1B4D" w:rsidP="00704DBA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A1B4D" w:rsidRPr="00A448DF" w:rsidRDefault="001A1B4D" w:rsidP="00704DBA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1B4D" w:rsidRPr="00A448DF" w:rsidRDefault="001A1B4D" w:rsidP="00704DBA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A1B4D" w:rsidRPr="00A448DF" w:rsidRDefault="001A1B4D" w:rsidP="00704DBA">
            <w:pPr>
              <w:spacing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  <w:tr w:rsidR="001A1B4D" w:rsidRPr="00A448DF" w:rsidTr="00704DBA">
        <w:trPr>
          <w:trHeight w:val="703"/>
        </w:trPr>
        <w:tc>
          <w:tcPr>
            <w:tcW w:w="526" w:type="dxa"/>
          </w:tcPr>
          <w:p w:rsidR="001A1B4D" w:rsidRPr="00A448DF" w:rsidRDefault="001A1B4D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5.</w:t>
            </w:r>
          </w:p>
        </w:tc>
        <w:tc>
          <w:tcPr>
            <w:tcW w:w="4013" w:type="dxa"/>
          </w:tcPr>
          <w:p w:rsidR="001A1B4D" w:rsidRPr="00A448DF" w:rsidRDefault="001A1B4D" w:rsidP="00704DBA">
            <w:pPr>
              <w:spacing w:before="76" w:line="245" w:lineRule="auto"/>
              <w:ind w:left="2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Тёмное — светлое —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тональные отношения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1A1B4D" w:rsidRPr="00A448DF" w:rsidRDefault="001A1B4D" w:rsidP="00704D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1A1B4D" w:rsidRPr="00A448DF" w:rsidRDefault="001A1B4D" w:rsidP="00704DBA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A1B4D" w:rsidRPr="00A448DF" w:rsidRDefault="001A1B4D" w:rsidP="00704DBA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1B4D" w:rsidRPr="00A448DF" w:rsidRDefault="001A1B4D" w:rsidP="00704DBA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A1B4D" w:rsidRPr="00A448DF" w:rsidRDefault="001A1B4D" w:rsidP="00704DBA">
            <w:pPr>
              <w:spacing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  <w:tr w:rsidR="001A1B4D" w:rsidRPr="00A448DF" w:rsidTr="00704DBA">
        <w:trPr>
          <w:trHeight w:val="685"/>
        </w:trPr>
        <w:tc>
          <w:tcPr>
            <w:tcW w:w="526" w:type="dxa"/>
          </w:tcPr>
          <w:p w:rsidR="001A1B4D" w:rsidRPr="00A448DF" w:rsidRDefault="001A1B4D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6.</w:t>
            </w:r>
          </w:p>
        </w:tc>
        <w:tc>
          <w:tcPr>
            <w:tcW w:w="4013" w:type="dxa"/>
          </w:tcPr>
          <w:p w:rsidR="001A1B4D" w:rsidRPr="00A448DF" w:rsidRDefault="001A1B4D" w:rsidP="00704DBA">
            <w:pPr>
              <w:spacing w:before="78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Основы цветоведения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1A1B4D" w:rsidRPr="00A448DF" w:rsidRDefault="005A3FA6" w:rsidP="00704D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1A1B4D" w:rsidRPr="00A448DF" w:rsidRDefault="001A1B4D" w:rsidP="00704DBA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A1B4D" w:rsidRPr="00A448DF" w:rsidRDefault="005A3FA6" w:rsidP="00704DBA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1B4D" w:rsidRPr="00A448DF" w:rsidRDefault="001A1B4D" w:rsidP="00704DBA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A1B4D" w:rsidRPr="00A448DF" w:rsidRDefault="001A1B4D" w:rsidP="00704DBA">
            <w:pPr>
              <w:spacing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  <w:tr w:rsidR="001A1B4D" w:rsidRPr="00A448DF" w:rsidTr="00704DBA">
        <w:trPr>
          <w:trHeight w:val="695"/>
        </w:trPr>
        <w:tc>
          <w:tcPr>
            <w:tcW w:w="526" w:type="dxa"/>
          </w:tcPr>
          <w:p w:rsidR="001A1B4D" w:rsidRPr="00A448DF" w:rsidRDefault="001A1B4D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7.</w:t>
            </w:r>
          </w:p>
        </w:tc>
        <w:tc>
          <w:tcPr>
            <w:tcW w:w="4013" w:type="dxa"/>
          </w:tcPr>
          <w:p w:rsidR="001A1B4D" w:rsidRPr="00A448DF" w:rsidRDefault="001A1B4D" w:rsidP="00704DBA">
            <w:pPr>
              <w:spacing w:before="76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Цвет как выразительное средство в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изобразительном искусстве.</w:t>
            </w:r>
          </w:p>
        </w:tc>
        <w:tc>
          <w:tcPr>
            <w:tcW w:w="992" w:type="dxa"/>
          </w:tcPr>
          <w:p w:rsidR="001A1B4D" w:rsidRPr="00A448DF" w:rsidRDefault="001A1B4D" w:rsidP="00704D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1A1B4D" w:rsidRPr="00A448DF" w:rsidRDefault="001A1B4D" w:rsidP="00704DBA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A1B4D" w:rsidRPr="00A448DF" w:rsidRDefault="001A1B4D" w:rsidP="00704DBA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1B4D" w:rsidRPr="00A448DF" w:rsidRDefault="001A1B4D" w:rsidP="00704DBA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A1B4D" w:rsidRPr="00A448DF" w:rsidRDefault="001A1B4D" w:rsidP="00704DBA">
            <w:pPr>
              <w:spacing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Практическая работа.</w:t>
            </w:r>
          </w:p>
        </w:tc>
      </w:tr>
      <w:tr w:rsidR="001A1B4D" w:rsidRPr="00A448DF" w:rsidTr="00704DBA">
        <w:trPr>
          <w:trHeight w:val="691"/>
        </w:trPr>
        <w:tc>
          <w:tcPr>
            <w:tcW w:w="526" w:type="dxa"/>
          </w:tcPr>
          <w:p w:rsidR="001A1B4D" w:rsidRPr="00A448DF" w:rsidRDefault="001A1B4D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8.</w:t>
            </w:r>
          </w:p>
        </w:tc>
        <w:tc>
          <w:tcPr>
            <w:tcW w:w="4013" w:type="dxa"/>
          </w:tcPr>
          <w:p w:rsidR="001A1B4D" w:rsidRPr="00A448DF" w:rsidRDefault="001A1B4D" w:rsidP="00704DBA">
            <w:pPr>
              <w:spacing w:before="76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Выразительные средства скульптуры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1A1B4D" w:rsidRPr="00A448DF" w:rsidRDefault="001A1B4D" w:rsidP="00704D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1A1B4D" w:rsidRPr="00A448DF" w:rsidRDefault="001A1B4D" w:rsidP="00704DBA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A1B4D" w:rsidRPr="00A448DF" w:rsidRDefault="001A1B4D" w:rsidP="00704DBA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1B4D" w:rsidRPr="00A448DF" w:rsidRDefault="001A1B4D" w:rsidP="00704DBA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A1B4D" w:rsidRPr="00A448DF" w:rsidRDefault="001A1B4D" w:rsidP="00704DBA">
            <w:pPr>
              <w:spacing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  <w:tr w:rsidR="001A1B4D" w:rsidRPr="00A448DF" w:rsidTr="00704DBA">
        <w:trPr>
          <w:trHeight w:val="843"/>
        </w:trPr>
        <w:tc>
          <w:tcPr>
            <w:tcW w:w="526" w:type="dxa"/>
          </w:tcPr>
          <w:p w:rsidR="001A1B4D" w:rsidRPr="00A448DF" w:rsidRDefault="001A1B4D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9.</w:t>
            </w:r>
          </w:p>
        </w:tc>
        <w:tc>
          <w:tcPr>
            <w:tcW w:w="4013" w:type="dxa"/>
          </w:tcPr>
          <w:p w:rsidR="001A1B4D" w:rsidRPr="00A448DF" w:rsidRDefault="001A1B4D" w:rsidP="00704DBA">
            <w:pPr>
              <w:spacing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Жанровая система в изобразительном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искусстве.</w:t>
            </w:r>
          </w:p>
        </w:tc>
        <w:tc>
          <w:tcPr>
            <w:tcW w:w="992" w:type="dxa"/>
          </w:tcPr>
          <w:p w:rsidR="001A1B4D" w:rsidRPr="00A448DF" w:rsidRDefault="001A1B4D" w:rsidP="00704D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1A1B4D" w:rsidRPr="00A448DF" w:rsidRDefault="001A1B4D" w:rsidP="00704DBA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A1B4D" w:rsidRPr="00A448DF" w:rsidRDefault="001A1B4D" w:rsidP="00704DBA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1B4D" w:rsidRPr="00A448DF" w:rsidRDefault="001A1B4D" w:rsidP="00704DBA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A1B4D" w:rsidRPr="00A448DF" w:rsidRDefault="001A1B4D" w:rsidP="00704DBA">
            <w:pPr>
              <w:ind w:left="142"/>
              <w:rPr>
                <w:rFonts w:ascii="Times New Roman" w:hAnsi="Times New Roman" w:cs="Times New Roman"/>
                <w:sz w:val="24"/>
                <w:lang w:val="ru-RU"/>
              </w:rPr>
            </w:pPr>
            <w:r w:rsidRPr="00A448DF">
              <w:rPr>
                <w:rFonts w:ascii="Times New Roman" w:hAnsi="Times New Roman" w:cs="Times New Roman"/>
                <w:sz w:val="24"/>
                <w:lang w:val="ru-RU"/>
              </w:rPr>
              <w:t>Устный опрос;</w:t>
            </w:r>
          </w:p>
        </w:tc>
      </w:tr>
      <w:tr w:rsidR="001A1B4D" w:rsidRPr="00A448DF" w:rsidTr="00704DBA">
        <w:trPr>
          <w:trHeight w:val="826"/>
        </w:trPr>
        <w:tc>
          <w:tcPr>
            <w:tcW w:w="526" w:type="dxa"/>
          </w:tcPr>
          <w:p w:rsidR="001A1B4D" w:rsidRPr="00A448DF" w:rsidRDefault="001A1B4D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10.</w:t>
            </w:r>
          </w:p>
        </w:tc>
        <w:tc>
          <w:tcPr>
            <w:tcW w:w="4013" w:type="dxa"/>
          </w:tcPr>
          <w:p w:rsidR="001A1B4D" w:rsidRPr="00A448DF" w:rsidRDefault="001A1B4D" w:rsidP="00704DBA">
            <w:pPr>
              <w:spacing w:before="76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Изображение объёмного предмета на плоскости листа.</w:t>
            </w:r>
          </w:p>
        </w:tc>
        <w:tc>
          <w:tcPr>
            <w:tcW w:w="992" w:type="dxa"/>
          </w:tcPr>
          <w:p w:rsidR="001A1B4D" w:rsidRPr="00A448DF" w:rsidRDefault="001A1B4D" w:rsidP="00704D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1A1B4D" w:rsidRPr="00A448DF" w:rsidRDefault="001A1B4D" w:rsidP="00704DBA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A1B4D" w:rsidRPr="00A448DF" w:rsidRDefault="001A1B4D" w:rsidP="00704DBA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1B4D" w:rsidRPr="00A448DF" w:rsidRDefault="001A1B4D" w:rsidP="00704DBA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A1B4D" w:rsidRPr="00A448DF" w:rsidRDefault="001A1B4D" w:rsidP="00704DBA">
            <w:pPr>
              <w:ind w:left="142"/>
              <w:rPr>
                <w:rFonts w:ascii="Times New Roman" w:hAnsi="Times New Roman" w:cs="Times New Roman"/>
                <w:sz w:val="24"/>
              </w:rPr>
            </w:pPr>
            <w:r w:rsidRPr="00A448DF">
              <w:rPr>
                <w:rFonts w:ascii="Times New Roman" w:hAnsi="Times New Roman" w:cs="Times New Roman"/>
                <w:sz w:val="24"/>
              </w:rPr>
              <w:t>Практическая</w:t>
            </w:r>
            <w:r w:rsidRPr="00A448DF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A448DF">
              <w:rPr>
                <w:rFonts w:ascii="Times New Roman" w:hAnsi="Times New Roman" w:cs="Times New Roman"/>
                <w:sz w:val="24"/>
              </w:rPr>
              <w:t>работа;</w:t>
            </w:r>
          </w:p>
        </w:tc>
      </w:tr>
      <w:tr w:rsidR="001A1B4D" w:rsidRPr="00A448DF" w:rsidTr="00704DBA">
        <w:trPr>
          <w:trHeight w:val="683"/>
        </w:trPr>
        <w:tc>
          <w:tcPr>
            <w:tcW w:w="526" w:type="dxa"/>
          </w:tcPr>
          <w:p w:rsidR="001A1B4D" w:rsidRPr="00A448DF" w:rsidRDefault="001A1B4D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11.</w:t>
            </w:r>
          </w:p>
        </w:tc>
        <w:tc>
          <w:tcPr>
            <w:tcW w:w="4013" w:type="dxa"/>
          </w:tcPr>
          <w:p w:rsidR="001A1B4D" w:rsidRPr="00A448DF" w:rsidRDefault="00E325BA" w:rsidP="00704DBA">
            <w:pPr>
              <w:spacing w:before="78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Конструкция предмета сложной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="001A1B4D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формы</w:t>
            </w:r>
            <w:r w:rsidR="001A1B4D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1A1B4D" w:rsidRPr="00A448DF" w:rsidRDefault="005A3FA6" w:rsidP="00704D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1A1B4D" w:rsidRPr="00A448DF" w:rsidRDefault="001A1B4D" w:rsidP="00704DBA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A1B4D" w:rsidRPr="00A448DF" w:rsidRDefault="005A3FA6" w:rsidP="00704DBA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1B4D" w:rsidRPr="00A448DF" w:rsidRDefault="001A1B4D" w:rsidP="00704DBA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A1B4D" w:rsidRPr="00A448DF" w:rsidRDefault="001A1B4D" w:rsidP="00704DBA">
            <w:pPr>
              <w:ind w:left="142"/>
              <w:rPr>
                <w:rFonts w:ascii="Times New Roman" w:hAnsi="Times New Roman" w:cs="Times New Roman"/>
                <w:sz w:val="24"/>
              </w:rPr>
            </w:pPr>
            <w:r w:rsidRPr="00A448DF">
              <w:rPr>
                <w:rFonts w:ascii="Times New Roman" w:hAnsi="Times New Roman" w:cs="Times New Roman"/>
                <w:sz w:val="24"/>
              </w:rPr>
              <w:t>Практическая</w:t>
            </w:r>
            <w:r w:rsidRPr="00A448DF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A448DF">
              <w:rPr>
                <w:rFonts w:ascii="Times New Roman" w:hAnsi="Times New Roman" w:cs="Times New Roman"/>
                <w:sz w:val="24"/>
              </w:rPr>
              <w:t>работа;</w:t>
            </w:r>
          </w:p>
        </w:tc>
      </w:tr>
      <w:tr w:rsidR="001A1B4D" w:rsidRPr="00A448DF" w:rsidTr="00704DBA">
        <w:trPr>
          <w:trHeight w:val="693"/>
        </w:trPr>
        <w:tc>
          <w:tcPr>
            <w:tcW w:w="526" w:type="dxa"/>
          </w:tcPr>
          <w:p w:rsidR="001A1B4D" w:rsidRPr="00A448DF" w:rsidRDefault="001A1B4D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12.</w:t>
            </w:r>
          </w:p>
        </w:tc>
        <w:tc>
          <w:tcPr>
            <w:tcW w:w="4013" w:type="dxa"/>
          </w:tcPr>
          <w:p w:rsidR="001A1B4D" w:rsidRPr="00A448DF" w:rsidRDefault="001A1B4D" w:rsidP="00704DBA">
            <w:pPr>
              <w:spacing w:before="76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Свет и тень. Правила светотеневого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изображения предмета.</w:t>
            </w:r>
          </w:p>
        </w:tc>
        <w:tc>
          <w:tcPr>
            <w:tcW w:w="992" w:type="dxa"/>
          </w:tcPr>
          <w:p w:rsidR="001A1B4D" w:rsidRPr="00A448DF" w:rsidRDefault="005A3FA6" w:rsidP="00704D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1A1B4D" w:rsidRPr="00A448DF" w:rsidRDefault="001A1B4D" w:rsidP="00704DBA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A1B4D" w:rsidRPr="00A448DF" w:rsidRDefault="005A3FA6" w:rsidP="00704DBA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1B4D" w:rsidRPr="00A448DF" w:rsidRDefault="001A1B4D" w:rsidP="00704DBA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A1B4D" w:rsidRPr="00A448DF" w:rsidRDefault="001A1B4D" w:rsidP="00704DBA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1A1B4D" w:rsidRPr="00A448DF" w:rsidTr="00704DBA">
        <w:trPr>
          <w:trHeight w:val="689"/>
        </w:trPr>
        <w:tc>
          <w:tcPr>
            <w:tcW w:w="526" w:type="dxa"/>
          </w:tcPr>
          <w:p w:rsidR="001A1B4D" w:rsidRPr="00A448DF" w:rsidRDefault="001A1B4D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13.</w:t>
            </w:r>
          </w:p>
        </w:tc>
        <w:tc>
          <w:tcPr>
            <w:tcW w:w="4013" w:type="dxa"/>
          </w:tcPr>
          <w:p w:rsidR="001A1B4D" w:rsidRPr="00A448DF" w:rsidRDefault="001A1B4D" w:rsidP="00704DBA">
            <w:pPr>
              <w:spacing w:before="78" w:line="247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Рисунок натюрморта графическими </w:t>
            </w:r>
            <w:r w:rsidRPr="00A448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материалами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1A1B4D" w:rsidRPr="00A448DF" w:rsidRDefault="005A3FA6" w:rsidP="00704D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1A1B4D" w:rsidRPr="00A448DF" w:rsidRDefault="001A1B4D" w:rsidP="00704DBA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A1B4D" w:rsidRPr="00A448DF" w:rsidRDefault="005A3FA6" w:rsidP="00704DBA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1B4D" w:rsidRPr="00A448DF" w:rsidRDefault="001A1B4D" w:rsidP="00704DBA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A1B4D" w:rsidRPr="00A448DF" w:rsidRDefault="001A1B4D" w:rsidP="00704DBA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5A3FA6" w:rsidRPr="00A448DF" w:rsidTr="00704DBA">
        <w:trPr>
          <w:trHeight w:val="558"/>
        </w:trPr>
        <w:tc>
          <w:tcPr>
            <w:tcW w:w="526" w:type="dxa"/>
          </w:tcPr>
          <w:p w:rsidR="005A3FA6" w:rsidRPr="00A448DF" w:rsidRDefault="005A3FA6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14.</w:t>
            </w:r>
          </w:p>
        </w:tc>
        <w:tc>
          <w:tcPr>
            <w:tcW w:w="4013" w:type="dxa"/>
          </w:tcPr>
          <w:p w:rsidR="005A3FA6" w:rsidRPr="00A448DF" w:rsidRDefault="005A3FA6" w:rsidP="00704DBA">
            <w:pPr>
              <w:spacing w:before="76" w:line="245" w:lineRule="auto"/>
              <w:ind w:left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Портретный жанр в истории искусства.</w:t>
            </w:r>
          </w:p>
        </w:tc>
        <w:tc>
          <w:tcPr>
            <w:tcW w:w="992" w:type="dxa"/>
          </w:tcPr>
          <w:p w:rsidR="005A3FA6" w:rsidRPr="00A448DF" w:rsidRDefault="005A3FA6" w:rsidP="00704D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A3FA6" w:rsidRPr="00A448DF" w:rsidRDefault="005A3FA6" w:rsidP="00704DBA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A3FA6" w:rsidRPr="00A448DF" w:rsidRDefault="005A3FA6" w:rsidP="00704DBA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A3FA6" w:rsidRPr="00A448DF" w:rsidRDefault="005A3FA6" w:rsidP="00704DBA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A3FA6" w:rsidRPr="00A448DF" w:rsidRDefault="005A3FA6" w:rsidP="00704DBA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Тестирование;</w:t>
            </w:r>
          </w:p>
        </w:tc>
      </w:tr>
      <w:tr w:rsidR="005A3FA6" w:rsidRPr="00A448DF" w:rsidTr="00704DBA">
        <w:trPr>
          <w:trHeight w:val="637"/>
        </w:trPr>
        <w:tc>
          <w:tcPr>
            <w:tcW w:w="526" w:type="dxa"/>
          </w:tcPr>
          <w:p w:rsidR="005A3FA6" w:rsidRPr="00A448DF" w:rsidRDefault="005A3FA6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15.</w:t>
            </w:r>
          </w:p>
        </w:tc>
        <w:tc>
          <w:tcPr>
            <w:tcW w:w="4013" w:type="dxa"/>
          </w:tcPr>
          <w:p w:rsidR="005A3FA6" w:rsidRPr="00A448DF" w:rsidRDefault="005A3FA6" w:rsidP="00704DBA">
            <w:pPr>
              <w:spacing w:before="76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Конструкция головы человека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5A3FA6" w:rsidRPr="00A448DF" w:rsidRDefault="005A3FA6" w:rsidP="00704D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A3FA6" w:rsidRPr="00A448DF" w:rsidRDefault="005A3FA6" w:rsidP="00704DBA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A3FA6" w:rsidRPr="00A448DF" w:rsidRDefault="005A3FA6" w:rsidP="00704DBA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A3FA6" w:rsidRPr="00A448DF" w:rsidRDefault="005A3FA6" w:rsidP="00704DBA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A3FA6" w:rsidRPr="00A448DF" w:rsidRDefault="005A3FA6" w:rsidP="00704DBA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5A3FA6" w:rsidRPr="00A448DF" w:rsidTr="00704DBA">
        <w:trPr>
          <w:trHeight w:val="845"/>
        </w:trPr>
        <w:tc>
          <w:tcPr>
            <w:tcW w:w="526" w:type="dxa"/>
          </w:tcPr>
          <w:p w:rsidR="005A3FA6" w:rsidRPr="00A448DF" w:rsidRDefault="005A3FA6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16.</w:t>
            </w:r>
          </w:p>
        </w:tc>
        <w:tc>
          <w:tcPr>
            <w:tcW w:w="4013" w:type="dxa"/>
          </w:tcPr>
          <w:p w:rsidR="005A3FA6" w:rsidRPr="00A448DF" w:rsidRDefault="005A3FA6" w:rsidP="00704DBA">
            <w:pPr>
              <w:spacing w:before="78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Графический портретный рисунок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5A3FA6" w:rsidRPr="00A448DF" w:rsidRDefault="005A3FA6" w:rsidP="00704D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A3FA6" w:rsidRPr="00A448DF" w:rsidRDefault="005A3FA6" w:rsidP="00704DBA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A3FA6" w:rsidRPr="00A448DF" w:rsidRDefault="005A3FA6" w:rsidP="00704DBA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A3FA6" w:rsidRPr="00A448DF" w:rsidRDefault="005A3FA6" w:rsidP="00704DBA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A3FA6" w:rsidRPr="00A448DF" w:rsidRDefault="005A3FA6" w:rsidP="00704DBA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5A3FA6" w:rsidRPr="00A448DF" w:rsidTr="00704DBA">
        <w:trPr>
          <w:trHeight w:val="687"/>
        </w:trPr>
        <w:tc>
          <w:tcPr>
            <w:tcW w:w="526" w:type="dxa"/>
          </w:tcPr>
          <w:p w:rsidR="005A3FA6" w:rsidRPr="00A448DF" w:rsidRDefault="005A3FA6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17.</w:t>
            </w:r>
          </w:p>
        </w:tc>
        <w:tc>
          <w:tcPr>
            <w:tcW w:w="4013" w:type="dxa"/>
          </w:tcPr>
          <w:p w:rsidR="005A3FA6" w:rsidRPr="00A448DF" w:rsidRDefault="005A3FA6" w:rsidP="00704DBA">
            <w:pPr>
              <w:spacing w:before="76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Свет и тень в изображении головы человека.</w:t>
            </w:r>
          </w:p>
        </w:tc>
        <w:tc>
          <w:tcPr>
            <w:tcW w:w="992" w:type="dxa"/>
          </w:tcPr>
          <w:p w:rsidR="005A3FA6" w:rsidRPr="00A448DF" w:rsidRDefault="005A3FA6" w:rsidP="00704D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A3FA6" w:rsidRPr="00A448DF" w:rsidRDefault="005A3FA6" w:rsidP="00704DBA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A3FA6" w:rsidRPr="00A448DF" w:rsidRDefault="005A3FA6" w:rsidP="00704DBA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A3FA6" w:rsidRPr="00A448DF" w:rsidRDefault="005A3FA6" w:rsidP="00704DBA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A3FA6" w:rsidRPr="00A448DF" w:rsidRDefault="005A3FA6" w:rsidP="00704DBA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5A3FA6" w:rsidRPr="00A448DF" w:rsidTr="00704DBA">
        <w:trPr>
          <w:trHeight w:val="699"/>
        </w:trPr>
        <w:tc>
          <w:tcPr>
            <w:tcW w:w="526" w:type="dxa"/>
          </w:tcPr>
          <w:p w:rsidR="005A3FA6" w:rsidRPr="00A448DF" w:rsidRDefault="005A3FA6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18.</w:t>
            </w:r>
          </w:p>
        </w:tc>
        <w:tc>
          <w:tcPr>
            <w:tcW w:w="4013" w:type="dxa"/>
          </w:tcPr>
          <w:p w:rsidR="005A3FA6" w:rsidRPr="00A448DF" w:rsidRDefault="005A3FA6" w:rsidP="00704DBA">
            <w:pPr>
              <w:spacing w:before="78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Портрет в скульптуре.</w:t>
            </w:r>
          </w:p>
        </w:tc>
        <w:tc>
          <w:tcPr>
            <w:tcW w:w="992" w:type="dxa"/>
          </w:tcPr>
          <w:p w:rsidR="005A3FA6" w:rsidRPr="00A448DF" w:rsidRDefault="005A3FA6" w:rsidP="00704D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A3FA6" w:rsidRPr="00A448DF" w:rsidRDefault="005A3FA6" w:rsidP="00704DBA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A3FA6" w:rsidRPr="00A448DF" w:rsidRDefault="005A3FA6" w:rsidP="00704DBA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A3FA6" w:rsidRPr="00A448DF" w:rsidRDefault="005A3FA6" w:rsidP="00704DBA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A3FA6" w:rsidRPr="00A448DF" w:rsidRDefault="005A3FA6" w:rsidP="00704DBA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5A3FA6" w:rsidRPr="00A448DF" w:rsidTr="00704DBA">
        <w:trPr>
          <w:trHeight w:val="832"/>
        </w:trPr>
        <w:tc>
          <w:tcPr>
            <w:tcW w:w="526" w:type="dxa"/>
          </w:tcPr>
          <w:p w:rsidR="005A3FA6" w:rsidRPr="00A448DF" w:rsidRDefault="005A3FA6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19.</w:t>
            </w:r>
          </w:p>
        </w:tc>
        <w:tc>
          <w:tcPr>
            <w:tcW w:w="4013" w:type="dxa"/>
          </w:tcPr>
          <w:p w:rsidR="005A3FA6" w:rsidRPr="00A448DF" w:rsidRDefault="005A3FA6" w:rsidP="00704DBA">
            <w:pPr>
              <w:spacing w:before="78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Живописное изображение портрета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5A3FA6" w:rsidRPr="00A448DF" w:rsidRDefault="005A3FA6" w:rsidP="00704D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A3FA6" w:rsidRPr="00A448DF" w:rsidRDefault="005A3FA6" w:rsidP="00704DBA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A3FA6" w:rsidRPr="00A448DF" w:rsidRDefault="005A3FA6" w:rsidP="00704DBA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A3FA6" w:rsidRPr="00A448DF" w:rsidRDefault="005A3FA6" w:rsidP="00704DBA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A3FA6" w:rsidRPr="00A448DF" w:rsidRDefault="005A3FA6" w:rsidP="00704DBA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5A3FA6" w:rsidRPr="00A448DF" w:rsidTr="00704DBA">
        <w:trPr>
          <w:trHeight w:val="831"/>
        </w:trPr>
        <w:tc>
          <w:tcPr>
            <w:tcW w:w="526" w:type="dxa"/>
          </w:tcPr>
          <w:p w:rsidR="005A3FA6" w:rsidRPr="00A448DF" w:rsidRDefault="005A3FA6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lastRenderedPageBreak/>
              <w:t>20.</w:t>
            </w:r>
          </w:p>
        </w:tc>
        <w:tc>
          <w:tcPr>
            <w:tcW w:w="4013" w:type="dxa"/>
          </w:tcPr>
          <w:p w:rsidR="005A3FA6" w:rsidRPr="00A448DF" w:rsidRDefault="005A3FA6" w:rsidP="00704DBA">
            <w:pPr>
              <w:spacing w:before="76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Правила построения линейной перспективы в изображении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пространства.</w:t>
            </w:r>
          </w:p>
        </w:tc>
        <w:tc>
          <w:tcPr>
            <w:tcW w:w="992" w:type="dxa"/>
          </w:tcPr>
          <w:p w:rsidR="005A3FA6" w:rsidRPr="00A448DF" w:rsidRDefault="005A3FA6" w:rsidP="00704D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A3FA6" w:rsidRPr="00A448DF" w:rsidRDefault="005A3FA6" w:rsidP="00704DBA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A3FA6" w:rsidRPr="00A448DF" w:rsidRDefault="005A3FA6" w:rsidP="00704DBA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A3FA6" w:rsidRPr="00A448DF" w:rsidRDefault="005A3FA6" w:rsidP="00704DBA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A3FA6" w:rsidRPr="00A448DF" w:rsidRDefault="005A3FA6" w:rsidP="00704DBA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5A3FA6" w:rsidRPr="00A448DF" w:rsidTr="00704DBA">
        <w:trPr>
          <w:trHeight w:val="545"/>
        </w:trPr>
        <w:tc>
          <w:tcPr>
            <w:tcW w:w="526" w:type="dxa"/>
          </w:tcPr>
          <w:p w:rsidR="005A3FA6" w:rsidRPr="00A448DF" w:rsidRDefault="005A3FA6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21.</w:t>
            </w:r>
          </w:p>
        </w:tc>
        <w:tc>
          <w:tcPr>
            <w:tcW w:w="4013" w:type="dxa"/>
          </w:tcPr>
          <w:p w:rsidR="005A3FA6" w:rsidRPr="00A448DF" w:rsidRDefault="005A3FA6" w:rsidP="00704DBA">
            <w:pPr>
              <w:spacing w:before="78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Правила воздушной перспективы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5A3FA6" w:rsidRPr="00A448DF" w:rsidRDefault="005A3FA6" w:rsidP="00704D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A3FA6" w:rsidRPr="00A448DF" w:rsidRDefault="005A3FA6" w:rsidP="00704DBA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A3FA6" w:rsidRPr="00A448DF" w:rsidRDefault="005A3FA6" w:rsidP="00704DBA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A3FA6" w:rsidRPr="00A448DF" w:rsidRDefault="005A3FA6" w:rsidP="00704DBA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A3FA6" w:rsidRPr="00A448DF" w:rsidRDefault="005A3FA6" w:rsidP="00704DBA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5A3FA6" w:rsidRPr="00A448DF" w:rsidTr="005A3FA6">
        <w:trPr>
          <w:trHeight w:val="626"/>
        </w:trPr>
        <w:tc>
          <w:tcPr>
            <w:tcW w:w="526" w:type="dxa"/>
          </w:tcPr>
          <w:p w:rsidR="005A3FA6" w:rsidRPr="00A448DF" w:rsidRDefault="005A3FA6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22.</w:t>
            </w:r>
          </w:p>
        </w:tc>
        <w:tc>
          <w:tcPr>
            <w:tcW w:w="4013" w:type="dxa"/>
          </w:tcPr>
          <w:p w:rsidR="005A3FA6" w:rsidRPr="00A448DF" w:rsidRDefault="005A3FA6" w:rsidP="005A3FA6">
            <w:pPr>
              <w:spacing w:before="78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Особенности изображения разных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состояний природы и её освещения.</w:t>
            </w:r>
          </w:p>
        </w:tc>
        <w:tc>
          <w:tcPr>
            <w:tcW w:w="992" w:type="dxa"/>
          </w:tcPr>
          <w:p w:rsidR="005A3FA6" w:rsidRPr="00A448DF" w:rsidRDefault="005A3FA6" w:rsidP="00704D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A3FA6" w:rsidRPr="00A448DF" w:rsidRDefault="005A3FA6" w:rsidP="00704DBA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A3FA6" w:rsidRPr="00A448DF" w:rsidRDefault="005A3FA6" w:rsidP="00704DBA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A3FA6" w:rsidRPr="00A448DF" w:rsidRDefault="005A3FA6" w:rsidP="00704DBA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A3FA6" w:rsidRPr="00A448DF" w:rsidRDefault="005A3FA6" w:rsidP="00704DBA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E325BA" w:rsidRPr="00A448DF" w:rsidTr="00704DBA">
        <w:trPr>
          <w:trHeight w:val="626"/>
        </w:trPr>
        <w:tc>
          <w:tcPr>
            <w:tcW w:w="526" w:type="dxa"/>
          </w:tcPr>
          <w:p w:rsidR="00E325BA" w:rsidRPr="00A448DF" w:rsidRDefault="00E325BA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23.</w:t>
            </w:r>
          </w:p>
        </w:tc>
        <w:tc>
          <w:tcPr>
            <w:tcW w:w="4013" w:type="dxa"/>
          </w:tcPr>
          <w:p w:rsidR="00E325BA" w:rsidRPr="00A448DF" w:rsidRDefault="00E325BA" w:rsidP="00704DBA">
            <w:pPr>
              <w:spacing w:before="78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Пейзаж в истории русской живописи и его значение в отечественной культуре.</w:t>
            </w:r>
          </w:p>
        </w:tc>
        <w:tc>
          <w:tcPr>
            <w:tcW w:w="992" w:type="dxa"/>
          </w:tcPr>
          <w:p w:rsidR="00E325BA" w:rsidRPr="00A448DF" w:rsidRDefault="00E325BA" w:rsidP="00704D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325BA" w:rsidRPr="00A448DF" w:rsidRDefault="00E325BA" w:rsidP="00704DBA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E325BA" w:rsidRPr="00A448DF" w:rsidRDefault="00E325BA" w:rsidP="00704DBA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325BA" w:rsidRPr="00A448DF" w:rsidRDefault="00E325BA" w:rsidP="00704DBA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E325BA" w:rsidRPr="00A448DF" w:rsidRDefault="00E325BA" w:rsidP="00704DBA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E325BA" w:rsidRPr="00A448DF" w:rsidTr="00704DBA">
        <w:trPr>
          <w:trHeight w:val="626"/>
        </w:trPr>
        <w:tc>
          <w:tcPr>
            <w:tcW w:w="526" w:type="dxa"/>
          </w:tcPr>
          <w:p w:rsidR="00E325BA" w:rsidRPr="00A448DF" w:rsidRDefault="00E325BA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24.</w:t>
            </w:r>
          </w:p>
        </w:tc>
        <w:tc>
          <w:tcPr>
            <w:tcW w:w="4013" w:type="dxa"/>
          </w:tcPr>
          <w:p w:rsidR="00E325BA" w:rsidRPr="00A448DF" w:rsidRDefault="00E325BA" w:rsidP="00704DBA">
            <w:pPr>
              <w:spacing w:before="78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Пейзаж в графике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E325BA" w:rsidRPr="00A448DF" w:rsidRDefault="00E325BA" w:rsidP="00704D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325BA" w:rsidRPr="00A448DF" w:rsidRDefault="00E325BA" w:rsidP="00704DBA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E325BA" w:rsidRPr="00A448DF" w:rsidRDefault="00E325BA" w:rsidP="00704DBA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325BA" w:rsidRPr="00A448DF" w:rsidRDefault="00E325BA" w:rsidP="00704DBA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E325BA" w:rsidRPr="00A448DF" w:rsidRDefault="00E325BA" w:rsidP="00704DBA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E325BA" w:rsidRPr="00A448DF" w:rsidTr="00704DBA">
        <w:trPr>
          <w:trHeight w:val="626"/>
        </w:trPr>
        <w:tc>
          <w:tcPr>
            <w:tcW w:w="526" w:type="dxa"/>
          </w:tcPr>
          <w:p w:rsidR="00E325BA" w:rsidRPr="00A448DF" w:rsidRDefault="00E325BA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25.</w:t>
            </w:r>
          </w:p>
        </w:tc>
        <w:tc>
          <w:tcPr>
            <w:tcW w:w="4013" w:type="dxa"/>
          </w:tcPr>
          <w:p w:rsidR="00E325BA" w:rsidRPr="00A448DF" w:rsidRDefault="00E325BA" w:rsidP="00704DBA">
            <w:pPr>
              <w:spacing w:before="78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Городской пейзаж.</w:t>
            </w:r>
          </w:p>
        </w:tc>
        <w:tc>
          <w:tcPr>
            <w:tcW w:w="992" w:type="dxa"/>
          </w:tcPr>
          <w:p w:rsidR="00E325BA" w:rsidRPr="00A448DF" w:rsidRDefault="00E325BA" w:rsidP="00704D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325BA" w:rsidRPr="00A448DF" w:rsidRDefault="00E325BA" w:rsidP="00704DBA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E325BA" w:rsidRPr="00A448DF" w:rsidRDefault="00E325BA" w:rsidP="00704DBA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325BA" w:rsidRPr="00A448DF" w:rsidRDefault="00E325BA" w:rsidP="00704DBA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E325BA" w:rsidRPr="00A448DF" w:rsidRDefault="00E325BA" w:rsidP="00704DBA">
            <w:pPr>
              <w:pStyle w:val="TableParagraph"/>
              <w:spacing w:line="266" w:lineRule="auto"/>
              <w:ind w:left="99" w:right="132"/>
              <w:rPr>
                <w:spacing w:val="-1"/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E325BA" w:rsidRPr="00A448DF" w:rsidTr="00704DBA">
        <w:trPr>
          <w:trHeight w:val="626"/>
        </w:trPr>
        <w:tc>
          <w:tcPr>
            <w:tcW w:w="526" w:type="dxa"/>
          </w:tcPr>
          <w:p w:rsidR="00E325BA" w:rsidRPr="00A448DF" w:rsidRDefault="00E325BA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27.</w:t>
            </w:r>
          </w:p>
        </w:tc>
        <w:tc>
          <w:tcPr>
            <w:tcW w:w="4013" w:type="dxa"/>
          </w:tcPr>
          <w:p w:rsidR="00E325BA" w:rsidRPr="00A448DF" w:rsidRDefault="00E325BA" w:rsidP="00704DBA">
            <w:pPr>
              <w:spacing w:before="78" w:line="247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Изображение бытовой жизни людей в традициях искусства разных эпох.</w:t>
            </w:r>
          </w:p>
        </w:tc>
        <w:tc>
          <w:tcPr>
            <w:tcW w:w="992" w:type="dxa"/>
          </w:tcPr>
          <w:p w:rsidR="00E325BA" w:rsidRPr="00A448DF" w:rsidRDefault="00E325BA" w:rsidP="00704D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325BA" w:rsidRPr="00A448DF" w:rsidRDefault="00E325BA" w:rsidP="00704DBA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E325BA" w:rsidRPr="00A448DF" w:rsidRDefault="00E325BA" w:rsidP="00704DBA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325BA" w:rsidRPr="00A448DF" w:rsidRDefault="00E325BA" w:rsidP="00704DBA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E325BA" w:rsidRPr="00A448DF" w:rsidRDefault="00E325BA" w:rsidP="00704DBA">
            <w:pPr>
              <w:pStyle w:val="TableParagraph"/>
              <w:spacing w:line="266" w:lineRule="auto"/>
              <w:ind w:left="99" w:right="132"/>
              <w:rPr>
                <w:spacing w:val="-1"/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Устный опрос;</w:t>
            </w:r>
          </w:p>
        </w:tc>
      </w:tr>
      <w:tr w:rsidR="00E325BA" w:rsidRPr="00A448DF" w:rsidTr="00704DBA">
        <w:trPr>
          <w:trHeight w:val="626"/>
        </w:trPr>
        <w:tc>
          <w:tcPr>
            <w:tcW w:w="526" w:type="dxa"/>
          </w:tcPr>
          <w:p w:rsidR="00E325BA" w:rsidRPr="00A448DF" w:rsidRDefault="00E325BA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28.</w:t>
            </w:r>
          </w:p>
        </w:tc>
        <w:tc>
          <w:tcPr>
            <w:tcW w:w="4013" w:type="dxa"/>
          </w:tcPr>
          <w:p w:rsidR="00E325BA" w:rsidRPr="00A448DF" w:rsidRDefault="00E325BA" w:rsidP="00704DBA">
            <w:pPr>
              <w:spacing w:before="76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Работа над сюжетной композицией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E325BA" w:rsidRPr="00A448DF" w:rsidRDefault="00E325BA" w:rsidP="00704D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325BA" w:rsidRPr="00A448DF" w:rsidRDefault="00E325BA" w:rsidP="00704DBA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E325BA" w:rsidRPr="00A448DF" w:rsidRDefault="00E325BA" w:rsidP="00704DBA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325BA" w:rsidRPr="00A448DF" w:rsidRDefault="00E325BA" w:rsidP="00704DBA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E325BA" w:rsidRPr="00A448DF" w:rsidRDefault="00E325BA" w:rsidP="00704DBA">
            <w:pPr>
              <w:pStyle w:val="TableParagraph"/>
              <w:spacing w:line="266" w:lineRule="auto"/>
              <w:ind w:left="99" w:right="132"/>
              <w:rPr>
                <w:spacing w:val="-1"/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E325BA" w:rsidRPr="00A448DF" w:rsidTr="00704DBA">
        <w:trPr>
          <w:trHeight w:val="626"/>
        </w:trPr>
        <w:tc>
          <w:tcPr>
            <w:tcW w:w="526" w:type="dxa"/>
          </w:tcPr>
          <w:p w:rsidR="00E325BA" w:rsidRPr="00A448DF" w:rsidRDefault="00E325BA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29.</w:t>
            </w:r>
          </w:p>
        </w:tc>
        <w:tc>
          <w:tcPr>
            <w:tcW w:w="4013" w:type="dxa"/>
          </w:tcPr>
          <w:p w:rsidR="00E325BA" w:rsidRPr="00A448DF" w:rsidRDefault="00E325BA" w:rsidP="00704DBA">
            <w:pPr>
              <w:spacing w:before="78" w:line="25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Историческая картина в истории искусства, её особое значение.</w:t>
            </w:r>
          </w:p>
        </w:tc>
        <w:tc>
          <w:tcPr>
            <w:tcW w:w="992" w:type="dxa"/>
          </w:tcPr>
          <w:p w:rsidR="00E325BA" w:rsidRPr="00A448DF" w:rsidRDefault="00E325BA" w:rsidP="00704D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325BA" w:rsidRPr="00A448DF" w:rsidRDefault="00E325BA" w:rsidP="00704DBA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E325BA" w:rsidRPr="00A448DF" w:rsidRDefault="00E325BA" w:rsidP="00704DBA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325BA" w:rsidRPr="00A448DF" w:rsidRDefault="00E325BA" w:rsidP="00704DBA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E325BA" w:rsidRPr="00A448DF" w:rsidRDefault="00E325BA" w:rsidP="00704DBA">
            <w:pPr>
              <w:pStyle w:val="TableParagraph"/>
              <w:spacing w:line="266" w:lineRule="auto"/>
              <w:ind w:left="99" w:right="132"/>
              <w:rPr>
                <w:spacing w:val="-1"/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Устный опрос;</w:t>
            </w:r>
          </w:p>
        </w:tc>
      </w:tr>
      <w:tr w:rsidR="00E325BA" w:rsidRPr="00A448DF" w:rsidTr="00704DBA">
        <w:trPr>
          <w:trHeight w:val="626"/>
        </w:trPr>
        <w:tc>
          <w:tcPr>
            <w:tcW w:w="526" w:type="dxa"/>
          </w:tcPr>
          <w:p w:rsidR="00E325BA" w:rsidRPr="00A448DF" w:rsidRDefault="00E325BA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30.</w:t>
            </w:r>
          </w:p>
        </w:tc>
        <w:tc>
          <w:tcPr>
            <w:tcW w:w="4013" w:type="dxa"/>
          </w:tcPr>
          <w:p w:rsidR="00E325BA" w:rsidRPr="00A448DF" w:rsidRDefault="00E325BA" w:rsidP="00704DBA">
            <w:pPr>
              <w:spacing w:before="76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Историческая картина в русской живописи.</w:t>
            </w:r>
          </w:p>
        </w:tc>
        <w:tc>
          <w:tcPr>
            <w:tcW w:w="992" w:type="dxa"/>
          </w:tcPr>
          <w:p w:rsidR="00E325BA" w:rsidRPr="00A448DF" w:rsidRDefault="00E325BA" w:rsidP="00704D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325BA" w:rsidRPr="00A448DF" w:rsidRDefault="00E325BA" w:rsidP="00704DBA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E325BA" w:rsidRPr="00A448DF" w:rsidRDefault="00E325BA" w:rsidP="00704DBA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325BA" w:rsidRPr="00A448DF" w:rsidRDefault="00E325BA" w:rsidP="00704DBA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E325BA" w:rsidRPr="00A448DF" w:rsidRDefault="00E325BA" w:rsidP="00704DBA">
            <w:pPr>
              <w:pStyle w:val="TableParagraph"/>
              <w:spacing w:line="266" w:lineRule="auto"/>
              <w:ind w:left="99" w:right="132"/>
              <w:rPr>
                <w:spacing w:val="-1"/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Устный опрос;</w:t>
            </w:r>
          </w:p>
        </w:tc>
      </w:tr>
      <w:tr w:rsidR="00E325BA" w:rsidRPr="00A448DF" w:rsidTr="00704DBA">
        <w:trPr>
          <w:trHeight w:val="626"/>
        </w:trPr>
        <w:tc>
          <w:tcPr>
            <w:tcW w:w="526" w:type="dxa"/>
          </w:tcPr>
          <w:p w:rsidR="00E325BA" w:rsidRPr="00A448DF" w:rsidRDefault="00E325BA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31.</w:t>
            </w:r>
          </w:p>
        </w:tc>
        <w:tc>
          <w:tcPr>
            <w:tcW w:w="4013" w:type="dxa"/>
          </w:tcPr>
          <w:p w:rsidR="00E325BA" w:rsidRPr="00A448DF" w:rsidRDefault="00E325BA" w:rsidP="00704DBA">
            <w:pPr>
              <w:spacing w:before="78" w:line="247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Работа над сюжетной композицией.</w:t>
            </w:r>
          </w:p>
        </w:tc>
        <w:tc>
          <w:tcPr>
            <w:tcW w:w="992" w:type="dxa"/>
          </w:tcPr>
          <w:p w:rsidR="00E325BA" w:rsidRPr="00A448DF" w:rsidRDefault="00E325BA" w:rsidP="00704D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325BA" w:rsidRPr="00A448DF" w:rsidRDefault="00E325BA" w:rsidP="00704DBA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E325BA" w:rsidRPr="00A448DF" w:rsidRDefault="00E325BA" w:rsidP="00704DBA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325BA" w:rsidRPr="00A448DF" w:rsidRDefault="00E325BA" w:rsidP="00704DBA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E325BA" w:rsidRPr="00A448DF" w:rsidRDefault="00E325BA" w:rsidP="00704DBA">
            <w:pPr>
              <w:pStyle w:val="TableParagraph"/>
              <w:spacing w:line="266" w:lineRule="auto"/>
              <w:ind w:left="99" w:right="132"/>
              <w:rPr>
                <w:spacing w:val="-1"/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E325BA" w:rsidRPr="00A448DF" w:rsidTr="00704DBA">
        <w:trPr>
          <w:trHeight w:val="626"/>
        </w:trPr>
        <w:tc>
          <w:tcPr>
            <w:tcW w:w="526" w:type="dxa"/>
          </w:tcPr>
          <w:p w:rsidR="00E325BA" w:rsidRPr="00A448DF" w:rsidRDefault="00E325BA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32.</w:t>
            </w:r>
          </w:p>
        </w:tc>
        <w:tc>
          <w:tcPr>
            <w:tcW w:w="4013" w:type="dxa"/>
          </w:tcPr>
          <w:p w:rsidR="00E325BA" w:rsidRPr="00A448DF" w:rsidRDefault="00E325BA" w:rsidP="00704DBA">
            <w:pPr>
              <w:spacing w:before="76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Библейские темы в истории европейской и отечественной живописи.</w:t>
            </w:r>
          </w:p>
        </w:tc>
        <w:tc>
          <w:tcPr>
            <w:tcW w:w="992" w:type="dxa"/>
          </w:tcPr>
          <w:p w:rsidR="00E325BA" w:rsidRPr="00A448DF" w:rsidRDefault="00E325BA" w:rsidP="00704D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325BA" w:rsidRPr="00A448DF" w:rsidRDefault="00E325BA" w:rsidP="00704DBA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E325BA" w:rsidRPr="00A448DF" w:rsidRDefault="00E325BA" w:rsidP="00704DBA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325BA" w:rsidRPr="00A448DF" w:rsidRDefault="00E325BA" w:rsidP="00704DBA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E325BA" w:rsidRPr="00A448DF" w:rsidRDefault="00E325BA" w:rsidP="00704DBA">
            <w:pPr>
              <w:pStyle w:val="TableParagraph"/>
              <w:spacing w:line="266" w:lineRule="auto"/>
              <w:ind w:left="99" w:right="132"/>
              <w:rPr>
                <w:spacing w:val="-1"/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Устный опрос;</w:t>
            </w:r>
          </w:p>
        </w:tc>
      </w:tr>
      <w:tr w:rsidR="00E325BA" w:rsidRPr="00A448DF" w:rsidTr="00704DBA">
        <w:trPr>
          <w:trHeight w:val="626"/>
        </w:trPr>
        <w:tc>
          <w:tcPr>
            <w:tcW w:w="526" w:type="dxa"/>
          </w:tcPr>
          <w:p w:rsidR="00E325BA" w:rsidRPr="00A448DF" w:rsidRDefault="00E325BA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33.</w:t>
            </w:r>
          </w:p>
        </w:tc>
        <w:tc>
          <w:tcPr>
            <w:tcW w:w="4013" w:type="dxa"/>
          </w:tcPr>
          <w:p w:rsidR="00E325BA" w:rsidRPr="00A448DF" w:rsidRDefault="00E325BA" w:rsidP="00704DBA">
            <w:pPr>
              <w:spacing w:before="78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Библейские темы в русском искусстве 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XIX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992" w:type="dxa"/>
          </w:tcPr>
          <w:p w:rsidR="00E325BA" w:rsidRPr="00A448DF" w:rsidRDefault="00E325BA" w:rsidP="00704D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325BA" w:rsidRPr="00A448DF" w:rsidRDefault="00E325BA" w:rsidP="00704DBA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E325BA" w:rsidRPr="00A448DF" w:rsidRDefault="00E325BA" w:rsidP="00704DBA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325BA" w:rsidRPr="00A448DF" w:rsidRDefault="00E325BA" w:rsidP="00704DBA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E325BA" w:rsidRPr="00A448DF" w:rsidRDefault="00E325BA" w:rsidP="00704DBA">
            <w:pPr>
              <w:spacing w:before="76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Тестирование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  <w:tr w:rsidR="00E325BA" w:rsidRPr="009E482D" w:rsidTr="00704DBA">
        <w:trPr>
          <w:trHeight w:val="626"/>
        </w:trPr>
        <w:tc>
          <w:tcPr>
            <w:tcW w:w="526" w:type="dxa"/>
          </w:tcPr>
          <w:p w:rsidR="00E325BA" w:rsidRPr="00A448DF" w:rsidRDefault="00E325BA" w:rsidP="00704DBA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34.</w:t>
            </w:r>
          </w:p>
        </w:tc>
        <w:tc>
          <w:tcPr>
            <w:tcW w:w="4013" w:type="dxa"/>
          </w:tcPr>
          <w:p w:rsidR="00E325BA" w:rsidRPr="00A448DF" w:rsidRDefault="00E325BA" w:rsidP="00704DBA">
            <w:pPr>
              <w:spacing w:before="78" w:line="25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Иконопись в истории русского искусства.</w:t>
            </w:r>
          </w:p>
        </w:tc>
        <w:tc>
          <w:tcPr>
            <w:tcW w:w="992" w:type="dxa"/>
          </w:tcPr>
          <w:p w:rsidR="00E325BA" w:rsidRPr="00A448DF" w:rsidRDefault="00E325BA" w:rsidP="00704D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325BA" w:rsidRPr="00A448DF" w:rsidRDefault="00E325BA" w:rsidP="00704DBA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E325BA" w:rsidRPr="00A448DF" w:rsidRDefault="00E325BA" w:rsidP="00704DBA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325BA" w:rsidRPr="00A448DF" w:rsidRDefault="00E325BA" w:rsidP="00704DBA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E325BA" w:rsidRPr="00A448DF" w:rsidRDefault="00E325BA" w:rsidP="00704DBA">
            <w:pPr>
              <w:spacing w:before="78" w:line="25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Самооценка с использованием «Оценочного листа».</w:t>
            </w:r>
          </w:p>
        </w:tc>
      </w:tr>
      <w:tr w:rsidR="00E325BA" w:rsidRPr="00A448DF" w:rsidTr="00704DBA">
        <w:trPr>
          <w:trHeight w:val="601"/>
        </w:trPr>
        <w:tc>
          <w:tcPr>
            <w:tcW w:w="4539" w:type="dxa"/>
            <w:gridSpan w:val="2"/>
          </w:tcPr>
          <w:p w:rsidR="00E325BA" w:rsidRPr="00A448DF" w:rsidRDefault="00E325BA" w:rsidP="00704DBA">
            <w:pPr>
              <w:ind w:left="145"/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</w:pP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</w:t>
            </w:r>
            <w:r w:rsidRPr="00A448DF">
              <w:rPr>
                <w:rFonts w:ascii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</w:t>
            </w:r>
            <w:r w:rsidRPr="00A448DF">
              <w:rPr>
                <w:rFonts w:ascii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ЧАСОВ</w:t>
            </w:r>
            <w:r w:rsidRPr="00A448DF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   </w:t>
            </w:r>
          </w:p>
          <w:p w:rsidR="00E325BA" w:rsidRPr="00A448DF" w:rsidRDefault="00E325BA" w:rsidP="00704DBA">
            <w:pPr>
              <w:ind w:left="14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448DF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ПРОГРАММЕ</w:t>
            </w:r>
          </w:p>
        </w:tc>
        <w:tc>
          <w:tcPr>
            <w:tcW w:w="992" w:type="dxa"/>
          </w:tcPr>
          <w:p w:rsidR="00E325BA" w:rsidRPr="00A448DF" w:rsidRDefault="00E325BA" w:rsidP="00704D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34</w:t>
            </w:r>
          </w:p>
        </w:tc>
        <w:tc>
          <w:tcPr>
            <w:tcW w:w="993" w:type="dxa"/>
          </w:tcPr>
          <w:p w:rsidR="00E325BA" w:rsidRPr="00A448DF" w:rsidRDefault="00E325BA" w:rsidP="00704DBA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E325BA" w:rsidRPr="00A448DF" w:rsidRDefault="00E325BA" w:rsidP="00704DBA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34</w:t>
            </w:r>
          </w:p>
        </w:tc>
        <w:tc>
          <w:tcPr>
            <w:tcW w:w="2835" w:type="dxa"/>
            <w:gridSpan w:val="2"/>
          </w:tcPr>
          <w:p w:rsidR="00E325BA" w:rsidRPr="00A448DF" w:rsidRDefault="00E325BA" w:rsidP="00704DBA">
            <w:pPr>
              <w:pStyle w:val="TableParagraph"/>
              <w:spacing w:line="266" w:lineRule="auto"/>
              <w:ind w:left="99" w:right="132"/>
              <w:jc w:val="center"/>
              <w:rPr>
                <w:spacing w:val="-1"/>
                <w:sz w:val="24"/>
                <w:szCs w:val="24"/>
              </w:rPr>
            </w:pPr>
          </w:p>
        </w:tc>
      </w:tr>
    </w:tbl>
    <w:p w:rsidR="004D3947" w:rsidRPr="00A448DF" w:rsidRDefault="004D3947" w:rsidP="00462936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325BA" w:rsidRPr="00A448DF" w:rsidRDefault="00E325BA" w:rsidP="00462936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325BA" w:rsidRPr="00A448DF" w:rsidRDefault="00E325BA" w:rsidP="00462936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325BA" w:rsidRPr="00A448DF" w:rsidRDefault="00E325BA" w:rsidP="00462936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325BA" w:rsidRPr="00A448DF" w:rsidRDefault="00E325BA" w:rsidP="00462936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325BA" w:rsidRPr="00A448DF" w:rsidRDefault="00E325BA" w:rsidP="00462936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325BA" w:rsidRPr="00A448DF" w:rsidRDefault="00E325BA" w:rsidP="00462936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325BA" w:rsidRPr="00A448DF" w:rsidRDefault="00E325BA" w:rsidP="00462936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325BA" w:rsidRPr="00A448DF" w:rsidRDefault="00E325BA" w:rsidP="00462936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325BA" w:rsidRPr="00A448DF" w:rsidRDefault="00E325BA" w:rsidP="00462936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325BA" w:rsidRPr="00A448DF" w:rsidRDefault="00E325BA" w:rsidP="00462936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325BA" w:rsidRPr="00A448DF" w:rsidRDefault="00E325BA" w:rsidP="00462936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325BA" w:rsidRPr="00A448DF" w:rsidRDefault="00E325BA" w:rsidP="00462936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325BA" w:rsidRPr="00A448DF" w:rsidRDefault="00E325BA" w:rsidP="00462936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325BA" w:rsidRPr="00A448DF" w:rsidRDefault="00E325BA" w:rsidP="00462936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325BA" w:rsidRPr="00A448DF" w:rsidRDefault="00E325BA" w:rsidP="00462936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325BA" w:rsidRPr="00A448DF" w:rsidRDefault="00E325BA" w:rsidP="00462936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325BA" w:rsidRPr="00A448DF" w:rsidRDefault="00E325BA" w:rsidP="00462936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E417F" w:rsidRPr="00A448DF" w:rsidRDefault="00CC2758" w:rsidP="00462936">
      <w:pPr>
        <w:autoSpaceDE w:val="0"/>
        <w:autoSpaceDN w:val="0"/>
        <w:spacing w:after="0" w:line="23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 К МОДУЛЮ «АРХИТЕКТУРА И ДИЗАЙН»</w:t>
      </w:r>
    </w:p>
    <w:p w:rsidR="00DE417F" w:rsidRPr="00A448DF" w:rsidRDefault="00CC2758" w:rsidP="00462936">
      <w:pPr>
        <w:autoSpaceDE w:val="0"/>
        <w:autoSpaceDN w:val="0"/>
        <w:spacing w:before="346" w:after="0" w:line="230" w:lineRule="auto"/>
        <w:ind w:left="18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МОДУЛЯ «АРХИТЕКТУРА И ДИЗАЙН»</w:t>
      </w:r>
    </w:p>
    <w:p w:rsidR="00DE417F" w:rsidRPr="00A448DF" w:rsidRDefault="00CC2758" w:rsidP="00462936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Основная цель — развитие визуально-пространственного мышления учащихся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Искусство рассматривается как особая духовная сфера, концентрирующая в себе колоссальный эстетический, художественный и нравственный мировой опыт.</w:t>
      </w:r>
    </w:p>
    <w:p w:rsidR="00DE417F" w:rsidRPr="00A448DF" w:rsidRDefault="00CC2758" w:rsidP="00462936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Изобразительное искусство как школьная дисциплина имеет интегративный характер, так как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</w:t>
      </w:r>
    </w:p>
    <w:p w:rsidR="00DE417F" w:rsidRPr="00A448DF" w:rsidRDefault="00CC2758" w:rsidP="00462936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Основные формы учебной деятельности — практическая художественно-творческая деятельность, зрительское восприятие произведений искусства и эстетическое наблюдение окружающего мира.</w:t>
      </w:r>
    </w:p>
    <w:p w:rsidR="00DE417F" w:rsidRPr="00A448DF" w:rsidRDefault="00CC2758" w:rsidP="00462936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Важнейшими задачами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своего Отечества,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DE417F" w:rsidRPr="00A448DF" w:rsidRDefault="00CC2758" w:rsidP="00462936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Программа направлена на достижение основного результата образования —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DE417F" w:rsidRPr="00A448DF" w:rsidRDefault="00CC2758" w:rsidP="00462936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Рабочая программа ориентирована на психолого-возрастные особенности развития детей 11—15 лет, при этом содержание занятий может быть адаптировано с учётом индивидуальных качеств обучающихся как для детей, проявляющих выдающиеся способности, так и для детей-инвалидов и детей с ОВЗ.</w:t>
      </w:r>
    </w:p>
    <w:p w:rsidR="00DE417F" w:rsidRPr="00A448DF" w:rsidRDefault="00CC2758" w:rsidP="00462936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Для оценки качества образования кроме личностных и метапредметных образовательных результатов выделены и описаны предметные результаты обучения. Их достижение определяется чётко поставленными учебными задачами по каждой теме, и они являются общеобразовательными требованиями.</w:t>
      </w:r>
    </w:p>
    <w:p w:rsidR="00DE417F" w:rsidRPr="00A448DF" w:rsidRDefault="00CC2758" w:rsidP="00462936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урочное время деятельность обучающихся организуется как в индивидуальной, так и в групповой форме. Каждому учащемуся необходим личный творческий опыт, но также необходимо сотворчество в команде – совместная коллективная художественная деятельность, которая предусмотрена тематическим планом и может иметь разные формы организации.</w:t>
      </w:r>
    </w:p>
    <w:p w:rsidR="00DE417F" w:rsidRPr="00A448DF" w:rsidRDefault="00CC2758" w:rsidP="00462936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Учебный материал каждого модуля разделён на тематические блоки, которые могут быть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основанием для организации проектной деятельности, которая включает в себя как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исследовательскую, так и художественно-творческую деятельность, а также презентацию результата.</w:t>
      </w:r>
    </w:p>
    <w:p w:rsidR="00DE417F" w:rsidRPr="00A448DF" w:rsidRDefault="00CC2758" w:rsidP="00462936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Однако необходимо различать и сочетать в учебном процессе историко-культурологическую, искусствоведческую исследовательскую работу учащихся и собственно художественную проектную деятельность, продуктом которой является созданное на основе композиционного поиска учебное художественное произведение (индивидуальное или коллективное, на плоскости или в объёме, макете).</w:t>
      </w:r>
    </w:p>
    <w:p w:rsidR="00DE417F" w:rsidRPr="00A448DF" w:rsidRDefault="00CC2758" w:rsidP="00462936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Большое значение имеет связь с внеурочной деятельностью, активная социокультурная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деятельность, в процессе которой обучающиеся участвуют в оформлении общешкольных событий и праздников, в организации выставок детского художественного творчества, в конкурсах, а также смотрят памятники архитектуры, посещают художественные музеи.</w:t>
      </w:r>
    </w:p>
    <w:p w:rsidR="00462936" w:rsidRPr="00A448DF" w:rsidRDefault="00462936" w:rsidP="00462936">
      <w:pPr>
        <w:autoSpaceDE w:val="0"/>
        <w:autoSpaceDN w:val="0"/>
        <w:spacing w:after="0" w:line="23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62936" w:rsidRPr="00A448DF" w:rsidRDefault="00462936" w:rsidP="00462936">
      <w:pPr>
        <w:autoSpaceDE w:val="0"/>
        <w:autoSpaceDN w:val="0"/>
        <w:spacing w:after="0" w:line="0" w:lineRule="atLeast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ЦЕЛЬ ИЗУЧЕНИЯ МОДУЛЯ «АРХИТЕКТУРА И ДИЗАЙН»</w:t>
      </w:r>
    </w:p>
    <w:p w:rsidR="00462936" w:rsidRPr="00A448DF" w:rsidRDefault="00462936" w:rsidP="00462936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Целью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изучения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462936" w:rsidRPr="00A448DF" w:rsidRDefault="00462936" w:rsidP="00462936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Модуль объединяет в единую образовательную структуру художественно-творческую деятельность, восприятие произведений искусства и художественно-эстетическое освоение окружающей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действительности. Художественное развитие обучающихся осуществляется в процессе личного художественного творчества, в практической работе с разнообразными художественными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материалами.</w:t>
      </w:r>
    </w:p>
    <w:p w:rsidR="00462936" w:rsidRPr="00A448DF" w:rsidRDefault="00462936" w:rsidP="00462936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Задачами 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модуля «Архитектура и дизайн» являются: </w:t>
      </w:r>
    </w:p>
    <w:p w:rsidR="00462936" w:rsidRPr="00A448DF" w:rsidRDefault="00462936" w:rsidP="00384DA7">
      <w:pPr>
        <w:pStyle w:val="ae"/>
        <w:numPr>
          <w:ilvl w:val="0"/>
          <w:numId w:val="32"/>
        </w:numPr>
        <w:tabs>
          <w:tab w:val="left" w:pos="284"/>
        </w:tabs>
        <w:autoSpaceDE w:val="0"/>
        <w:autoSpaceDN w:val="0"/>
        <w:spacing w:after="0" w:line="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 </w:t>
      </w:r>
    </w:p>
    <w:p w:rsidR="00462936" w:rsidRPr="00A448DF" w:rsidRDefault="00462936" w:rsidP="00384DA7">
      <w:pPr>
        <w:pStyle w:val="ae"/>
        <w:numPr>
          <w:ilvl w:val="0"/>
          <w:numId w:val="32"/>
        </w:numPr>
        <w:tabs>
          <w:tab w:val="left" w:pos="284"/>
        </w:tabs>
        <w:autoSpaceDE w:val="0"/>
        <w:autoSpaceDN w:val="0"/>
        <w:spacing w:after="0" w:line="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формирование у обучающихся представлений об отечественной и мировой художественной культуре во всём многообразии её видов; </w:t>
      </w:r>
    </w:p>
    <w:p w:rsidR="00C225E4" w:rsidRPr="00A448DF" w:rsidRDefault="00462936" w:rsidP="00384DA7">
      <w:pPr>
        <w:pStyle w:val="ae"/>
        <w:numPr>
          <w:ilvl w:val="0"/>
          <w:numId w:val="32"/>
        </w:numPr>
        <w:tabs>
          <w:tab w:val="left" w:pos="284"/>
        </w:tabs>
        <w:autoSpaceDE w:val="0"/>
        <w:autoSpaceDN w:val="0"/>
        <w:spacing w:after="0" w:line="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формирование у обучающихся навыков эстетического видения и преобразования мира; </w:t>
      </w:r>
    </w:p>
    <w:p w:rsidR="00C225E4" w:rsidRPr="00A448DF" w:rsidRDefault="00462936" w:rsidP="00384DA7">
      <w:pPr>
        <w:pStyle w:val="ae"/>
        <w:numPr>
          <w:ilvl w:val="0"/>
          <w:numId w:val="32"/>
        </w:numPr>
        <w:tabs>
          <w:tab w:val="left" w:pos="284"/>
        </w:tabs>
        <w:autoSpaceDE w:val="0"/>
        <w:autoSpaceDN w:val="0"/>
        <w:spacing w:after="0" w:line="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(театре и кино) (вариативно); </w:t>
      </w:r>
    </w:p>
    <w:p w:rsidR="00C225E4" w:rsidRPr="00A448DF" w:rsidRDefault="00462936" w:rsidP="00384DA7">
      <w:pPr>
        <w:pStyle w:val="ae"/>
        <w:numPr>
          <w:ilvl w:val="0"/>
          <w:numId w:val="32"/>
        </w:numPr>
        <w:tabs>
          <w:tab w:val="left" w:pos="284"/>
        </w:tabs>
        <w:autoSpaceDE w:val="0"/>
        <w:autoSpaceDN w:val="0"/>
        <w:spacing w:after="0" w:line="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формирование пространственного мышления и аналитических визуальных способностей; </w:t>
      </w:r>
    </w:p>
    <w:p w:rsidR="00C225E4" w:rsidRPr="00A448DF" w:rsidRDefault="00462936" w:rsidP="00384DA7">
      <w:pPr>
        <w:pStyle w:val="ae"/>
        <w:numPr>
          <w:ilvl w:val="0"/>
          <w:numId w:val="32"/>
        </w:numPr>
        <w:tabs>
          <w:tab w:val="left" w:pos="284"/>
        </w:tabs>
        <w:autoSpaceDE w:val="0"/>
        <w:autoSpaceDN w:val="0"/>
        <w:spacing w:after="0" w:line="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 </w:t>
      </w:r>
    </w:p>
    <w:p w:rsidR="00C225E4" w:rsidRPr="00A448DF" w:rsidRDefault="00462936" w:rsidP="00384DA7">
      <w:pPr>
        <w:pStyle w:val="ae"/>
        <w:numPr>
          <w:ilvl w:val="0"/>
          <w:numId w:val="32"/>
        </w:numPr>
        <w:tabs>
          <w:tab w:val="left" w:pos="284"/>
        </w:tabs>
        <w:autoSpaceDE w:val="0"/>
        <w:autoSpaceDN w:val="0"/>
        <w:spacing w:after="0" w:line="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развитие наблюдательности, ассоциативного мышления и творческого воображения; </w:t>
      </w:r>
    </w:p>
    <w:p w:rsidR="00C225E4" w:rsidRPr="00A448DF" w:rsidRDefault="00462936" w:rsidP="00384DA7">
      <w:pPr>
        <w:pStyle w:val="ae"/>
        <w:numPr>
          <w:ilvl w:val="0"/>
          <w:numId w:val="32"/>
        </w:numPr>
        <w:tabs>
          <w:tab w:val="left" w:pos="284"/>
        </w:tabs>
        <w:autoSpaceDE w:val="0"/>
        <w:autoSpaceDN w:val="0"/>
        <w:spacing w:after="0" w:line="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воспитание уважения и любви к цивилизационному наследию России через освоение отечественной художественной культуры; </w:t>
      </w:r>
    </w:p>
    <w:p w:rsidR="00462936" w:rsidRPr="00A448DF" w:rsidRDefault="00462936" w:rsidP="00384DA7">
      <w:pPr>
        <w:pStyle w:val="ae"/>
        <w:numPr>
          <w:ilvl w:val="0"/>
          <w:numId w:val="32"/>
        </w:numPr>
        <w:tabs>
          <w:tab w:val="left" w:pos="284"/>
        </w:tabs>
        <w:autoSpaceDE w:val="0"/>
        <w:autoSpaceDN w:val="0"/>
        <w:spacing w:after="0" w:line="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C225E4" w:rsidRPr="00A448DF" w:rsidRDefault="00C225E4" w:rsidP="00C225E4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C225E4" w:rsidRPr="00A448DF" w:rsidRDefault="00462936" w:rsidP="00C225E4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МЕСТО МОДУЛЯ «АРХИТЕ</w:t>
      </w:r>
      <w:r w:rsidR="00C225E4"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КТУРА И ДИЗАЙН» В УЧЕБНОМ ПЛАНЕ</w:t>
      </w:r>
    </w:p>
    <w:p w:rsidR="00C225E4" w:rsidRPr="00A448DF" w:rsidRDefault="00462936" w:rsidP="00C225E4">
      <w:pPr>
        <w:autoSpaceDE w:val="0"/>
        <w:autoSpaceDN w:val="0"/>
        <w:spacing w:after="0" w:line="23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Модуль «Архитектура и дизайн» изучается 1 час в неделю, общий объем составляет 34 часа.</w:t>
      </w:r>
      <w:r w:rsidR="00C225E4"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</w:p>
    <w:p w:rsidR="00C225E4" w:rsidRPr="00A448DF" w:rsidRDefault="00C225E4" w:rsidP="00C225E4">
      <w:pPr>
        <w:autoSpaceDE w:val="0"/>
        <w:autoSpaceDN w:val="0"/>
        <w:spacing w:after="0" w:line="23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C225E4" w:rsidRPr="00A448DF" w:rsidRDefault="00C225E4" w:rsidP="00C225E4">
      <w:pPr>
        <w:autoSpaceDE w:val="0"/>
        <w:autoSpaceDN w:val="0"/>
        <w:spacing w:after="0" w:line="23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СОДЕРЖАНИЕ МОДУЛЯ «АРХИТЕКТУРА И ДИЗАЙН»</w:t>
      </w:r>
    </w:p>
    <w:p w:rsidR="00C225E4" w:rsidRPr="00A448DF" w:rsidRDefault="00C225E4" w:rsidP="00C225E4">
      <w:pPr>
        <w:tabs>
          <w:tab w:val="left" w:pos="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Архитектура и дизайн — искусства художественной постройки — конструктивные искусства. </w:t>
      </w:r>
    </w:p>
    <w:p w:rsidR="00C225E4" w:rsidRPr="00A448DF" w:rsidRDefault="00C225E4" w:rsidP="00C225E4">
      <w:pPr>
        <w:tabs>
          <w:tab w:val="left" w:pos="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Дизайн и архитектура как создатели «второй природы» — предметно-пространственной среды жизни людей.</w:t>
      </w:r>
    </w:p>
    <w:p w:rsidR="00C225E4" w:rsidRPr="00A448DF" w:rsidRDefault="00C225E4" w:rsidP="00C225E4">
      <w:pPr>
        <w:tabs>
          <w:tab w:val="left" w:pos="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C225E4" w:rsidRPr="00A448DF" w:rsidRDefault="00C225E4" w:rsidP="00C225E4">
      <w:pPr>
        <w:tabs>
          <w:tab w:val="left" w:pos="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C225E4" w:rsidRPr="00A448DF" w:rsidRDefault="00C225E4" w:rsidP="00C225E4">
      <w:pPr>
        <w:tabs>
          <w:tab w:val="left" w:pos="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C225E4" w:rsidRPr="00A448DF" w:rsidRDefault="00C225E4" w:rsidP="00C225E4">
      <w:pPr>
        <w:tabs>
          <w:tab w:val="left" w:pos="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Возникновение архитектуры и дизайна на разных этапах общественного развития. Единство функционального и художественного — целесообразности и красоты.</w:t>
      </w:r>
    </w:p>
    <w:p w:rsidR="00C225E4" w:rsidRPr="00A448DF" w:rsidRDefault="00C225E4" w:rsidP="00C225E4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Графический дизайн </w:t>
      </w:r>
    </w:p>
    <w:p w:rsidR="00C225E4" w:rsidRPr="00A448DF" w:rsidRDefault="00C225E4" w:rsidP="00C225E4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C225E4" w:rsidRPr="00A448DF" w:rsidRDefault="00C225E4" w:rsidP="00C225E4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Элементы композиции в графическом дизайне: пятно, линия, цвет, буква, текст и изображение. Формальная композиция как композиционное построение на основе сочетания геометрических фигур, без предметного содержания.</w:t>
      </w:r>
    </w:p>
    <w:p w:rsidR="00C225E4" w:rsidRPr="00A448DF" w:rsidRDefault="00C225E4" w:rsidP="00C225E4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Основные свойства композиции: целостность и соподчинённость элементов.</w:t>
      </w:r>
    </w:p>
    <w:p w:rsidR="00C225E4" w:rsidRPr="00A448DF" w:rsidRDefault="00C225E4" w:rsidP="00C225E4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B51F5C" w:rsidRPr="00A448DF" w:rsidRDefault="00C225E4" w:rsidP="00B51F5C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Роль цвета в организации композиционного пространства.</w:t>
      </w:r>
      <w:r w:rsidR="00B51F5C"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C225E4" w:rsidRPr="00A448DF" w:rsidRDefault="00B51F5C" w:rsidP="00B51F5C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Функциональные задачи цвета в конструктивных искусствах. Цвет и законы колористики. Применение локального цвета. Цветовой акцент, ритм цветовых форм, доминанта.</w:t>
      </w:r>
    </w:p>
    <w:p w:rsidR="00C225E4" w:rsidRPr="00A448DF" w:rsidRDefault="00C225E4" w:rsidP="00C225E4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Шрифты и шрифтовая композиция в графическом дизайне.</w:t>
      </w:r>
    </w:p>
    <w:p w:rsidR="00C225E4" w:rsidRPr="00A448DF" w:rsidRDefault="00C225E4" w:rsidP="00C225E4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Форма буквы как изобразительно-смысловой символ.</w:t>
      </w:r>
    </w:p>
    <w:p w:rsidR="00C225E4" w:rsidRPr="00A448DF" w:rsidRDefault="00C225E4" w:rsidP="00C225E4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Шрифт и содержание текста. Стилизация шрифта.</w:t>
      </w:r>
    </w:p>
    <w:p w:rsidR="00C225E4" w:rsidRPr="00A448DF" w:rsidRDefault="00C225E4" w:rsidP="00C225E4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Типографика. Понимание типографской строки как элемента плоскостной композиции.</w:t>
      </w:r>
    </w:p>
    <w:p w:rsidR="00C225E4" w:rsidRPr="00A448DF" w:rsidRDefault="00C225E4" w:rsidP="00C225E4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Выполнение аналитических и практических работ по теме «Буква — изобразительный элемент композиции».</w:t>
      </w:r>
    </w:p>
    <w:p w:rsidR="00C225E4" w:rsidRPr="00A448DF" w:rsidRDefault="00C225E4" w:rsidP="00C225E4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C225E4" w:rsidRPr="00A448DF" w:rsidRDefault="00C225E4" w:rsidP="00C225E4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lastRenderedPageBreak/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C225E4" w:rsidRPr="00A448DF" w:rsidRDefault="00C225E4" w:rsidP="00C225E4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C225E4" w:rsidRPr="00A448DF" w:rsidRDefault="00C225E4" w:rsidP="00C225E4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C225E4" w:rsidRPr="00A448DF" w:rsidRDefault="00C225E4" w:rsidP="00C225E4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C225E4" w:rsidRPr="00A448DF" w:rsidRDefault="00C225E4" w:rsidP="00C225E4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Макетирование объёмно-пространственных композиций</w:t>
      </w:r>
    </w:p>
    <w:p w:rsidR="00C225E4" w:rsidRPr="00A448DF" w:rsidRDefault="00C225E4" w:rsidP="00C225E4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C225E4" w:rsidRPr="00A448DF" w:rsidRDefault="00C225E4" w:rsidP="00C225E4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C225E4" w:rsidRPr="00A448DF" w:rsidRDefault="00C225E4" w:rsidP="00C225E4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Выполнение практических работ по созданию объёмно-пространственных композиций. Объём и пространство. Взаимо​связь объектов в архитектурном макете.</w:t>
      </w:r>
    </w:p>
    <w:p w:rsidR="00C225E4" w:rsidRPr="00A448DF" w:rsidRDefault="00C225E4" w:rsidP="00C225E4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C225E4" w:rsidRPr="00A448DF" w:rsidRDefault="00C225E4" w:rsidP="00C225E4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C225E4" w:rsidRPr="00A448DF" w:rsidRDefault="00C225E4" w:rsidP="00C225E4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— стоечно-балочная конструкция — архитектура сводов; каркасная каменная архитектура; металлический каркас, железобетон и язык современной архитектуры).</w:t>
      </w:r>
    </w:p>
    <w:p w:rsidR="00C225E4" w:rsidRPr="00A448DF" w:rsidRDefault="00C225E4" w:rsidP="00C225E4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C225E4" w:rsidRPr="00A448DF" w:rsidRDefault="00C225E4" w:rsidP="00C225E4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— наиболее полное выявление функции предмета. Влияние развития технологий и материалов на изменение формы предмета.</w:t>
      </w:r>
    </w:p>
    <w:p w:rsidR="00C225E4" w:rsidRPr="00A448DF" w:rsidRDefault="00C225E4" w:rsidP="00C225E4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Выполнение аналитических зарисовок форм бытовых предметов.</w:t>
      </w:r>
    </w:p>
    <w:p w:rsidR="00C225E4" w:rsidRPr="00A448DF" w:rsidRDefault="00C225E4" w:rsidP="00C225E4">
      <w:pPr>
        <w:tabs>
          <w:tab w:val="left" w:pos="142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C225E4" w:rsidRPr="00A448DF" w:rsidRDefault="00C225E4" w:rsidP="00C225E4">
      <w:pPr>
        <w:tabs>
          <w:tab w:val="left" w:pos="142"/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C225E4" w:rsidRPr="00A448DF" w:rsidRDefault="00C225E4" w:rsidP="00C225E4">
      <w:pPr>
        <w:tabs>
          <w:tab w:val="left" w:pos="142"/>
        </w:tabs>
        <w:autoSpaceDE w:val="0"/>
        <w:autoSpaceDN w:val="0"/>
        <w:spacing w:after="0" w:line="0" w:lineRule="atLeast"/>
        <w:ind w:left="18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C225E4" w:rsidRPr="00A448DF" w:rsidRDefault="00C225E4" w:rsidP="00C225E4">
      <w:pPr>
        <w:tabs>
          <w:tab w:val="left" w:pos="142"/>
        </w:tabs>
        <w:autoSpaceDE w:val="0"/>
        <w:autoSpaceDN w:val="0"/>
        <w:spacing w:after="0" w:line="0" w:lineRule="atLeast"/>
        <w:ind w:left="18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Социальное значение дизайна и архитектуры как среды жизни человека</w:t>
      </w:r>
    </w:p>
    <w:p w:rsidR="00C225E4" w:rsidRPr="00A448DF" w:rsidRDefault="00C225E4" w:rsidP="00C225E4">
      <w:pPr>
        <w:tabs>
          <w:tab w:val="left" w:pos="142"/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</w:t>
      </w:r>
    </w:p>
    <w:p w:rsidR="00C225E4" w:rsidRPr="00A448DF" w:rsidRDefault="00C225E4" w:rsidP="00C225E4">
      <w:pPr>
        <w:tabs>
          <w:tab w:val="left" w:pos="142"/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C225E4" w:rsidRPr="00A448DF" w:rsidRDefault="00C225E4" w:rsidP="00C225E4">
      <w:pPr>
        <w:tabs>
          <w:tab w:val="left" w:pos="142"/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C225E4" w:rsidRPr="00A448DF" w:rsidRDefault="00C225E4" w:rsidP="00C225E4">
      <w:pPr>
        <w:tabs>
          <w:tab w:val="left" w:pos="142"/>
        </w:tabs>
        <w:autoSpaceDE w:val="0"/>
        <w:autoSpaceDN w:val="0"/>
        <w:spacing w:after="0" w:line="0" w:lineRule="atLeast"/>
        <w:ind w:left="18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Пути развития современной архитектуры и дизайна: город сегодня и завтра.</w:t>
      </w:r>
    </w:p>
    <w:p w:rsidR="00C225E4" w:rsidRPr="00A448DF" w:rsidRDefault="00C225E4" w:rsidP="00C225E4">
      <w:pPr>
        <w:tabs>
          <w:tab w:val="left" w:pos="142"/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Архитектурная и градостроительная революция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</w:rPr>
        <w:t>XX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C225E4" w:rsidRPr="00A448DF" w:rsidRDefault="00C225E4" w:rsidP="00C225E4">
      <w:pPr>
        <w:tabs>
          <w:tab w:val="left" w:pos="142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C225E4" w:rsidRPr="00A448DF" w:rsidRDefault="00C225E4" w:rsidP="00C225E4">
      <w:pPr>
        <w:tabs>
          <w:tab w:val="left" w:pos="142"/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C225E4" w:rsidRPr="00A448DF" w:rsidRDefault="00C225E4" w:rsidP="00C225E4">
      <w:pPr>
        <w:tabs>
          <w:tab w:val="left" w:pos="142"/>
        </w:tabs>
        <w:autoSpaceDE w:val="0"/>
        <w:autoSpaceDN w:val="0"/>
        <w:spacing w:after="0" w:line="0" w:lineRule="atLeast"/>
        <w:ind w:left="18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Роль цвета в формировании пространства. Схема-планировка и реальность.</w:t>
      </w:r>
    </w:p>
    <w:p w:rsidR="00C225E4" w:rsidRPr="00A448DF" w:rsidRDefault="00C225E4" w:rsidP="00C225E4">
      <w:pPr>
        <w:tabs>
          <w:tab w:val="left" w:pos="142"/>
        </w:tabs>
        <w:autoSpaceDE w:val="0"/>
        <w:autoSpaceDN w:val="0"/>
        <w:spacing w:after="0" w:line="0" w:lineRule="atLeast"/>
        <w:ind w:left="18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Современные поиски новой эстетики в градостроительстве.</w:t>
      </w:r>
    </w:p>
    <w:p w:rsidR="00C225E4" w:rsidRPr="00A448DF" w:rsidRDefault="00C225E4" w:rsidP="00C225E4">
      <w:pPr>
        <w:tabs>
          <w:tab w:val="left" w:pos="142"/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C225E4" w:rsidRPr="00A448DF" w:rsidRDefault="00C225E4" w:rsidP="00C225E4">
      <w:pPr>
        <w:tabs>
          <w:tab w:val="left" w:pos="142"/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C225E4" w:rsidRPr="00A448DF" w:rsidRDefault="00C225E4" w:rsidP="00C225E4">
      <w:pPr>
        <w:tabs>
          <w:tab w:val="left" w:pos="142"/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C225E4" w:rsidRPr="00A448DF" w:rsidRDefault="00C225E4" w:rsidP="00C225E4">
      <w:pPr>
        <w:tabs>
          <w:tab w:val="left" w:pos="142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Проектирование дизайна объектов городской среды. Устройство пешеходных зон в городах, установка городской мебели (скамьи, «диваны» и пр.), киосков, информационных блоков, блоков локального озеленения и т. д.</w:t>
      </w:r>
    </w:p>
    <w:p w:rsidR="00452F7C" w:rsidRPr="00A448DF" w:rsidRDefault="00C225E4" w:rsidP="00452F7C">
      <w:pPr>
        <w:autoSpaceDE w:val="0"/>
        <w:autoSpaceDN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Выполнение практической работы по теме «Проектирование дизайна объектов городской среды» в виде создания коллажно-графической композиции или дизайн-проекта оформления витрины</w:t>
      </w:r>
      <w:r w:rsidR="00452F7C"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магазина.</w:t>
      </w:r>
    </w:p>
    <w:p w:rsidR="00452F7C" w:rsidRPr="00A448DF" w:rsidRDefault="00452F7C" w:rsidP="00452F7C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452F7C" w:rsidRPr="00A448DF" w:rsidRDefault="00452F7C" w:rsidP="00452F7C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452F7C" w:rsidRPr="00A448DF" w:rsidRDefault="00452F7C" w:rsidP="00452F7C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Зонирование интерьера — создание многофункционального пространства. Отделочные материалы, введение фактуры и цвета в интерьер.</w:t>
      </w:r>
    </w:p>
    <w:p w:rsidR="00452F7C" w:rsidRPr="00A448DF" w:rsidRDefault="00452F7C" w:rsidP="00452F7C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Интерьеры общественных зданий (театр, кафе, вокзал, офис, школа).</w:t>
      </w:r>
    </w:p>
    <w:p w:rsidR="00452F7C" w:rsidRPr="00A448DF" w:rsidRDefault="00452F7C" w:rsidP="00452F7C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452F7C" w:rsidRPr="00A448DF" w:rsidRDefault="00452F7C" w:rsidP="00452F7C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452F7C" w:rsidRPr="00A448DF" w:rsidRDefault="00452F7C" w:rsidP="00452F7C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452F7C" w:rsidRPr="00A448DF" w:rsidRDefault="00452F7C" w:rsidP="00452F7C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Выполнение дизайн-проекта территории парка или приусадебного участка в виде схемы-чертежа.</w:t>
      </w:r>
    </w:p>
    <w:p w:rsidR="00452F7C" w:rsidRPr="00A448DF" w:rsidRDefault="00452F7C" w:rsidP="00452F7C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Единство эстетического и функционального в объёмно-пространственной организации среды жизнедеятельности ​людей.</w:t>
      </w:r>
    </w:p>
    <w:p w:rsidR="00452F7C" w:rsidRPr="00A448DF" w:rsidRDefault="00452F7C" w:rsidP="00452F7C">
      <w:pPr>
        <w:autoSpaceDE w:val="0"/>
        <w:autoSpaceDN w:val="0"/>
        <w:spacing w:after="0" w:line="0" w:lineRule="atLeast"/>
        <w:ind w:left="18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Образ человека и индивидуальное проектирование</w:t>
      </w:r>
    </w:p>
    <w:p w:rsidR="00452F7C" w:rsidRPr="00A448DF" w:rsidRDefault="00452F7C" w:rsidP="00452F7C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Организация пространства жилой среды как отражение социального заказа и индивидуальности человека, его вкуса, потребностей и возможностей. Образно-личностное проектирование в дизайне и архитектуре.</w:t>
      </w:r>
    </w:p>
    <w:p w:rsidR="00452F7C" w:rsidRPr="00A448DF" w:rsidRDefault="00452F7C" w:rsidP="00452F7C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</w:t>
      </w:r>
    </w:p>
    <w:p w:rsidR="00452F7C" w:rsidRPr="00A448DF" w:rsidRDefault="00452F7C" w:rsidP="00452F7C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Мода и культура как параметры создания собственного костюма или комплекта одежды.</w:t>
      </w:r>
    </w:p>
    <w:p w:rsidR="00452F7C" w:rsidRPr="00A448DF" w:rsidRDefault="00452F7C" w:rsidP="00452F7C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452F7C" w:rsidRPr="00A448DF" w:rsidRDefault="00452F7C" w:rsidP="00452F7C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452F7C" w:rsidRPr="00A448DF" w:rsidRDefault="00452F7C" w:rsidP="00452F7C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Выполнение практических творческих эскизов по теме «Дизайн современной одежды».</w:t>
      </w:r>
    </w:p>
    <w:p w:rsidR="00C225E4" w:rsidRPr="00A448DF" w:rsidRDefault="00452F7C" w:rsidP="003517AE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3517AE" w:rsidRPr="00A448DF" w:rsidRDefault="003517AE" w:rsidP="003517AE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3517AE" w:rsidRPr="00A448DF" w:rsidRDefault="003517AE" w:rsidP="003517AE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Дизайн и архитектура — средства организации среды жизни людей и строительства нового мира.</w:t>
      </w:r>
    </w:p>
    <w:p w:rsidR="003517AE" w:rsidRPr="00A448DF" w:rsidRDefault="003517AE" w:rsidP="00452F7C">
      <w:pPr>
        <w:tabs>
          <w:tab w:val="left" w:pos="142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62B05" w:rsidRPr="00A448DF" w:rsidRDefault="00462B05" w:rsidP="00462B05">
      <w:pPr>
        <w:autoSpaceDE w:val="0"/>
        <w:autoSpaceDN w:val="0"/>
        <w:spacing w:after="0" w:line="262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ПЛАНИРУЕМЫЕ РЕЗУЛЬТАТЫ ОСВОЕНИЯ МОДУЛЯ «АРХИТЕКТУРА И ДИЗАЙН» НА УРОВНЕ ОСНОВНОГО ОБЩЕГО ОБРАЗОВАНИЯ</w:t>
      </w:r>
    </w:p>
    <w:p w:rsidR="00462B05" w:rsidRPr="00A448DF" w:rsidRDefault="00462B05" w:rsidP="00462B05">
      <w:pPr>
        <w:autoSpaceDE w:val="0"/>
        <w:autoSpaceDN w:val="0"/>
        <w:spacing w:before="394" w:after="0" w:line="230" w:lineRule="auto"/>
        <w:ind w:left="18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462B05" w:rsidRPr="00A448DF" w:rsidRDefault="00462B05" w:rsidP="00462B05">
      <w:pPr>
        <w:tabs>
          <w:tab w:val="left" w:pos="180"/>
        </w:tabs>
        <w:autoSpaceDE w:val="0"/>
        <w:autoSpaceDN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рабочей программы основного общего образования по модулю достигаются в единстве учебной и воспитательной деятельности.</w:t>
      </w:r>
    </w:p>
    <w:p w:rsidR="00462B05" w:rsidRPr="00A448DF" w:rsidRDefault="00462B05" w:rsidP="00462B05">
      <w:pPr>
        <w:autoSpaceDE w:val="0"/>
        <w:autoSpaceDN w:val="0"/>
        <w:spacing w:after="0" w:line="0" w:lineRule="atLeast"/>
        <w:ind w:firstLine="1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центре программы по модулю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462B05" w:rsidRPr="00A448DF" w:rsidRDefault="00462B05" w:rsidP="00902E41">
      <w:pPr>
        <w:autoSpaceDE w:val="0"/>
        <w:autoSpaceDN w:val="0"/>
        <w:spacing w:after="0" w:line="0" w:lineRule="atLeast"/>
        <w:ind w:firstLine="1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ценностные установки и социально значимые качества личности; духовно-нравственное развитие обучающихся и отношение школьников к культуре; мотивацию к познанию и обучению, готовность к саморазвитию и активному участию в социально значимой ​деятельности.</w:t>
      </w:r>
    </w:p>
    <w:p w:rsidR="00902E41" w:rsidRPr="00A448DF" w:rsidRDefault="00902E41" w:rsidP="00902E41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lastRenderedPageBreak/>
        <w:t>1. Патриотическое воспитание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Осуществляется через освоение школьниками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не в декларативной форме, а в процессе собственной художественно</w:t>
      </w:r>
      <w:r w:rsidR="00AB40F9"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-практической деятельности обуч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ающегося, который учится чувственно-эмоциональному восприятию и творческому созиданию художественного образа.</w:t>
      </w:r>
    </w:p>
    <w:p w:rsidR="00902E41" w:rsidRPr="00A448DF" w:rsidRDefault="00902E41" w:rsidP="00AB40F9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2. Гражданское воспитание</w:t>
      </w:r>
      <w:r w:rsidR="00AB40F9" w:rsidRPr="00A448D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Программа направлена на активное приобщение обучающихся к ценностям мировой и отечественной культуры. При этом реализуются задачи социализации и гражданского воспитания школьника</w:t>
      </w:r>
      <w:r w:rsidR="00AB40F9"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Формируется чувство личной причастности к жизни общества. Искусство рассматривается как особый язык, развивающий коммуникативные умения. В рамках предмета «Изобразительное искусство» происходит изучение художественной культуры и мировой истории искусства, углубляются интернациональные чувства обучающихся.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 проектах создают условия для разнообразной совместной деятельности, способствуют пониманию другого, становлению чувства личной ответственности.</w:t>
      </w:r>
    </w:p>
    <w:p w:rsidR="00902E41" w:rsidRPr="00A448DF" w:rsidRDefault="00902E41" w:rsidP="00B701FC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3. Духовно-нравственное воспитание</w:t>
      </w:r>
      <w:r w:rsidR="00AB40F9" w:rsidRPr="00A448D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школьного предмета. Учебные задания направлены на развитие внутреннего мира учащегося и воспитание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—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</w:t>
      </w:r>
    </w:p>
    <w:p w:rsidR="00B701FC" w:rsidRPr="00A448DF" w:rsidRDefault="00B701FC" w:rsidP="00B51F5C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4. Эстетическое воспитание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Эстетическое (от греч.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</w:rPr>
        <w:t>aisthetikos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— чувствующий, чувственный) —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школьников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самореализующейся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E06FFE" w:rsidRPr="00A448DF" w:rsidRDefault="00E06FFE" w:rsidP="00B51F5C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5. Ценности познавательной деятельности.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процессе художественной деятельности на занятиях изобразительным искусством ставятся задачи воспитания наблюдательности — умений активно, т. е.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E06FFE" w:rsidRPr="00A448DF" w:rsidRDefault="00E06FFE" w:rsidP="00B51F5C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6. Экологическое воспитание.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E06FFE" w:rsidRPr="00A448DF" w:rsidRDefault="00E06FFE" w:rsidP="00B51F5C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7. Трудовое воспитание.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коллективной трудовой работы, работы в команде — обязательные требования к определённым заданиям программы.</w:t>
      </w:r>
    </w:p>
    <w:p w:rsidR="00E06FFE" w:rsidRPr="00A448DF" w:rsidRDefault="00E06FFE" w:rsidP="00B51F5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8. Воспитывающая предметно-эстетическая среда.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школы. При этом школьники должны быть активными участниками (а не только потребителями) её создания и оформления пространства в соответствии с задачами 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школы, оказывает активное воспитательное воздействие и влияет на формирование позитивных ценностных ориентаций и восприятие жизни школьниками.</w:t>
      </w:r>
    </w:p>
    <w:p w:rsidR="00E06FFE" w:rsidRPr="00A448DF" w:rsidRDefault="00E06FFE" w:rsidP="00B51F5C">
      <w:pPr>
        <w:autoSpaceDE w:val="0"/>
        <w:autoSpaceDN w:val="0"/>
        <w:spacing w:after="0" w:line="0" w:lineRule="atLeast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E06FFE" w:rsidRPr="00A448DF" w:rsidRDefault="00E06FFE" w:rsidP="00B51F5C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Метапредметные результаты освоения основной образовательной программы, формируемые при изучении модуля:</w:t>
      </w:r>
    </w:p>
    <w:p w:rsidR="00E06FFE" w:rsidRPr="00A448DF" w:rsidRDefault="00E06FFE" w:rsidP="00384DA7">
      <w:pPr>
        <w:pStyle w:val="ae"/>
        <w:numPr>
          <w:ilvl w:val="0"/>
          <w:numId w:val="16"/>
        </w:numPr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Овладение универсальными познавательными действиями </w:t>
      </w:r>
    </w:p>
    <w:p w:rsidR="00E06FFE" w:rsidRPr="00A448DF" w:rsidRDefault="00E06FFE" w:rsidP="00B51F5C">
      <w:pPr>
        <w:pStyle w:val="ae"/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Формирование пространственных представлений и сенсорных способностей: </w:t>
      </w:r>
    </w:p>
    <w:p w:rsidR="00E06FFE" w:rsidRPr="00A448DF" w:rsidRDefault="00E06FFE" w:rsidP="00384DA7">
      <w:pPr>
        <w:pStyle w:val="ae"/>
        <w:numPr>
          <w:ilvl w:val="0"/>
          <w:numId w:val="17"/>
        </w:numPr>
        <w:tabs>
          <w:tab w:val="left" w:pos="709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сравнивать предметные и пространственные объекты по заданным основаниям;</w:t>
      </w:r>
    </w:p>
    <w:p w:rsidR="00E06FFE" w:rsidRPr="00A448DF" w:rsidRDefault="00E06FFE" w:rsidP="00384DA7">
      <w:pPr>
        <w:pStyle w:val="ae"/>
        <w:numPr>
          <w:ilvl w:val="0"/>
          <w:numId w:val="17"/>
        </w:numPr>
        <w:tabs>
          <w:tab w:val="left" w:pos="709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форму предмета, конструкции; </w:t>
      </w:r>
    </w:p>
    <w:p w:rsidR="00E06FFE" w:rsidRPr="00A448DF" w:rsidRDefault="00E06FFE" w:rsidP="00384DA7">
      <w:pPr>
        <w:pStyle w:val="ae"/>
        <w:numPr>
          <w:ilvl w:val="0"/>
          <w:numId w:val="17"/>
        </w:numPr>
        <w:tabs>
          <w:tab w:val="left" w:pos="709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выявлять положение предметной формы в пространстве;</w:t>
      </w:r>
    </w:p>
    <w:p w:rsidR="00E06FFE" w:rsidRPr="00A448DF" w:rsidRDefault="00E06FFE" w:rsidP="00384DA7">
      <w:pPr>
        <w:pStyle w:val="ae"/>
        <w:numPr>
          <w:ilvl w:val="0"/>
          <w:numId w:val="17"/>
        </w:numPr>
        <w:tabs>
          <w:tab w:val="left" w:pos="709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обобщать форму составной конструкции; </w:t>
      </w:r>
    </w:p>
    <w:p w:rsidR="00E06FFE" w:rsidRPr="00A448DF" w:rsidRDefault="00E06FFE" w:rsidP="00384DA7">
      <w:pPr>
        <w:pStyle w:val="ae"/>
        <w:numPr>
          <w:ilvl w:val="0"/>
          <w:numId w:val="17"/>
        </w:numPr>
        <w:tabs>
          <w:tab w:val="left" w:pos="709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анализировать структуру предмета, конструкции, пространства, зрительного образа; </w:t>
      </w:r>
    </w:p>
    <w:p w:rsidR="00E06FFE" w:rsidRPr="00A448DF" w:rsidRDefault="00E06FFE" w:rsidP="00384DA7">
      <w:pPr>
        <w:pStyle w:val="ae"/>
        <w:numPr>
          <w:ilvl w:val="0"/>
          <w:numId w:val="17"/>
        </w:numPr>
        <w:tabs>
          <w:tab w:val="left" w:pos="709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структурировать предметно-пространственные явления; </w:t>
      </w:r>
    </w:p>
    <w:p w:rsidR="00E06FFE" w:rsidRPr="00A448DF" w:rsidRDefault="00E06FFE" w:rsidP="00384DA7">
      <w:pPr>
        <w:pStyle w:val="ae"/>
        <w:numPr>
          <w:ilvl w:val="0"/>
          <w:numId w:val="17"/>
        </w:numPr>
        <w:tabs>
          <w:tab w:val="left" w:pos="709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сопоставлять пропорциональное соотношение частей внутри целого и предметов между собой; </w:t>
      </w:r>
    </w:p>
    <w:p w:rsidR="00E06FFE" w:rsidRPr="00A448DF" w:rsidRDefault="00E06FFE" w:rsidP="00384DA7">
      <w:pPr>
        <w:pStyle w:val="ae"/>
        <w:numPr>
          <w:ilvl w:val="0"/>
          <w:numId w:val="17"/>
        </w:numPr>
        <w:tabs>
          <w:tab w:val="left" w:pos="709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E06FFE" w:rsidRPr="00A448DF" w:rsidRDefault="00E06FFE" w:rsidP="00B51F5C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Базовые логические и исследовательские действия: </w:t>
      </w:r>
    </w:p>
    <w:p w:rsidR="00E06FFE" w:rsidRPr="00A448DF" w:rsidRDefault="00E06FFE" w:rsidP="00384DA7">
      <w:pPr>
        <w:pStyle w:val="ae"/>
        <w:numPr>
          <w:ilvl w:val="0"/>
          <w:numId w:val="18"/>
        </w:numPr>
        <w:tabs>
          <w:tab w:val="left" w:pos="709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явлений художественной культуры;</w:t>
      </w:r>
    </w:p>
    <w:p w:rsidR="00E06FFE" w:rsidRPr="00A448DF" w:rsidRDefault="00E06FFE" w:rsidP="00384DA7">
      <w:pPr>
        <w:pStyle w:val="ae"/>
        <w:numPr>
          <w:ilvl w:val="0"/>
          <w:numId w:val="18"/>
        </w:numPr>
        <w:tabs>
          <w:tab w:val="left" w:pos="709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сопоставлять, анализировать, сравнивать и оценивать с позиций эстетических категорий явления искусства и действительности; </w:t>
      </w:r>
    </w:p>
    <w:p w:rsidR="00E06FFE" w:rsidRPr="00A448DF" w:rsidRDefault="00E06FFE" w:rsidP="00384DA7">
      <w:pPr>
        <w:pStyle w:val="ae"/>
        <w:numPr>
          <w:ilvl w:val="0"/>
          <w:numId w:val="18"/>
        </w:numPr>
        <w:tabs>
          <w:tab w:val="left" w:pos="709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классифицировать произведения искусства по видам и, соответственно, по назначению в жизни людей; </w:t>
      </w:r>
    </w:p>
    <w:p w:rsidR="00E06FFE" w:rsidRPr="00A448DF" w:rsidRDefault="00E06FFE" w:rsidP="00384DA7">
      <w:pPr>
        <w:pStyle w:val="ae"/>
        <w:numPr>
          <w:ilvl w:val="0"/>
          <w:numId w:val="18"/>
        </w:numPr>
        <w:tabs>
          <w:tab w:val="left" w:pos="709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ставить и использовать вопросы как исследовательский инструмент познания; </w:t>
      </w:r>
    </w:p>
    <w:p w:rsidR="00E06FFE" w:rsidRPr="00A448DF" w:rsidRDefault="00E06FFE" w:rsidP="00384DA7">
      <w:pPr>
        <w:pStyle w:val="ae"/>
        <w:numPr>
          <w:ilvl w:val="0"/>
          <w:numId w:val="18"/>
        </w:numPr>
        <w:tabs>
          <w:tab w:val="left" w:pos="709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вести исследовательскую работу по сбору информационного материала по установленной или выбранной теме; </w:t>
      </w:r>
    </w:p>
    <w:p w:rsidR="00E06FFE" w:rsidRPr="00A448DF" w:rsidRDefault="00E06FFE" w:rsidP="00384DA7">
      <w:pPr>
        <w:pStyle w:val="ae"/>
        <w:numPr>
          <w:ilvl w:val="0"/>
          <w:numId w:val="18"/>
        </w:numPr>
        <w:tabs>
          <w:tab w:val="left" w:pos="709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E06FFE" w:rsidRPr="00A448DF" w:rsidRDefault="00E06FFE" w:rsidP="00B51F5C">
      <w:pPr>
        <w:tabs>
          <w:tab w:val="left" w:pos="180"/>
        </w:tabs>
        <w:autoSpaceDE w:val="0"/>
        <w:autoSpaceDN w:val="0"/>
        <w:spacing w:after="0" w:line="0" w:lineRule="atLeast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Работа с информацией: </w:t>
      </w:r>
    </w:p>
    <w:p w:rsidR="00E06FFE" w:rsidRPr="00A448DF" w:rsidRDefault="00E06FFE" w:rsidP="00384DA7">
      <w:pPr>
        <w:pStyle w:val="ae"/>
        <w:numPr>
          <w:ilvl w:val="0"/>
          <w:numId w:val="19"/>
        </w:numPr>
        <w:tabs>
          <w:tab w:val="left" w:pos="709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 </w:t>
      </w:r>
    </w:p>
    <w:p w:rsidR="00E06FFE" w:rsidRPr="00A448DF" w:rsidRDefault="00E06FFE" w:rsidP="00384DA7">
      <w:pPr>
        <w:pStyle w:val="ae"/>
        <w:numPr>
          <w:ilvl w:val="0"/>
          <w:numId w:val="19"/>
        </w:numPr>
        <w:tabs>
          <w:tab w:val="left" w:pos="709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использовать электронные образовательные ресурсы; </w:t>
      </w:r>
    </w:p>
    <w:p w:rsidR="00E06FFE" w:rsidRPr="00A448DF" w:rsidRDefault="00E06FFE" w:rsidP="00384DA7">
      <w:pPr>
        <w:pStyle w:val="ae"/>
        <w:numPr>
          <w:ilvl w:val="0"/>
          <w:numId w:val="19"/>
        </w:numPr>
        <w:tabs>
          <w:tab w:val="left" w:pos="709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уметь работать с электронными учебными пособиями и учебниками; </w:t>
      </w:r>
    </w:p>
    <w:p w:rsidR="00E06FFE" w:rsidRPr="00A448DF" w:rsidRDefault="00E06FFE" w:rsidP="00384DA7">
      <w:pPr>
        <w:pStyle w:val="ae"/>
        <w:numPr>
          <w:ilvl w:val="0"/>
          <w:numId w:val="19"/>
        </w:numPr>
        <w:tabs>
          <w:tab w:val="left" w:pos="709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 </w:t>
      </w:r>
    </w:p>
    <w:p w:rsidR="00E06FFE" w:rsidRPr="00A448DF" w:rsidRDefault="00E06FFE" w:rsidP="00384DA7">
      <w:pPr>
        <w:pStyle w:val="ae"/>
        <w:numPr>
          <w:ilvl w:val="0"/>
          <w:numId w:val="19"/>
        </w:numPr>
        <w:tabs>
          <w:tab w:val="left" w:pos="709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E06FFE" w:rsidRPr="00A448DF" w:rsidRDefault="00E06FFE" w:rsidP="00384DA7">
      <w:pPr>
        <w:pStyle w:val="ae"/>
        <w:numPr>
          <w:ilvl w:val="0"/>
          <w:numId w:val="16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Овладение универсальными коммуникативными действиями </w:t>
      </w:r>
    </w:p>
    <w:p w:rsidR="00E06FFE" w:rsidRPr="00A448DF" w:rsidRDefault="00E06FFE" w:rsidP="00384DA7">
      <w:pPr>
        <w:pStyle w:val="ae"/>
        <w:numPr>
          <w:ilvl w:val="0"/>
          <w:numId w:val="20"/>
        </w:numPr>
        <w:tabs>
          <w:tab w:val="left" w:pos="709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Понимать искусство в качестве особого языка общения — межличностного (автор — зритель), между поколениями, между народами; </w:t>
      </w:r>
    </w:p>
    <w:p w:rsidR="00E06FFE" w:rsidRPr="00A448DF" w:rsidRDefault="00E06FFE" w:rsidP="00384DA7">
      <w:pPr>
        <w:pStyle w:val="ae"/>
        <w:numPr>
          <w:ilvl w:val="0"/>
          <w:numId w:val="20"/>
        </w:numPr>
        <w:tabs>
          <w:tab w:val="left" w:pos="709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 </w:t>
      </w:r>
    </w:p>
    <w:p w:rsidR="00E06FFE" w:rsidRPr="00A448DF" w:rsidRDefault="00E06FFE" w:rsidP="00384DA7">
      <w:pPr>
        <w:pStyle w:val="ae"/>
        <w:numPr>
          <w:ilvl w:val="0"/>
          <w:numId w:val="20"/>
        </w:numPr>
        <w:tabs>
          <w:tab w:val="left" w:pos="709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явления; находить общее решение и разрешать конфликты на основе общих позиций и учёта интересов; </w:t>
      </w:r>
    </w:p>
    <w:p w:rsidR="00E06FFE" w:rsidRPr="00A448DF" w:rsidRDefault="00E06FFE" w:rsidP="00384DA7">
      <w:pPr>
        <w:pStyle w:val="ae"/>
        <w:numPr>
          <w:ilvl w:val="0"/>
          <w:numId w:val="20"/>
        </w:numPr>
        <w:tabs>
          <w:tab w:val="left" w:pos="709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публично представлять и объяснять результаты своего ​творческого, художественного или исследовательского опыта; </w:t>
      </w:r>
    </w:p>
    <w:p w:rsidR="00E06FFE" w:rsidRPr="00A448DF" w:rsidRDefault="00E06FFE" w:rsidP="00384DA7">
      <w:pPr>
        <w:pStyle w:val="ae"/>
        <w:numPr>
          <w:ilvl w:val="0"/>
          <w:numId w:val="20"/>
        </w:numPr>
        <w:tabs>
          <w:tab w:val="left" w:pos="709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</w:t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выполнять поручения, подчиняться, ответственно относиться к задачам, своей роли в достижении общего результата.</w:t>
      </w:r>
    </w:p>
    <w:p w:rsidR="00E06FFE" w:rsidRPr="00A448DF" w:rsidRDefault="00E06FFE" w:rsidP="00384DA7">
      <w:pPr>
        <w:pStyle w:val="ae"/>
        <w:numPr>
          <w:ilvl w:val="0"/>
          <w:numId w:val="16"/>
        </w:numPr>
        <w:tabs>
          <w:tab w:val="left" w:pos="180"/>
        </w:tabs>
        <w:autoSpaceDE w:val="0"/>
        <w:autoSpaceDN w:val="0"/>
        <w:spacing w:after="0" w:line="0" w:lineRule="atLeast"/>
        <w:ind w:left="0"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регулятивными действиями</w:t>
      </w: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 </w:t>
      </w:r>
    </w:p>
    <w:p w:rsidR="00E06FFE" w:rsidRPr="00A448DF" w:rsidRDefault="00E06FFE" w:rsidP="00B51F5C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Самоорганизация: </w:t>
      </w:r>
    </w:p>
    <w:p w:rsidR="00E06FFE" w:rsidRPr="00A448DF" w:rsidRDefault="00E06FFE" w:rsidP="00384DA7">
      <w:pPr>
        <w:pStyle w:val="ae"/>
        <w:numPr>
          <w:ilvl w:val="0"/>
          <w:numId w:val="21"/>
        </w:numPr>
        <w:tabs>
          <w:tab w:val="left" w:pos="709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 </w:t>
      </w:r>
    </w:p>
    <w:p w:rsidR="00E06FFE" w:rsidRPr="00A448DF" w:rsidRDefault="00E06FFE" w:rsidP="00384DA7">
      <w:pPr>
        <w:pStyle w:val="ae"/>
        <w:numPr>
          <w:ilvl w:val="0"/>
          <w:numId w:val="21"/>
        </w:numPr>
        <w:tabs>
          <w:tab w:val="left" w:pos="709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 </w:t>
      </w:r>
    </w:p>
    <w:p w:rsidR="00E06FFE" w:rsidRPr="00A448DF" w:rsidRDefault="00E06FFE" w:rsidP="00384DA7">
      <w:pPr>
        <w:pStyle w:val="ae"/>
        <w:numPr>
          <w:ilvl w:val="0"/>
          <w:numId w:val="21"/>
        </w:numPr>
        <w:tabs>
          <w:tab w:val="left" w:pos="709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E06FFE" w:rsidRPr="00A448DF" w:rsidRDefault="00E06FFE" w:rsidP="00B51F5C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Самоконтроль: </w:t>
      </w:r>
    </w:p>
    <w:p w:rsidR="00E06FFE" w:rsidRPr="00A448DF" w:rsidRDefault="00E06FFE" w:rsidP="00384DA7">
      <w:pPr>
        <w:pStyle w:val="ae"/>
        <w:numPr>
          <w:ilvl w:val="0"/>
          <w:numId w:val="22"/>
        </w:numPr>
        <w:tabs>
          <w:tab w:val="left" w:pos="709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соотносить свои действия с планируемыми результатами, осуществлять контроль своей деятельности в процессе достижения результата; </w:t>
      </w:r>
    </w:p>
    <w:p w:rsidR="00E06FFE" w:rsidRPr="00A448DF" w:rsidRDefault="00E06FFE" w:rsidP="00384DA7">
      <w:pPr>
        <w:pStyle w:val="ae"/>
        <w:numPr>
          <w:ilvl w:val="0"/>
          <w:numId w:val="22"/>
        </w:numPr>
        <w:tabs>
          <w:tab w:val="left" w:pos="709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E06FFE" w:rsidRPr="00A448DF" w:rsidRDefault="00E06FFE" w:rsidP="00B51F5C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Эмоциональный интеллект: </w:t>
      </w:r>
    </w:p>
    <w:p w:rsidR="00E06FFE" w:rsidRPr="00A448DF" w:rsidRDefault="00E06FFE" w:rsidP="00384DA7">
      <w:pPr>
        <w:pStyle w:val="ae"/>
        <w:numPr>
          <w:ilvl w:val="0"/>
          <w:numId w:val="23"/>
        </w:numPr>
        <w:tabs>
          <w:tab w:val="left" w:pos="709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развивать способность управлять собственными эмоциями, стремиться к пониманию эмоций других; </w:t>
      </w:r>
    </w:p>
    <w:p w:rsidR="00E06FFE" w:rsidRPr="00A448DF" w:rsidRDefault="00E06FFE" w:rsidP="00384DA7">
      <w:pPr>
        <w:pStyle w:val="ae"/>
        <w:numPr>
          <w:ilvl w:val="0"/>
          <w:numId w:val="23"/>
        </w:numPr>
        <w:tabs>
          <w:tab w:val="left" w:pos="709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уметь рефлексировать эмоции как основание для художественного восприятия искусства и собственной художественной деятельности; </w:t>
      </w:r>
    </w:p>
    <w:p w:rsidR="00E06FFE" w:rsidRPr="00A448DF" w:rsidRDefault="00E06FFE" w:rsidP="00384DA7">
      <w:pPr>
        <w:pStyle w:val="ae"/>
        <w:numPr>
          <w:ilvl w:val="0"/>
          <w:numId w:val="23"/>
        </w:numPr>
        <w:tabs>
          <w:tab w:val="left" w:pos="709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развивать свои эмпатические способности, способность сопереживать, понимать намерения и переживания свои и других; </w:t>
      </w:r>
    </w:p>
    <w:p w:rsidR="00E06FFE" w:rsidRPr="00A448DF" w:rsidRDefault="00E06FFE" w:rsidP="00384DA7">
      <w:pPr>
        <w:pStyle w:val="ae"/>
        <w:numPr>
          <w:ilvl w:val="0"/>
          <w:numId w:val="23"/>
        </w:numPr>
        <w:tabs>
          <w:tab w:val="left" w:pos="709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признавать своё и чужое право на ошибку; </w:t>
      </w:r>
    </w:p>
    <w:p w:rsidR="00E06FFE" w:rsidRPr="00A448DF" w:rsidRDefault="00E06FFE" w:rsidP="00384DA7">
      <w:pPr>
        <w:pStyle w:val="ae"/>
        <w:numPr>
          <w:ilvl w:val="0"/>
          <w:numId w:val="23"/>
        </w:numPr>
        <w:tabs>
          <w:tab w:val="left" w:pos="709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работать индивидуально и в группе; продуктивно участвовать в учебном сотрудничестве, в совместной деятельности со сверстниками, с педагогами и межвозрастном взаимодействии.</w:t>
      </w:r>
    </w:p>
    <w:p w:rsidR="00E06FFE" w:rsidRPr="00A448DF" w:rsidRDefault="00E06FFE" w:rsidP="00B51F5C">
      <w:pPr>
        <w:tabs>
          <w:tab w:val="left" w:pos="180"/>
        </w:tabs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E417F" w:rsidRPr="00A448DF" w:rsidRDefault="00CC2758" w:rsidP="00B51F5C">
      <w:pPr>
        <w:autoSpaceDE w:val="0"/>
        <w:autoSpaceDN w:val="0"/>
        <w:spacing w:after="0" w:line="0" w:lineRule="atLeast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577E5F" w:rsidRPr="00A448DF" w:rsidRDefault="00CC2758" w:rsidP="00384DA7">
      <w:pPr>
        <w:pStyle w:val="ae"/>
        <w:numPr>
          <w:ilvl w:val="0"/>
          <w:numId w:val="33"/>
        </w:numPr>
        <w:tabs>
          <w:tab w:val="left" w:pos="0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архитектуру и дизайн как конструктивные виды искусства, т. е. искусства художественного построения предметно-пространственной среды жизни людей; </w:t>
      </w:r>
    </w:p>
    <w:p w:rsidR="00577E5F" w:rsidRPr="00A448DF" w:rsidRDefault="00CC2758" w:rsidP="00384DA7">
      <w:pPr>
        <w:pStyle w:val="ae"/>
        <w:numPr>
          <w:ilvl w:val="0"/>
          <w:numId w:val="33"/>
        </w:numPr>
        <w:tabs>
          <w:tab w:val="left" w:pos="0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объяснять роль архитектуры и дизайна в построении предметно-пространственной среды жизнедеятельности человека; </w:t>
      </w:r>
    </w:p>
    <w:p w:rsidR="00577E5F" w:rsidRPr="00A448DF" w:rsidRDefault="00CC2758" w:rsidP="00384DA7">
      <w:pPr>
        <w:pStyle w:val="ae"/>
        <w:numPr>
          <w:ilvl w:val="0"/>
          <w:numId w:val="33"/>
        </w:numPr>
        <w:tabs>
          <w:tab w:val="left" w:pos="0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рассуждать о влиянии предметно-пространственной среды на чувства, установки и поведение человека; </w:t>
      </w:r>
    </w:p>
    <w:p w:rsidR="00577E5F" w:rsidRPr="00A448DF" w:rsidRDefault="00CC2758" w:rsidP="00384DA7">
      <w:pPr>
        <w:pStyle w:val="ae"/>
        <w:numPr>
          <w:ilvl w:val="0"/>
          <w:numId w:val="33"/>
        </w:numPr>
        <w:tabs>
          <w:tab w:val="left" w:pos="0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рассуждать о том, как предметно-пространственная среда организует деятельность человека и</w:t>
      </w:r>
      <w:r w:rsidR="00577E5F"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представления о самом себе;</w:t>
      </w:r>
    </w:p>
    <w:p w:rsidR="00577E5F" w:rsidRPr="00A448DF" w:rsidRDefault="00577E5F" w:rsidP="00384DA7">
      <w:pPr>
        <w:pStyle w:val="ae"/>
        <w:numPr>
          <w:ilvl w:val="0"/>
          <w:numId w:val="33"/>
        </w:numPr>
        <w:tabs>
          <w:tab w:val="left" w:pos="0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объяснять ценность сохранения культурного наследия, выраженного в архитектуре, предметах труда и быта разных эпох.</w:t>
      </w:r>
    </w:p>
    <w:p w:rsidR="00577E5F" w:rsidRPr="00A448DF" w:rsidRDefault="00577E5F" w:rsidP="00B51F5C">
      <w:pPr>
        <w:pStyle w:val="ae"/>
        <w:tabs>
          <w:tab w:val="left" w:pos="0"/>
        </w:tabs>
        <w:autoSpaceDE w:val="0"/>
        <w:autoSpaceDN w:val="0"/>
        <w:spacing w:after="0" w:line="0" w:lineRule="atLeast"/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Графический дизайн: </w:t>
      </w:r>
    </w:p>
    <w:p w:rsidR="00577E5F" w:rsidRPr="00A448DF" w:rsidRDefault="00577E5F" w:rsidP="00384DA7">
      <w:pPr>
        <w:pStyle w:val="ae"/>
        <w:numPr>
          <w:ilvl w:val="0"/>
          <w:numId w:val="34"/>
        </w:numPr>
        <w:tabs>
          <w:tab w:val="left" w:pos="0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объяснять понятие формальной композиции и её значение как основы языка конструктивных искусств;</w:t>
      </w:r>
    </w:p>
    <w:p w:rsidR="00577E5F" w:rsidRPr="00A448DF" w:rsidRDefault="00577E5F" w:rsidP="00384DA7">
      <w:pPr>
        <w:pStyle w:val="ae"/>
        <w:numPr>
          <w:ilvl w:val="0"/>
          <w:numId w:val="34"/>
        </w:numPr>
        <w:tabs>
          <w:tab w:val="left" w:pos="0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объяснять основные средства — требования к композиции; </w:t>
      </w:r>
    </w:p>
    <w:p w:rsidR="00577E5F" w:rsidRPr="00A448DF" w:rsidRDefault="00577E5F" w:rsidP="00384DA7">
      <w:pPr>
        <w:pStyle w:val="ae"/>
        <w:numPr>
          <w:ilvl w:val="0"/>
          <w:numId w:val="34"/>
        </w:numPr>
        <w:tabs>
          <w:tab w:val="left" w:pos="0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уметь перечислять и объяснять основные типы формальной композиции; </w:t>
      </w:r>
    </w:p>
    <w:p w:rsidR="00577E5F" w:rsidRPr="00A448DF" w:rsidRDefault="00577E5F" w:rsidP="00384DA7">
      <w:pPr>
        <w:pStyle w:val="ae"/>
        <w:numPr>
          <w:ilvl w:val="0"/>
          <w:numId w:val="34"/>
        </w:numPr>
        <w:tabs>
          <w:tab w:val="left" w:pos="0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составлять различные формальные композиции на плоскости в зависимости от поставленных задач;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577E5F" w:rsidRPr="00A448DF" w:rsidRDefault="00577E5F" w:rsidP="00384DA7">
      <w:pPr>
        <w:pStyle w:val="ae"/>
        <w:numPr>
          <w:ilvl w:val="0"/>
          <w:numId w:val="34"/>
        </w:numPr>
        <w:tabs>
          <w:tab w:val="left" w:pos="0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выделять при творческом построении композиции листа композиционную доминанту; </w:t>
      </w:r>
    </w:p>
    <w:p w:rsidR="00577E5F" w:rsidRPr="00A448DF" w:rsidRDefault="00577E5F" w:rsidP="00384DA7">
      <w:pPr>
        <w:pStyle w:val="ae"/>
        <w:numPr>
          <w:ilvl w:val="0"/>
          <w:numId w:val="34"/>
        </w:numPr>
        <w:tabs>
          <w:tab w:val="left" w:pos="0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составлять формальные композиции на выражение в них движения и статики; </w:t>
      </w:r>
    </w:p>
    <w:p w:rsidR="00577E5F" w:rsidRPr="00A448DF" w:rsidRDefault="00577E5F" w:rsidP="00384DA7">
      <w:pPr>
        <w:pStyle w:val="ae"/>
        <w:numPr>
          <w:ilvl w:val="0"/>
          <w:numId w:val="34"/>
        </w:numPr>
        <w:tabs>
          <w:tab w:val="left" w:pos="0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осваивать навыки вариативности в ритмической организации листа; </w:t>
      </w:r>
    </w:p>
    <w:p w:rsidR="00577E5F" w:rsidRPr="00A448DF" w:rsidRDefault="00577E5F" w:rsidP="00384DA7">
      <w:pPr>
        <w:pStyle w:val="ae"/>
        <w:numPr>
          <w:ilvl w:val="0"/>
          <w:numId w:val="34"/>
        </w:numPr>
        <w:tabs>
          <w:tab w:val="left" w:pos="0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объяснять роль цвета в конструктивных искусствах; </w:t>
      </w:r>
    </w:p>
    <w:p w:rsidR="00577E5F" w:rsidRPr="00A448DF" w:rsidRDefault="00577E5F" w:rsidP="00384DA7">
      <w:pPr>
        <w:pStyle w:val="ae"/>
        <w:numPr>
          <w:ilvl w:val="0"/>
          <w:numId w:val="34"/>
        </w:numPr>
        <w:tabs>
          <w:tab w:val="left" w:pos="0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различать технологию использования цвета в живописи и в конструктивных искусствах; </w:t>
      </w:r>
    </w:p>
    <w:p w:rsidR="00577E5F" w:rsidRPr="00A448DF" w:rsidRDefault="00577E5F" w:rsidP="00384DA7">
      <w:pPr>
        <w:pStyle w:val="ae"/>
        <w:numPr>
          <w:ilvl w:val="0"/>
          <w:numId w:val="34"/>
        </w:numPr>
        <w:tabs>
          <w:tab w:val="left" w:pos="0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объяснять выражение «цветовой образ»; </w:t>
      </w:r>
    </w:p>
    <w:p w:rsidR="00577E5F" w:rsidRPr="00A448DF" w:rsidRDefault="00577E5F" w:rsidP="00384DA7">
      <w:pPr>
        <w:pStyle w:val="ae"/>
        <w:numPr>
          <w:ilvl w:val="0"/>
          <w:numId w:val="34"/>
        </w:numPr>
        <w:tabs>
          <w:tab w:val="left" w:pos="0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применять цвет в графических композициях как акцент или доминанту, объединённые одним стилем; </w:t>
      </w:r>
    </w:p>
    <w:p w:rsidR="00577E5F" w:rsidRPr="00A448DF" w:rsidRDefault="00577E5F" w:rsidP="00384DA7">
      <w:pPr>
        <w:pStyle w:val="ae"/>
        <w:numPr>
          <w:ilvl w:val="0"/>
          <w:numId w:val="34"/>
        </w:numPr>
        <w:tabs>
          <w:tab w:val="left" w:pos="0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определять шрифт как графический рисунок начертания букв, объединённых общим стилем, отвечающий законам художественной композиции; </w:t>
      </w:r>
    </w:p>
    <w:p w:rsidR="00577E5F" w:rsidRPr="00A448DF" w:rsidRDefault="00577E5F" w:rsidP="00384DA7">
      <w:pPr>
        <w:pStyle w:val="ae"/>
        <w:numPr>
          <w:ilvl w:val="0"/>
          <w:numId w:val="34"/>
        </w:numPr>
        <w:tabs>
          <w:tab w:val="left" w:pos="0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соотносить особенности стилизации рисунка шрифта и содержание текста; различать «архитектуру» шрифта и особенности шрифтовых гарнитур; иметь опыт творческого воплощения шрифтовой композиции (буквицы); </w:t>
      </w:r>
    </w:p>
    <w:p w:rsidR="00577E5F" w:rsidRPr="00A448DF" w:rsidRDefault="00577E5F" w:rsidP="00384DA7">
      <w:pPr>
        <w:pStyle w:val="ae"/>
        <w:numPr>
          <w:ilvl w:val="0"/>
          <w:numId w:val="34"/>
        </w:numPr>
        <w:tabs>
          <w:tab w:val="left" w:pos="0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применять печатное слово, типографскую строку в качестве элементов графической композиции; </w:t>
      </w:r>
      <w:r w:rsidRPr="00A448D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объяснять функции логотипа как представительского знака, эмблемы, торговой марки; различать шрифтовой и знаковый виды логотипа; иметь практический опыт разработки логотипа на выбранную тему; </w:t>
      </w:r>
    </w:p>
    <w:p w:rsidR="00577E5F" w:rsidRPr="00A448DF" w:rsidRDefault="00577E5F" w:rsidP="00384DA7">
      <w:pPr>
        <w:pStyle w:val="ae"/>
        <w:numPr>
          <w:ilvl w:val="0"/>
          <w:numId w:val="34"/>
        </w:numPr>
        <w:tabs>
          <w:tab w:val="left" w:pos="0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приобрести творческий опыт построения композиции плаката, поздравительной открытки или рекламы на основе соединения текста и изображения; </w:t>
      </w:r>
    </w:p>
    <w:p w:rsidR="00383A63" w:rsidRPr="00A448DF" w:rsidRDefault="00577E5F" w:rsidP="00384DA7">
      <w:pPr>
        <w:pStyle w:val="ae"/>
        <w:numPr>
          <w:ilvl w:val="0"/>
          <w:numId w:val="34"/>
        </w:numPr>
        <w:tabs>
          <w:tab w:val="left" w:pos="0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иметь представление об искусстве конструирования книги, дизайне журнала;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383A63" w:rsidRPr="00A448DF" w:rsidRDefault="00383A63" w:rsidP="00383A63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Социальное значение дизайна и архитектуры как среды жизни человека:</w:t>
      </w:r>
    </w:p>
    <w:p w:rsidR="00383A63" w:rsidRPr="00A448DF" w:rsidRDefault="00383A63" w:rsidP="00384DA7">
      <w:pPr>
        <w:pStyle w:val="ae"/>
        <w:numPr>
          <w:ilvl w:val="0"/>
          <w:numId w:val="34"/>
        </w:numPr>
        <w:tabs>
          <w:tab w:val="left" w:pos="180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иметь опыт построения объёмно-пространственной композиции как макета архитектурного пространства в реальной жизни;</w:t>
      </w:r>
    </w:p>
    <w:p w:rsidR="00383A63" w:rsidRPr="00A448DF" w:rsidRDefault="00383A63" w:rsidP="00384DA7">
      <w:pPr>
        <w:pStyle w:val="ae"/>
        <w:numPr>
          <w:ilvl w:val="0"/>
          <w:numId w:val="34"/>
        </w:numPr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выполнять построение макета пространственно-объёмной композиции по его чертежу;</w:t>
      </w:r>
    </w:p>
    <w:p w:rsidR="00383A63" w:rsidRPr="00A448DF" w:rsidRDefault="00383A63" w:rsidP="00384DA7">
      <w:pPr>
        <w:pStyle w:val="ae"/>
        <w:numPr>
          <w:ilvl w:val="0"/>
          <w:numId w:val="34"/>
        </w:numPr>
        <w:tabs>
          <w:tab w:val="left" w:pos="180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383A63" w:rsidRPr="00A448DF" w:rsidRDefault="00383A63" w:rsidP="00384DA7">
      <w:pPr>
        <w:pStyle w:val="ae"/>
        <w:numPr>
          <w:ilvl w:val="0"/>
          <w:numId w:val="34"/>
        </w:numPr>
        <w:tabs>
          <w:tab w:val="left" w:pos="180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383A63" w:rsidRPr="00A448DF" w:rsidRDefault="00383A63" w:rsidP="00384DA7">
      <w:pPr>
        <w:pStyle w:val="ae"/>
        <w:numPr>
          <w:ilvl w:val="0"/>
          <w:numId w:val="34"/>
        </w:numPr>
        <w:tabs>
          <w:tab w:val="left" w:pos="180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383A63" w:rsidRPr="00A448DF" w:rsidRDefault="00383A63" w:rsidP="00384DA7">
      <w:pPr>
        <w:pStyle w:val="ae"/>
        <w:numPr>
          <w:ilvl w:val="0"/>
          <w:numId w:val="34"/>
        </w:numPr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383A63" w:rsidRPr="00A448DF" w:rsidRDefault="00383A63" w:rsidP="00384DA7">
      <w:pPr>
        <w:pStyle w:val="ae"/>
        <w:numPr>
          <w:ilvl w:val="0"/>
          <w:numId w:val="34"/>
        </w:numPr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материалов; рассуждать о социокультурных противоречиях в организации современной городской среды и поисках путей их преодоления;</w:t>
      </w:r>
    </w:p>
    <w:p w:rsidR="00383A63" w:rsidRPr="00A448DF" w:rsidRDefault="00383A63" w:rsidP="00384DA7">
      <w:pPr>
        <w:pStyle w:val="ae"/>
        <w:numPr>
          <w:ilvl w:val="0"/>
          <w:numId w:val="34"/>
        </w:numPr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383A63" w:rsidRPr="00A448DF" w:rsidRDefault="00383A63" w:rsidP="00384DA7">
      <w:pPr>
        <w:pStyle w:val="ae"/>
        <w:numPr>
          <w:ilvl w:val="0"/>
          <w:numId w:val="34"/>
        </w:numPr>
        <w:tabs>
          <w:tab w:val="left" w:pos="180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383A63" w:rsidRPr="00A448DF" w:rsidRDefault="00383A63" w:rsidP="00384DA7">
      <w:pPr>
        <w:pStyle w:val="ae"/>
        <w:numPr>
          <w:ilvl w:val="0"/>
          <w:numId w:val="34"/>
        </w:numPr>
        <w:tabs>
          <w:tab w:val="left" w:pos="180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знать различные виды планировки города; иметь опыт разработки построения городского пространства в виде макетной или графической схемы;</w:t>
      </w:r>
    </w:p>
    <w:p w:rsidR="00383A63" w:rsidRPr="00A448DF" w:rsidRDefault="00383A63" w:rsidP="00384DA7">
      <w:pPr>
        <w:pStyle w:val="ae"/>
        <w:numPr>
          <w:ilvl w:val="0"/>
          <w:numId w:val="34"/>
        </w:numPr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характеризовать эстетическое и экологическое взаимное сосуществование природы и архитектуры; иметь представление о традициях ландшафтно-парковой архитектуры и школах ландшафтного дизайна;</w:t>
      </w:r>
    </w:p>
    <w:p w:rsidR="00383A63" w:rsidRPr="00A448DF" w:rsidRDefault="00383A63" w:rsidP="00384DA7">
      <w:pPr>
        <w:pStyle w:val="ae"/>
        <w:numPr>
          <w:ilvl w:val="0"/>
          <w:numId w:val="34"/>
        </w:numPr>
        <w:tabs>
          <w:tab w:val="left" w:pos="180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383A63" w:rsidRPr="00A448DF" w:rsidRDefault="00383A63" w:rsidP="00384DA7">
      <w:pPr>
        <w:pStyle w:val="ae"/>
        <w:numPr>
          <w:ilvl w:val="0"/>
          <w:numId w:val="34"/>
        </w:numPr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людьми; видеть образ времени и характер жизнедеятельности человека в предметах его быта;</w:t>
      </w:r>
    </w:p>
    <w:p w:rsidR="00383A63" w:rsidRPr="00A448DF" w:rsidRDefault="00383A63" w:rsidP="00384DA7">
      <w:pPr>
        <w:pStyle w:val="ae"/>
        <w:numPr>
          <w:ilvl w:val="0"/>
          <w:numId w:val="34"/>
        </w:numPr>
        <w:tabs>
          <w:tab w:val="left" w:pos="180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объяснять, в чём заключается взаимосвязь формы и материала при построении предметного мира; объяснять характер влияния цвета на восприятие человеком формы объектов архитектуры и дизайна;</w:t>
      </w:r>
    </w:p>
    <w:p w:rsidR="00383A63" w:rsidRPr="00A448DF" w:rsidRDefault="00383A63" w:rsidP="00384DA7">
      <w:pPr>
        <w:pStyle w:val="ae"/>
        <w:numPr>
          <w:ilvl w:val="0"/>
          <w:numId w:val="34"/>
        </w:numPr>
        <w:tabs>
          <w:tab w:val="left" w:pos="180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иметь опыт творческого проектирования интерьерного пространства для конкретных задач жизнедеятельности чело​века;</w:t>
      </w:r>
    </w:p>
    <w:p w:rsidR="00383A63" w:rsidRPr="00A448DF" w:rsidRDefault="00383A63" w:rsidP="00384DA7">
      <w:pPr>
        <w:pStyle w:val="ae"/>
        <w:numPr>
          <w:ilvl w:val="0"/>
          <w:numId w:val="34"/>
        </w:numPr>
        <w:tabs>
          <w:tab w:val="left" w:pos="180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объяснять, как в одежде проявляются характер человека, его ценностные позиции и конкретные намерения действий; объяснять, что такое стиль в одежде;</w:t>
      </w:r>
    </w:p>
    <w:p w:rsidR="00383A63" w:rsidRPr="00A448DF" w:rsidRDefault="00383A63" w:rsidP="00384DA7">
      <w:pPr>
        <w:pStyle w:val="ae"/>
        <w:numPr>
          <w:ilvl w:val="0"/>
          <w:numId w:val="34"/>
        </w:numPr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иметь представление об истории костюма в истории разных эпох; характеризовать понятие моды в одежде; 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383A63" w:rsidRPr="00A448DF" w:rsidRDefault="00383A63" w:rsidP="00384DA7">
      <w:pPr>
        <w:pStyle w:val="ae"/>
        <w:numPr>
          <w:ilvl w:val="0"/>
          <w:numId w:val="34"/>
        </w:numPr>
        <w:tabs>
          <w:tab w:val="left" w:pos="180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383A63" w:rsidRPr="00A448DF" w:rsidRDefault="00383A63" w:rsidP="00384DA7">
      <w:pPr>
        <w:pStyle w:val="ae"/>
        <w:numPr>
          <w:ilvl w:val="0"/>
          <w:numId w:val="34"/>
        </w:numPr>
        <w:tabs>
          <w:tab w:val="left" w:pos="180"/>
        </w:tabs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383A63" w:rsidRPr="00A448DF" w:rsidRDefault="00383A63" w:rsidP="00384DA7">
      <w:pPr>
        <w:pStyle w:val="ae"/>
        <w:numPr>
          <w:ilvl w:val="0"/>
          <w:numId w:val="34"/>
        </w:numPr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др.);</w:t>
      </w:r>
    </w:p>
    <w:p w:rsidR="00383A63" w:rsidRPr="00A448DF" w:rsidRDefault="00383A63" w:rsidP="00384DA7">
      <w:pPr>
        <w:pStyle w:val="ae"/>
        <w:numPr>
          <w:ilvl w:val="0"/>
          <w:numId w:val="34"/>
        </w:numPr>
        <w:autoSpaceDE w:val="0"/>
        <w:autoSpaceDN w:val="0"/>
        <w:spacing w:after="0" w:line="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различать задачи искусства театрального грима и бытового макияжа; иметь представление об имидж-дизайне, его задачах и социальном бытовании; иметь опыт создания эскизов для макияжа театральных образов и опыт бытового макияжа; определять эстетические и этические границы применения макияжа и стилистики причёс​ки в повседневном быту.</w:t>
      </w:r>
    </w:p>
    <w:p w:rsidR="00DE417F" w:rsidRPr="00A448DF" w:rsidRDefault="00DE417F" w:rsidP="00E06FFE">
      <w:pPr>
        <w:autoSpaceDE w:val="0"/>
        <w:autoSpaceDN w:val="0"/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E417F" w:rsidRPr="00A448DF" w:rsidRDefault="00DE417F" w:rsidP="001D1DAC">
      <w:pPr>
        <w:rPr>
          <w:rFonts w:ascii="Times New Roman" w:hAnsi="Times New Roman" w:cs="Times New Roman"/>
          <w:sz w:val="24"/>
          <w:szCs w:val="24"/>
          <w:lang w:val="ru-RU"/>
        </w:rPr>
        <w:sectPr w:rsidR="00DE417F" w:rsidRPr="00A448DF" w:rsidSect="00B51F5C">
          <w:pgSz w:w="11900" w:h="16840"/>
          <w:pgMar w:top="298" w:right="660" w:bottom="426" w:left="666" w:header="720" w:footer="720" w:gutter="0"/>
          <w:cols w:space="720" w:equalWidth="0">
            <w:col w:w="10574" w:space="0"/>
          </w:cols>
          <w:docGrid w:linePitch="360"/>
        </w:sectPr>
      </w:pPr>
    </w:p>
    <w:p w:rsidR="00DE417F" w:rsidRPr="00A448DF" w:rsidRDefault="00DE417F" w:rsidP="001D1DAC">
      <w:pPr>
        <w:autoSpaceDE w:val="0"/>
        <w:autoSpaceDN w:val="0"/>
        <w:spacing w:after="64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E417F" w:rsidRPr="00A448DF" w:rsidRDefault="00CC2758" w:rsidP="00D06DC7">
      <w:pPr>
        <w:autoSpaceDE w:val="0"/>
        <w:autoSpaceDN w:val="0"/>
        <w:spacing w:after="258" w:line="233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448DF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ТЕМАТИЧЕСКОЕ ПЛАНИРОВАНИЕ МОДУЛЯ «АРХИТЕКТУРА И ДИЗАЙН»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3005"/>
        <w:gridCol w:w="567"/>
        <w:gridCol w:w="567"/>
        <w:gridCol w:w="567"/>
        <w:gridCol w:w="709"/>
        <w:gridCol w:w="7655"/>
        <w:gridCol w:w="850"/>
        <w:gridCol w:w="1186"/>
      </w:tblGrid>
      <w:tr w:rsidR="00DE417F" w:rsidRPr="009E482D" w:rsidTr="00EA175A">
        <w:trPr>
          <w:trHeight w:hRule="exact" w:val="614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D06DC7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№</w:t>
            </w:r>
            <w:r w:rsidRPr="00A448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п/п</w:t>
            </w:r>
          </w:p>
        </w:tc>
        <w:tc>
          <w:tcPr>
            <w:tcW w:w="3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D06DC7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D06DC7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Количество часов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EA175A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Дата </w:t>
            </w:r>
            <w:r w:rsidRPr="00A448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изуче</w:t>
            </w:r>
            <w:r w:rsidR="00EA175A"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ния</w:t>
            </w:r>
          </w:p>
        </w:tc>
        <w:tc>
          <w:tcPr>
            <w:tcW w:w="7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D06DC7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Виды деятельности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06DC7" w:rsidP="00D06DC7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Виды, формы контро</w:t>
            </w:r>
            <w:r w:rsidR="00EA175A"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л</w:t>
            </w:r>
            <w:r w:rsidR="00CC2758"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я</w:t>
            </w:r>
          </w:p>
        </w:tc>
        <w:tc>
          <w:tcPr>
            <w:tcW w:w="11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D06DC7">
            <w:pPr>
              <w:autoSpaceDE w:val="0"/>
              <w:autoSpaceDN w:val="0"/>
              <w:spacing w:before="78" w:after="0" w:line="25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Электрон</w:t>
            </w:r>
            <w:r w:rsidR="00D06DC7"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ные (циф</w:t>
            </w:r>
            <w:r w:rsidR="00D06DC7"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ровые)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образова</w:t>
            </w:r>
            <w:r w:rsidR="00D06DC7"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тельные ресурсы</w:t>
            </w:r>
          </w:p>
        </w:tc>
      </w:tr>
      <w:tr w:rsidR="00DE417F" w:rsidRPr="00A448DF" w:rsidTr="00EA175A">
        <w:trPr>
          <w:cantSplit/>
          <w:trHeight w:hRule="exact" w:val="1276"/>
        </w:trPr>
        <w:tc>
          <w:tcPr>
            <w:tcW w:w="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DE417F" w:rsidRPr="00A448DF" w:rsidRDefault="00CC2758" w:rsidP="00D06DC7">
            <w:pPr>
              <w:autoSpaceDE w:val="0"/>
              <w:autoSpaceDN w:val="0"/>
              <w:spacing w:before="78" w:after="0" w:line="23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4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DE417F" w:rsidRPr="00A448DF" w:rsidRDefault="00EA175A" w:rsidP="00D06DC7">
            <w:pPr>
              <w:autoSpaceDE w:val="0"/>
              <w:autoSpaceDN w:val="0"/>
              <w:spacing w:before="78" w:after="0" w:line="245" w:lineRule="auto"/>
              <w:ind w:left="72" w:right="113"/>
              <w:rPr>
                <w:rFonts w:ascii="Times New Roman" w:hAnsi="Times New Roman" w:cs="Times New Roman"/>
                <w:sz w:val="20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4"/>
                <w:lang w:val="ru-RU"/>
              </w:rPr>
              <w:t>к</w:t>
            </w:r>
            <w:r w:rsidR="00CC2758"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4"/>
              </w:rPr>
              <w:t>онтроль</w:t>
            </w: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4"/>
                <w:lang w:val="ru-RU"/>
              </w:rPr>
              <w:t>-</w:t>
            </w:r>
            <w:r w:rsidR="00CC2758"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4"/>
              </w:rPr>
              <w:t>ные работы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DE417F" w:rsidRPr="00A448DF" w:rsidRDefault="00EA175A" w:rsidP="00D06DC7">
            <w:pPr>
              <w:autoSpaceDE w:val="0"/>
              <w:autoSpaceDN w:val="0"/>
              <w:spacing w:before="78" w:after="0" w:line="245" w:lineRule="auto"/>
              <w:ind w:left="72" w:right="113"/>
              <w:rPr>
                <w:rFonts w:ascii="Times New Roman" w:hAnsi="Times New Roman" w:cs="Times New Roman"/>
                <w:sz w:val="20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4"/>
                <w:lang w:val="ru-RU"/>
              </w:rPr>
              <w:t>п</w:t>
            </w:r>
            <w:r w:rsidR="00CC2758"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4"/>
              </w:rPr>
              <w:t>рактичес</w:t>
            </w: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4"/>
                <w:lang w:val="ru-RU"/>
              </w:rPr>
              <w:t>-</w:t>
            </w:r>
            <w:r w:rsidR="00CC2758"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4"/>
              </w:rPr>
              <w:t>кие работы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417F" w:rsidRPr="009E482D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Раздел 1. Архитектура и дизайн — искусства художественной постройки предметно</w:t>
            </w:r>
            <w:r w:rsidRPr="00A448DF">
              <w:rPr>
                <w:rFonts w:ascii="Times New Roman" w:eastAsia="DejaVu Serif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‒</w:t>
            </w: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пространственной среды жизни человека</w:t>
            </w:r>
          </w:p>
        </w:tc>
      </w:tr>
      <w:tr w:rsidR="00DE417F" w:rsidRPr="00A448DF" w:rsidTr="00EA175A">
        <w:trPr>
          <w:trHeight w:hRule="exact" w:val="1910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1.1.</w:t>
            </w:r>
          </w:p>
        </w:tc>
        <w:tc>
          <w:tcPr>
            <w:tcW w:w="300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Архитектура и дизайн — предметно-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пространственная среда, создаваемая человеком</w:t>
            </w:r>
            <w:r w:rsidR="00EA175A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EA175A">
            <w:pPr>
              <w:autoSpaceDE w:val="0"/>
              <w:autoSpaceDN w:val="0"/>
              <w:spacing w:before="76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EA175A">
            <w:pPr>
              <w:autoSpaceDE w:val="0"/>
              <w:autoSpaceDN w:val="0"/>
              <w:spacing w:before="76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EA175A">
            <w:pPr>
              <w:autoSpaceDE w:val="0"/>
              <w:autoSpaceDN w:val="0"/>
              <w:spacing w:before="76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 роль архитектуры и дизайна в построении предметно-пространственной сре</w:t>
            </w:r>
            <w:r w:rsidR="00EA175A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ды жизнедеятельности человека.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Рассуждать о влиянии предметно-пространственной среды на чувства, у</w:t>
            </w:r>
            <w:r w:rsidR="00EA175A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становки и поведение человека.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Рассуждать о том, как предметно-пространственная среда организует деятельность человека и</w:t>
            </w:r>
            <w:r w:rsidR="00EA175A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его представление о самом себе.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E77F3C" w:rsidP="001D1DAC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ы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й опрос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118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РЭШ, СИРИУС</w:t>
            </w:r>
          </w:p>
        </w:tc>
      </w:tr>
      <w:tr w:rsidR="00DE417F" w:rsidRPr="00A448DF" w:rsidTr="00EA175A">
        <w:trPr>
          <w:trHeight w:hRule="exact" w:val="128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1.2.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Архитектура — «каменная летопись» истории человечества</w:t>
            </w:r>
            <w:r w:rsidR="00EA175A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EA175A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EA175A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EA175A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 ценность сохранения культурного наследия, выраженного в архитектуре, предм</w:t>
            </w:r>
            <w:r w:rsidR="00EA175A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етах труда и быта разных эпох.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Иметь представление о том, что форма материальной культуры обла</w:t>
            </w:r>
            <w:r w:rsidR="00EA175A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дает воспитательным потенциалом.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EA175A" w:rsidP="00EA175A">
            <w:pPr>
              <w:autoSpaceDE w:val="0"/>
              <w:autoSpaceDN w:val="0"/>
              <w:spacing w:before="76" w:after="0" w:line="233" w:lineRule="auto"/>
              <w:ind w:left="72" w:right="-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 опрос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РЭШ, СИРИУС</w:t>
            </w:r>
          </w:p>
        </w:tc>
      </w:tr>
      <w:tr w:rsidR="00DE417F" w:rsidRPr="00A448DF" w:rsidTr="00EA175A">
        <w:trPr>
          <w:trHeight w:hRule="exact" w:val="297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1.3.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Основы построения композиции в конструктивных искусствах</w:t>
            </w:r>
            <w:r w:rsidR="00EA175A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EA175A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EA175A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EA175A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A175A" w:rsidRPr="00A448DF" w:rsidRDefault="00CC2758" w:rsidP="001D1DAC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 понятие формальной композиции и её значение как основы </w:t>
            </w:r>
            <w:r w:rsidR="00EA175A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языка конструктивных искусств.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 основные свойс</w:t>
            </w:r>
            <w:r w:rsidR="00EA175A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тва — требования к композиции.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Уметь перечислять и объяснять основные типы формальной </w:t>
            </w:r>
            <w:r w:rsidR="00EA175A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композиции.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Составлять различные композиции на плоскости, располагая их по принципу симметрии</w:t>
            </w:r>
            <w:r w:rsidR="00EA175A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или динамического равновесия.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Выделять в построении формата л</w:t>
            </w:r>
            <w:r w:rsidR="00EA175A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иста композиционную доминанту.</w:t>
            </w:r>
          </w:p>
          <w:p w:rsidR="00DE417F" w:rsidRPr="00A448DF" w:rsidRDefault="00CC2758" w:rsidP="00EA175A">
            <w:pPr>
              <w:autoSpaceDE w:val="0"/>
              <w:autoSpaceDN w:val="0"/>
              <w:spacing w:after="0" w:line="254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Составлять формальные композиции на выраж</w:t>
            </w:r>
            <w:r w:rsidR="00EA175A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ение в них движения и статики.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Осваивать навыки вариативности </w:t>
            </w:r>
            <w:r w:rsidR="00EA175A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 ритмической организации листа.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EA175A" w:rsidP="001D1DAC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Практическая работа.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РЭШ, СИРИУС</w:t>
            </w:r>
          </w:p>
        </w:tc>
      </w:tr>
      <w:tr w:rsidR="00DE417F" w:rsidRPr="00A448DF" w:rsidTr="00EA175A">
        <w:trPr>
          <w:trHeight w:hRule="exact" w:val="156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1.4.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Роль цвета в организации композиционного пространства</w:t>
            </w:r>
            <w:r w:rsidR="00EA175A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EA175A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EA175A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EA175A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 роль цвет</w:t>
            </w:r>
            <w:r w:rsidR="00EA175A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а в конструктивных искусствах.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Различать технологию использования цвета в живописи и конструкти</w:t>
            </w:r>
            <w:r w:rsidR="00EA175A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вных искусствах.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</w:t>
            </w:r>
            <w:r w:rsidR="00EA175A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ть выражение «цветовой образ».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Применять цвет в графических компо</w:t>
            </w:r>
            <w:r w:rsidR="00EA175A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зициях как акцент или доминанту.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EA175A" w:rsidP="001D1DAC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РЭШ, СИРИУС</w:t>
            </w:r>
          </w:p>
        </w:tc>
      </w:tr>
      <w:tr w:rsidR="00DE417F" w:rsidRPr="00A448DF" w:rsidTr="00953E21">
        <w:trPr>
          <w:trHeight w:hRule="exact" w:val="156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lastRenderedPageBreak/>
              <w:t>1.5.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Шрифты и шрифтовая композиция в графическом дизайне</w:t>
            </w:r>
            <w:r w:rsidR="00F30FA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F30FA4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F30FA4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F30FA4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Соотносить особенности стилизации рисун</w:t>
            </w:r>
            <w:r w:rsidR="00F30FA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ка шрифта и содержание текста.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Применять печатное слово, типографскую строку в качестве эле</w:t>
            </w:r>
            <w:r w:rsidR="00F30FA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ментов графической композиции.</w:t>
            </w:r>
            <w:r w:rsidR="00953E21"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</w:t>
            </w:r>
            <w:r w:rsidR="00F30FA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остроение шрифтовой композиции.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Различать «архитектуру» шрифта и особенности шрифтовых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F30FA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гарнитур.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F30FA4" w:rsidP="001D1DAC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РЭШ, СИРИУС</w:t>
            </w:r>
          </w:p>
        </w:tc>
      </w:tr>
      <w:tr w:rsidR="00DE417F" w:rsidRPr="00A448DF" w:rsidTr="00953E21">
        <w:trPr>
          <w:trHeight w:hRule="exact" w:val="199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1.6.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Логотип. Построение логотипа</w:t>
            </w:r>
            <w:r w:rsidR="00F30FA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F30FA4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F30FA4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F30FA4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DE417F" w:rsidP="001D1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 функции логотипа как представительского з</w:t>
            </w:r>
            <w:r w:rsidR="00F30FA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нака, эмблемы, торговой марки.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Различать шрифт</w:t>
            </w:r>
            <w:r w:rsidR="00F30FA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овой и знаковый виды логотипа.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Иметь практический опыт разраб</w:t>
            </w:r>
            <w:r w:rsidR="00F30FA4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отки логотипа на выбранную тему.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704DBA" w:rsidP="00F30FA4">
            <w:pPr>
              <w:autoSpaceDE w:val="0"/>
              <w:autoSpaceDN w:val="0"/>
              <w:spacing w:before="76" w:after="0" w:line="250" w:lineRule="auto"/>
              <w:ind w:left="72" w:right="-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417F" w:rsidRPr="00A448DF" w:rsidRDefault="00CC2758" w:rsidP="001D1DAC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РЭШ, СИРИУС</w:t>
            </w:r>
          </w:p>
        </w:tc>
      </w:tr>
      <w:tr w:rsidR="00E07C44" w:rsidRPr="00A448DF" w:rsidTr="00E07C44">
        <w:trPr>
          <w:trHeight w:hRule="exact" w:val="2403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C44" w:rsidRPr="00A448DF" w:rsidRDefault="00E07C44" w:rsidP="00DE0A14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1.7.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C44" w:rsidRPr="00A448DF" w:rsidRDefault="00E07C44" w:rsidP="00DE0A14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Композиционные основы макетирования в графическом дизайне при соединении текста и изображения. 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Искусство плаката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C44" w:rsidRPr="00A448DF" w:rsidRDefault="00E07C44" w:rsidP="00E07C44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C44" w:rsidRPr="00A448DF" w:rsidRDefault="00E07C44" w:rsidP="00E07C44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C44" w:rsidRPr="00A448DF" w:rsidRDefault="00E07C44" w:rsidP="00E07C44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C44" w:rsidRPr="00A448DF" w:rsidRDefault="00E07C44" w:rsidP="00DE0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C44" w:rsidRPr="00A448DF" w:rsidRDefault="00E07C44" w:rsidP="00DE0A14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Иметь представление о задачах образного построения композиции плаката, поздравительной открытки или рекламы на основе соединения текста и изображения.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Понимать и объяснять образно-информационную цельность синтеза текста и изображения в плакате и рекламе.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Выполнять практическую работу по композиции плаката или рекламы на основе макетирования текста и изображения (вручную или на основе компьютерных программ).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C44" w:rsidRPr="00A448DF" w:rsidRDefault="00E07C44" w:rsidP="00DE0A14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C44" w:rsidRPr="00A448DF" w:rsidRDefault="00E07C44" w:rsidP="00DE0A14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РЭШ, СИРИУС</w:t>
            </w:r>
          </w:p>
        </w:tc>
      </w:tr>
      <w:tr w:rsidR="00E07C44" w:rsidRPr="00A448DF" w:rsidTr="00E07C44">
        <w:trPr>
          <w:trHeight w:hRule="exact" w:val="184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C44" w:rsidRPr="00A448DF" w:rsidRDefault="00E07C44" w:rsidP="00DE0A14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1.8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C44" w:rsidRPr="00A448DF" w:rsidRDefault="00E07C44" w:rsidP="00DE0A14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Многообразие форм графического дизайна. Дизайн книги и журнала.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C44" w:rsidRPr="00A448DF" w:rsidRDefault="00E07C44" w:rsidP="00E07C44">
            <w:pPr>
              <w:autoSpaceDE w:val="0"/>
              <w:autoSpaceDN w:val="0"/>
              <w:spacing w:before="76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C44" w:rsidRPr="00A448DF" w:rsidRDefault="00E07C44" w:rsidP="00E07C44">
            <w:pPr>
              <w:autoSpaceDE w:val="0"/>
              <w:autoSpaceDN w:val="0"/>
              <w:spacing w:before="76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C44" w:rsidRPr="00A448DF" w:rsidRDefault="00E07C44" w:rsidP="00E07C44">
            <w:pPr>
              <w:autoSpaceDE w:val="0"/>
              <w:autoSpaceDN w:val="0"/>
              <w:spacing w:before="76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C44" w:rsidRPr="00A448DF" w:rsidRDefault="00E07C44" w:rsidP="00DE0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C44" w:rsidRPr="00A448DF" w:rsidRDefault="00E07C44" w:rsidP="00DE0A14">
            <w:pPr>
              <w:autoSpaceDE w:val="0"/>
              <w:autoSpaceDN w:val="0"/>
              <w:spacing w:before="76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Узнавать элементы, составляющие конструкцию и художественное оформление книги, журнала.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Различать и применять различные способы построения книжного и журнального разворота.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Создавать макет разворота книги или журнала по выбранной теме в виде коллажа или на основе компьютерных программ.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C44" w:rsidRPr="00A448DF" w:rsidRDefault="00E07C44" w:rsidP="00DE0A14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C44" w:rsidRPr="00A448DF" w:rsidRDefault="00E07C44" w:rsidP="00DE0A14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РЭШ, СИРИУС</w:t>
            </w:r>
          </w:p>
        </w:tc>
      </w:tr>
      <w:tr w:rsidR="00E07C44" w:rsidRPr="009E482D" w:rsidTr="00953E21">
        <w:trPr>
          <w:trHeight w:hRule="exact" w:val="423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C44" w:rsidRPr="00A448DF" w:rsidRDefault="00E07C44" w:rsidP="00DE0A14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Раздел 2. Макетирование объёмно-пространственных композиций</w:t>
            </w:r>
          </w:p>
        </w:tc>
      </w:tr>
      <w:tr w:rsidR="00E07C44" w:rsidRPr="00A448DF" w:rsidTr="00953E21">
        <w:trPr>
          <w:trHeight w:hRule="exact" w:val="270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C44" w:rsidRPr="00A448DF" w:rsidRDefault="00E07C44" w:rsidP="00DE0A14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2.1.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C44" w:rsidRPr="00A448DF" w:rsidRDefault="00E07C44" w:rsidP="00DE0A14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От плоскостного изображения к объёмному макету. Объект и пространство. Взаимосвязь объектов в архитектурном макете.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C44" w:rsidRPr="00A448DF" w:rsidRDefault="00E07C44" w:rsidP="00E07C44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C44" w:rsidRPr="00A448DF" w:rsidRDefault="00E07C44" w:rsidP="00E07C44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C44" w:rsidRPr="00A448DF" w:rsidRDefault="00E07C44" w:rsidP="00E07C44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C44" w:rsidRPr="00A448DF" w:rsidRDefault="00E07C44" w:rsidP="00DE0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C44" w:rsidRPr="00A448DF" w:rsidRDefault="00E07C44" w:rsidP="00953E21">
            <w:pPr>
              <w:autoSpaceDE w:val="0"/>
              <w:autoSpaceDN w:val="0"/>
              <w:spacing w:before="76" w:after="0" w:line="254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Развивать пространственное воображение.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Понимать плоскостную композицию как схематическое изображение объёмов при виде на них сверху, т. е. чертёж проекции.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Уметь строить плоскостную композицию и выполнять макет пространственно-объёмной композиции по её чертежу.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Овладевать способами обозначения на макете рельефа местности и природных объектов.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Понимать и объяснять взаимосвязь выразительности и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целесообразности конструкции.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C44" w:rsidRPr="00A448DF" w:rsidRDefault="00E07C44" w:rsidP="00DE0A14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Практическая работа.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C44" w:rsidRPr="00A448DF" w:rsidRDefault="00E07C44" w:rsidP="00DE0A14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РЭШ, СИРИУС</w:t>
            </w:r>
          </w:p>
        </w:tc>
      </w:tr>
      <w:tr w:rsidR="00953E21" w:rsidRPr="00A448DF" w:rsidTr="00953E21">
        <w:trPr>
          <w:trHeight w:hRule="exact" w:val="241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E21" w:rsidRPr="00A448DF" w:rsidRDefault="00953E21" w:rsidP="00DE0A14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lastRenderedPageBreak/>
              <w:t>2.2.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E21" w:rsidRPr="00A448DF" w:rsidRDefault="00953E21" w:rsidP="00DE0A14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Здание как сочетание различных объёмных форм. Конструкц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ия: часть и целое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E21" w:rsidRPr="00A448DF" w:rsidRDefault="00953E21" w:rsidP="00DE0A14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E21" w:rsidRPr="00A448DF" w:rsidRDefault="00953E21" w:rsidP="00DE0A14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E21" w:rsidRPr="00A448DF" w:rsidRDefault="00953E21" w:rsidP="00DE0A14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E21" w:rsidRPr="00A448DF" w:rsidRDefault="00953E21" w:rsidP="00DE0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E21" w:rsidRPr="00A448DF" w:rsidRDefault="00953E21" w:rsidP="00DE0A14">
            <w:pPr>
              <w:autoSpaceDE w:val="0"/>
              <w:autoSpaceDN w:val="0"/>
              <w:spacing w:before="76" w:after="0" w:line="254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Выявлять структуру различных типов зданий. Характеризовать горизонтальные, вертикальные, наклонные элементы конструкции постройки.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Иметь представление о модульных элементах в построении архитектурного образа.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Макетирование: создание фантазийной конструкции здания с ритмической организацией вертикальных и горизонтальных плоскостей и выделенной доминантой конструкции.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E21" w:rsidRPr="00A448DF" w:rsidRDefault="00953E21" w:rsidP="00DE0A14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E21" w:rsidRPr="00A448DF" w:rsidRDefault="00953E21" w:rsidP="00DE0A14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РЭШ, СИРИУС</w:t>
            </w:r>
          </w:p>
        </w:tc>
      </w:tr>
      <w:tr w:rsidR="00953E21" w:rsidRPr="00A448DF" w:rsidTr="00953E21">
        <w:trPr>
          <w:trHeight w:hRule="exact" w:val="255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E21" w:rsidRPr="00A448DF" w:rsidRDefault="00953E21" w:rsidP="00DE0A14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2.3.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E21" w:rsidRPr="00A448DF" w:rsidRDefault="00953E21" w:rsidP="00DE0A14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Эволюция архитектурных конструкций и роль эволюции строительных материалов.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E21" w:rsidRPr="00A448DF" w:rsidRDefault="00953E21" w:rsidP="00953E21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E21" w:rsidRPr="00A448DF" w:rsidRDefault="00953E21" w:rsidP="00953E21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E21" w:rsidRPr="00A448DF" w:rsidRDefault="00953E21" w:rsidP="00953E21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E21" w:rsidRPr="00A448DF" w:rsidRDefault="00953E21" w:rsidP="00DE0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E21" w:rsidRPr="00A448DF" w:rsidRDefault="00953E21" w:rsidP="00DE0A14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Знать о роли строительного материала в эволюции архитектурных конструкций и изменении облика архитектурных сооружений.</w:t>
            </w:r>
          </w:p>
          <w:p w:rsidR="00953E21" w:rsidRPr="00A448DF" w:rsidRDefault="00953E21" w:rsidP="00953E21">
            <w:pPr>
              <w:autoSpaceDE w:val="0"/>
              <w:autoSpaceDN w:val="0"/>
              <w:spacing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Характеризовать, как изменение архитектуры влияет на характер организации и жизнедеятельности общества.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Рассказывать о главных архитектурных элементах здания, их изменениях в процессе исторического развития.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Выполнить зарисовки основных архитектурных конструкций.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E21" w:rsidRPr="00A448DF" w:rsidRDefault="00953E21" w:rsidP="00953E21">
            <w:pPr>
              <w:autoSpaceDE w:val="0"/>
              <w:autoSpaceDN w:val="0"/>
              <w:spacing w:before="78" w:after="0" w:line="250" w:lineRule="auto"/>
              <w:ind w:left="72" w:right="-14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Само-оценка </w:t>
            </w:r>
          </w:p>
          <w:p w:rsidR="00953E21" w:rsidRPr="00A448DF" w:rsidRDefault="00953E21" w:rsidP="00953E21">
            <w:pPr>
              <w:autoSpaceDE w:val="0"/>
              <w:autoSpaceDN w:val="0"/>
              <w:spacing w:before="78" w:after="0" w:line="250" w:lineRule="auto"/>
              <w:ind w:left="72" w:right="-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 ис-пользо-ванием «Оце-ночного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листа».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E21" w:rsidRPr="00A448DF" w:rsidRDefault="00953E21" w:rsidP="00DE0A14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РЭШ, СИРИУС</w:t>
            </w:r>
          </w:p>
        </w:tc>
      </w:tr>
      <w:tr w:rsidR="00953E21" w:rsidRPr="00A448DF" w:rsidTr="00A9558D">
        <w:trPr>
          <w:trHeight w:hRule="exact" w:val="1567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E21" w:rsidRPr="00A448DF" w:rsidRDefault="00953E21" w:rsidP="00DE0A14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2.4.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E21" w:rsidRPr="00A448DF" w:rsidRDefault="00953E21" w:rsidP="00DE0A14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Красота и целесообразность предметного мира. Образ времени в предметах, создаваемых человеком</w:t>
            </w:r>
            <w:r w:rsidR="00A9558D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E21" w:rsidRPr="00A448DF" w:rsidRDefault="00953E21" w:rsidP="00A9558D">
            <w:pPr>
              <w:autoSpaceDE w:val="0"/>
              <w:autoSpaceDN w:val="0"/>
              <w:spacing w:before="76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E21" w:rsidRPr="00A448DF" w:rsidRDefault="00953E21" w:rsidP="00A9558D">
            <w:pPr>
              <w:autoSpaceDE w:val="0"/>
              <w:autoSpaceDN w:val="0"/>
              <w:spacing w:before="76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E21" w:rsidRPr="00A448DF" w:rsidRDefault="00953E21" w:rsidP="00A9558D">
            <w:pPr>
              <w:autoSpaceDE w:val="0"/>
              <w:autoSpaceDN w:val="0"/>
              <w:spacing w:before="76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E21" w:rsidRPr="00A448DF" w:rsidRDefault="00953E21" w:rsidP="00DE0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E21" w:rsidRPr="00A448DF" w:rsidRDefault="00953E21" w:rsidP="00DE0A14">
            <w:pPr>
              <w:autoSpaceDE w:val="0"/>
              <w:autoSpaceDN w:val="0"/>
              <w:spacing w:before="76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Характеризовать общее и различное во внешнем облике вещи как сочета</w:t>
            </w:r>
            <w:r w:rsidR="00A9558D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ние объёмов, образующих форму.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Определять дизайн вещи одновременно как искусство и как социальное </w:t>
            </w:r>
            <w:r w:rsidR="00A9558D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проектирование.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Выполнение аналитичес</w:t>
            </w:r>
            <w:r w:rsidR="00A9558D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ких зарисовок бытовых предметов.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E21" w:rsidRPr="00A448DF" w:rsidRDefault="004322CB" w:rsidP="00A9558D">
            <w:pPr>
              <w:autoSpaceDE w:val="0"/>
              <w:autoSpaceDN w:val="0"/>
              <w:spacing w:before="76" w:after="0" w:line="230" w:lineRule="auto"/>
              <w:ind w:left="72" w:right="-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E21" w:rsidRPr="00A448DF" w:rsidRDefault="00953E21" w:rsidP="00DE0A14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РЭШ, СИРИУС</w:t>
            </w:r>
          </w:p>
        </w:tc>
      </w:tr>
      <w:tr w:rsidR="00A9558D" w:rsidRPr="00A448DF" w:rsidTr="00A9558D">
        <w:trPr>
          <w:trHeight w:hRule="exact" w:val="1547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DE0A14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2.5.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DE0A14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Форма, материал и функция бытового предмета.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A9558D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A9558D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A9558D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DE0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DE0A14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Объяснять, в чём заключается взаимо​связь формы и материала.</w:t>
            </w:r>
          </w:p>
          <w:p w:rsidR="00A9558D" w:rsidRPr="00A448DF" w:rsidRDefault="00A9558D" w:rsidP="00A9558D">
            <w:pPr>
              <w:autoSpaceDE w:val="0"/>
              <w:autoSpaceDN w:val="0"/>
              <w:spacing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Придумывать новые фантазийные или утилитарные функции для старых вещей.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Творческое проектирование предметов быта с определением их функций и материала изготовления.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4322CB" w:rsidP="00DE0A14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DE0A14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РЭШ, СИРИУС</w:t>
            </w:r>
          </w:p>
        </w:tc>
      </w:tr>
      <w:tr w:rsidR="00A9558D" w:rsidRPr="00A448DF" w:rsidTr="00A9558D">
        <w:trPr>
          <w:trHeight w:hRule="exact" w:val="270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DE0A14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2.6.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DE0A14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Цвет в архитектуре и дизайне.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A9558D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A9558D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A9558D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DE0A1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DE0A14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Иметь представление о влиянии цвета на восприятие формы объектов архитектуры и дизайна.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Иметь представление о значении расположения цвета в пространстве архитектурно-дизайнерского объекта.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 особенности воздействия и применения цвета в живописи, дизайне и архитектуре.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Участвовать в коллективной творческой работе по конструированию объектов дизайна или по архитектурному макетированию с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использованием цвета.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DE0A14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DE0A14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РЭШ, СИРИУС</w:t>
            </w:r>
          </w:p>
        </w:tc>
      </w:tr>
      <w:tr w:rsidR="00A9558D" w:rsidRPr="009E482D" w:rsidTr="00A9558D">
        <w:trPr>
          <w:trHeight w:hRule="exact" w:val="434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DE0A14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lastRenderedPageBreak/>
              <w:t>Раздел 3. Социальное значение дизайна и архитектуры как среды жизни человека</w:t>
            </w:r>
          </w:p>
        </w:tc>
      </w:tr>
      <w:tr w:rsidR="00A9558D" w:rsidRPr="00A448DF" w:rsidTr="00FA7E08">
        <w:trPr>
          <w:trHeight w:hRule="exact" w:val="3543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DE0A14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3.1.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DE0A14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Образ и стиль материальной культуры прошлого.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A9558D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A9558D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A9558D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DE0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DE0A14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Рассказывать об особенностях архитектурно-художественных стилей разных эпох.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Характеризовать значение архитектурно-пространственной композиционной доминанты во внешнем облике города.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Рассказывать, проводить аналитический анализ конструктивных и аналитических характеристик известных памятников русской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архитектуры.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Выполнить аналитические зарисовки знаменитых архитектурных памятников.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Осуществлять поисковую деятельность в Интернете.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Участвовать в коллективной работе по созданию фотоколлажа из изображений памятников отечественной архитектуры.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4322CB" w:rsidP="00DE0A14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Тестирование.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DE0A14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РЭШ, СИРИУС</w:t>
            </w:r>
          </w:p>
        </w:tc>
      </w:tr>
      <w:tr w:rsidR="00A9558D" w:rsidRPr="00A448DF" w:rsidTr="00FA7E08">
        <w:trPr>
          <w:trHeight w:hRule="exact" w:val="2405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DE0A14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3.2.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DE0A14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Пути развития современной архитектуры и дизайна: город сегодня и завтра.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A9558D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A9558D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A9558D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DE0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DE0A14">
            <w:pPr>
              <w:autoSpaceDE w:val="0"/>
              <w:autoSpaceDN w:val="0"/>
              <w:spacing w:before="76" w:after="0" w:line="254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Характеризовать современный уровень развития технологий и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материалов, используемых </w:t>
            </w:r>
            <w:r w:rsidR="00FA7E08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 архитектуре и строительстве.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Определять значение преемственности в искусстве архитектуры и искать собственный способ «примирения» прошлого и настоящего в п</w:t>
            </w:r>
            <w:r w:rsidR="00FA7E08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роцессе реконструкции городов.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Выполнять практические работы по теме «Образ современного города и архитектурного стиля будущего»: фотоколлаж или фантаз</w:t>
            </w:r>
            <w:r w:rsidR="00FA7E08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ийную зарисовку города будущего.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FA7E08" w:rsidP="00DE0A14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DE0A14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РЭШ, СИРИУС</w:t>
            </w:r>
          </w:p>
        </w:tc>
      </w:tr>
      <w:tr w:rsidR="00A9558D" w:rsidRPr="00A448DF" w:rsidTr="00FA7E08">
        <w:trPr>
          <w:trHeight w:hRule="exact" w:val="239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DE0A14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3.3.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DE0A14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Пространство городской среды</w:t>
            </w:r>
            <w:r w:rsidR="00FA7E08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FA7E08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FA7E08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FA7E08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DE0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DE0A14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Определ</w:t>
            </w:r>
            <w:r w:rsidR="00FA7E08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ять понятие «городская среда».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Рассматривать и объяснять планировку города как способ о</w:t>
            </w:r>
            <w:r w:rsidR="00FA7E08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рганизации образа жизни людей.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Знать раз</w:t>
            </w:r>
            <w:r w:rsidR="00FA7E08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личные виды планировки города.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Знать о значении сохранения </w:t>
            </w:r>
            <w:r w:rsidR="00FA7E08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исторического облика города для современной жизни.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Иметь опыт разработки построения городского пространства в виде макетной или графической схе</w:t>
            </w:r>
            <w:r w:rsidR="00FA7E08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мы (карты).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FA7E08" w:rsidP="00DE0A14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Практическая работа.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558D" w:rsidRPr="00A448DF" w:rsidRDefault="00A9558D" w:rsidP="00DE0A14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РЭШ, СИРИУС</w:t>
            </w:r>
          </w:p>
        </w:tc>
      </w:tr>
      <w:tr w:rsidR="00FA7E08" w:rsidRPr="00A448DF" w:rsidTr="00FA7E08">
        <w:trPr>
          <w:trHeight w:hRule="exact" w:val="2135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3.4.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Дизайн городской среды. Малые архитектурные формы.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FA7E08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FA7E08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FA7E08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Иметь представление о значении сохранения исторического образа материальной среды города.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Выполнять практические творческие работы в технике коллажа или дизайн-проекта малых архитектурных форм городской среды.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РЭШ, СИРИУС</w:t>
            </w:r>
          </w:p>
        </w:tc>
      </w:tr>
    </w:tbl>
    <w:p w:rsidR="00DE417F" w:rsidRPr="00A448DF" w:rsidRDefault="00DE417F" w:rsidP="001D1DAC">
      <w:pPr>
        <w:rPr>
          <w:rFonts w:ascii="Times New Roman" w:hAnsi="Times New Roman" w:cs="Times New Roman"/>
          <w:sz w:val="24"/>
          <w:szCs w:val="24"/>
          <w:lang w:val="ru-RU"/>
        </w:rPr>
        <w:sectPr w:rsidR="00DE417F" w:rsidRPr="00A448DF">
          <w:pgSz w:w="16840" w:h="11900"/>
          <w:pgMar w:top="282" w:right="640" w:bottom="670" w:left="666" w:header="720" w:footer="720" w:gutter="0"/>
          <w:cols w:space="720" w:equalWidth="0">
            <w:col w:w="15534" w:space="0"/>
          </w:cols>
          <w:docGrid w:linePitch="360"/>
        </w:sect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3005"/>
        <w:gridCol w:w="567"/>
        <w:gridCol w:w="567"/>
        <w:gridCol w:w="567"/>
        <w:gridCol w:w="709"/>
        <w:gridCol w:w="7655"/>
        <w:gridCol w:w="850"/>
        <w:gridCol w:w="1186"/>
      </w:tblGrid>
      <w:tr w:rsidR="00FA7E08" w:rsidRPr="00A448DF" w:rsidTr="00293B13">
        <w:trPr>
          <w:trHeight w:hRule="exact" w:val="1863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lastRenderedPageBreak/>
              <w:t>3.5.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autoSpaceDE w:val="0"/>
              <w:autoSpaceDN w:val="0"/>
              <w:spacing w:before="72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Дизайн пространственно-предметной среды интерьера. Интерьер и предметный мир в доме.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FA7E08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FA7E08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FA7E08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Характеризовать роль цвета, фактур и предметного наполнения пространства интерьера общественных мест (театр, кафе, вокзал, офис, школа и пр.), а также индивидуальных помещений.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Выполнять задания по практической и аналитической работе по теме «Роль вещи в образно-стилевом решении интерьера» в форме создания коллажной композиции;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FA7E08">
            <w:pPr>
              <w:autoSpaceDE w:val="0"/>
              <w:autoSpaceDN w:val="0"/>
              <w:spacing w:before="78" w:after="0" w:line="230" w:lineRule="auto"/>
              <w:ind w:left="72" w:right="-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Устный опрос.</w:t>
            </w:r>
            <w:r w:rsidR="00D50E86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Практи-ческая работа.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РЭШ, СИРИУС</w:t>
            </w:r>
          </w:p>
        </w:tc>
      </w:tr>
      <w:tr w:rsidR="00FA7E08" w:rsidRPr="00A448DF" w:rsidTr="00FA7E08">
        <w:trPr>
          <w:trHeight w:hRule="exact" w:val="2399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3.6.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Природа и архитектура. Организация архитектурно-ландшафтного пространства.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FA7E08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FA7E08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FA7E08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autoSpaceDE w:val="0"/>
              <w:autoSpaceDN w:val="0"/>
              <w:spacing w:before="76" w:after="0" w:line="254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Характеризовать эстетическое и экологическое взаимное сосуществование природы и архитектуры.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Иметь представление о традициях ландшафтно-парковой архитектуры и школах ландшафтного дизайна.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Знать о традициях построения и культурной ценности русской усадебной территории.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Осваивать новые приёмы работы с бумагой и природными материалами в процессе макетирования архитектурно-ландшафтных объектов.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D50E86" w:rsidP="00DE0A14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Устный опрос. Практи-ческая работа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РЭШ, СИРИУС</w:t>
            </w:r>
          </w:p>
        </w:tc>
      </w:tr>
      <w:tr w:rsidR="00FA7E08" w:rsidRPr="00A448DF" w:rsidTr="00293B13">
        <w:trPr>
          <w:trHeight w:hRule="exact" w:val="226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3.7.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Замысел архитектурного проекта и его осуществление.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FA7E08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FA7E08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FA7E08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Совершенствовать навыки коллективной работы над объёмно-пространственной композицией.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Развивать и реализовывать в макете художественную фантазию в сочетании с архитектурно-смысловой логикой.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Развивать навыки макетирования.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D50E86" w:rsidP="00FA7E08">
            <w:pPr>
              <w:autoSpaceDE w:val="0"/>
              <w:autoSpaceDN w:val="0"/>
              <w:spacing w:before="78" w:after="0" w:line="250" w:lineRule="auto"/>
              <w:ind w:left="72" w:right="-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Практи-ческая работа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РЭШ, СИРИУС</w:t>
            </w:r>
          </w:p>
        </w:tc>
      </w:tr>
      <w:tr w:rsidR="00FA7E08" w:rsidRPr="009E482D" w:rsidTr="00B51F5C">
        <w:trPr>
          <w:trHeight w:hRule="exact" w:val="425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Раздел 4. Образ человека и индивидуальное проектирование</w:t>
            </w:r>
          </w:p>
        </w:tc>
      </w:tr>
      <w:tr w:rsidR="00FA7E08" w:rsidRPr="00A448DF" w:rsidTr="00293B13">
        <w:trPr>
          <w:trHeight w:hRule="exact" w:val="2345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4.1.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Фу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нкциональная планировка своего дома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FA7E08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FA7E08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FA7E08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autoSpaceDE w:val="0"/>
              <w:autoSpaceDN w:val="0"/>
              <w:spacing w:before="76" w:after="0" w:line="254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Объяснять, как в организации жилого пространства проявляется индивидуальность человека, род его занятий и интересов.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Осуществлять в архитектурно-дизайнерском проекте как реальные, так и фантазийные представления о своём жилище.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Иметь представление об учёте в проекте инженерно-бытовых и санитарно-технических задач.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Проявлять знание законов композиции и умение владеть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художественными материалами.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D50E86" w:rsidP="00D50E86">
            <w:pPr>
              <w:autoSpaceDE w:val="0"/>
              <w:autoSpaceDN w:val="0"/>
              <w:spacing w:before="76" w:after="0" w:line="233" w:lineRule="auto"/>
              <w:ind w:left="72" w:right="-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РЭШ, СИРИУС</w:t>
            </w:r>
          </w:p>
        </w:tc>
      </w:tr>
      <w:tr w:rsidR="00FA7E08" w:rsidRPr="00A448DF" w:rsidTr="00293B13">
        <w:trPr>
          <w:trHeight w:hRule="exact" w:val="158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4.2.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293B13">
            <w:pPr>
              <w:autoSpaceDE w:val="0"/>
              <w:autoSpaceDN w:val="0"/>
              <w:spacing w:before="78" w:after="0" w:line="230" w:lineRule="auto"/>
              <w:ind w:left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Дизайн предметной среды в интерьере личного дома</w:t>
            </w:r>
            <w:r w:rsidR="00293B1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 задачи зонирования помещения и искать способ </w:t>
            </w:r>
            <w:r w:rsidR="00293B1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зонирования.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Иметь опыт проектирования многофункционального инт</w:t>
            </w:r>
            <w:r w:rsidR="00293B1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ерьера комнаты.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Создать в эскизном проекте или с помощью цифровых программ дизайн интерьера своей комнаты или квартиры, раскрывая образно-архитектурный к</w:t>
            </w:r>
            <w:r w:rsidR="00293B1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омпозиционный замысел интерьера.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293B13" w:rsidP="00DE0A14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РЭШ, СИРИУС</w:t>
            </w:r>
          </w:p>
        </w:tc>
      </w:tr>
      <w:tr w:rsidR="00FA7E08" w:rsidRPr="00A448DF" w:rsidTr="00293B13">
        <w:trPr>
          <w:trHeight w:hRule="exact" w:val="1863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lastRenderedPageBreak/>
              <w:t>4.3.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Дизайн и архитектура сада или приусадебного участка</w:t>
            </w:r>
            <w:r w:rsidR="00293B1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293B13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293B13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293B13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Характеризовать различные варианты планировки садового участка.</w:t>
            </w:r>
          </w:p>
          <w:p w:rsidR="00FA7E08" w:rsidRPr="00A448DF" w:rsidRDefault="00FA7E08" w:rsidP="00DE0A14">
            <w:pPr>
              <w:autoSpaceDE w:val="0"/>
              <w:autoSpaceDN w:val="0"/>
              <w:spacing w:before="18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Совершенствовать навыки работы с различными материа</w:t>
            </w:r>
            <w:r w:rsidR="00293B1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лами в процессе макетирования.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Применять навыки создания объёмно-пространственной композиции в формировании б</w:t>
            </w:r>
            <w:r w:rsidR="00293B1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укета по принципам икебаны.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Выполнить ра</w:t>
            </w:r>
            <w:r w:rsidR="00293B13"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зработку плана садового участка.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293B13" w:rsidP="00DE0A14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A7E08" w:rsidRPr="00A448DF" w:rsidRDefault="00FA7E08" w:rsidP="00DE0A14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РЭШ, СИРИУС</w:t>
            </w:r>
          </w:p>
        </w:tc>
      </w:tr>
      <w:tr w:rsidR="00293B13" w:rsidRPr="00A448DF" w:rsidTr="00293B13">
        <w:trPr>
          <w:trHeight w:hRule="exact" w:val="2399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B13" w:rsidRPr="00A448DF" w:rsidRDefault="00293B13" w:rsidP="00DE0A14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4.4.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B13" w:rsidRPr="00A448DF" w:rsidRDefault="00293B13" w:rsidP="00DE0A14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Композиционно-конструктивные принципы дизайна одежды.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B13" w:rsidRPr="00A448DF" w:rsidRDefault="00293B13" w:rsidP="00293B13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B13" w:rsidRPr="00A448DF" w:rsidRDefault="00293B13" w:rsidP="00293B13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B13" w:rsidRPr="00A448DF" w:rsidRDefault="00293B13" w:rsidP="00293B13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B13" w:rsidRPr="00A448DF" w:rsidRDefault="00293B13" w:rsidP="00DE0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B13" w:rsidRPr="00A448DF" w:rsidRDefault="00293B13" w:rsidP="00DE0A14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Объяснять, как в одежде проявляется характер человека, его ценностные позиции и конкретные намерения его действий.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Иметь представление об истории костюма разных эпох.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Объяснять, что такое стиль в одежде.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Характеризовать понятие моды в одежде.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Применять законы композиции в проектировании одежды, создании силуэта костюма.Объяснять роль моды в современном обществе.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Выполнять практическую работу по разработке проектов одежды.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B13" w:rsidRPr="00A448DF" w:rsidRDefault="00D50E86" w:rsidP="00DE0A14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B13" w:rsidRPr="00A448DF" w:rsidRDefault="00293B13" w:rsidP="00DE0A14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РЭШ, СИРИУС</w:t>
            </w:r>
          </w:p>
        </w:tc>
      </w:tr>
      <w:tr w:rsidR="00293B13" w:rsidRPr="00A448DF" w:rsidTr="00293B13">
        <w:trPr>
          <w:trHeight w:hRule="exact" w:val="21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B13" w:rsidRPr="00A448DF" w:rsidRDefault="00293B13" w:rsidP="00DE0A14">
            <w:pPr>
              <w:autoSpaceDE w:val="0"/>
              <w:autoSpaceDN w:val="0"/>
              <w:spacing w:before="8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4.5.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B13" w:rsidRPr="00A448DF" w:rsidRDefault="00293B13" w:rsidP="00DE0A14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Дизайн современной одежды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B13" w:rsidRPr="00A448DF" w:rsidRDefault="00293B13" w:rsidP="00293B13">
            <w:pPr>
              <w:autoSpaceDE w:val="0"/>
              <w:autoSpaceDN w:val="0"/>
              <w:spacing w:before="80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B13" w:rsidRPr="00A448DF" w:rsidRDefault="00293B13" w:rsidP="00293B13">
            <w:pPr>
              <w:autoSpaceDE w:val="0"/>
              <w:autoSpaceDN w:val="0"/>
              <w:spacing w:before="80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B13" w:rsidRPr="00A448DF" w:rsidRDefault="00293B13" w:rsidP="00293B13">
            <w:pPr>
              <w:autoSpaceDE w:val="0"/>
              <w:autoSpaceDN w:val="0"/>
              <w:spacing w:before="80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B13" w:rsidRPr="00A448DF" w:rsidRDefault="00293B13" w:rsidP="00DE0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B13" w:rsidRPr="00A448DF" w:rsidRDefault="00293B13" w:rsidP="00DE0A14">
            <w:pPr>
              <w:autoSpaceDE w:val="0"/>
              <w:autoSpaceDN w:val="0"/>
              <w:spacing w:before="80" w:after="0" w:line="254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Обсуждать особенности современной молодёжной одежды.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Сравнивать функциональные особенности современной одежды с традиционными функциями одежды прошлых эпох.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Использовать графические навыки и технологии выполнения коллажа в процессе создания эскизов молодёжных комплектов одежды. </w:t>
            </w:r>
          </w:p>
          <w:p w:rsidR="00293B13" w:rsidRPr="00A448DF" w:rsidRDefault="00293B13" w:rsidP="00293B13">
            <w:pPr>
              <w:autoSpaceDE w:val="0"/>
              <w:autoSpaceDN w:val="0"/>
              <w:spacing w:after="0" w:line="254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Выполнять творческие работы по теме «Дизайн современной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одежды».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B13" w:rsidRPr="00A448DF" w:rsidRDefault="00D50E86" w:rsidP="00DE0A14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B13" w:rsidRPr="00A448DF" w:rsidRDefault="00293B13" w:rsidP="00DE0A14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РЭШ, СИРИУС</w:t>
            </w:r>
          </w:p>
        </w:tc>
      </w:tr>
      <w:tr w:rsidR="00293B13" w:rsidRPr="00A448DF" w:rsidTr="00293B13">
        <w:trPr>
          <w:trHeight w:hRule="exact" w:val="384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B13" w:rsidRPr="00A448DF" w:rsidRDefault="00293B13" w:rsidP="00DE0A14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4.6.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B13" w:rsidRPr="00A448DF" w:rsidRDefault="00293B13" w:rsidP="00DE0A14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Грим и причёска в практике дизайна. 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Визажистика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B13" w:rsidRPr="00A448DF" w:rsidRDefault="00293B13" w:rsidP="00293B13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B13" w:rsidRPr="00A448DF" w:rsidRDefault="00293B13" w:rsidP="00293B13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B13" w:rsidRPr="00A448DF" w:rsidRDefault="00293B13" w:rsidP="00293B13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B13" w:rsidRPr="00A448DF" w:rsidRDefault="00293B13" w:rsidP="00DE0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B13" w:rsidRPr="00A448DF" w:rsidRDefault="00293B13" w:rsidP="00293B13">
            <w:pPr>
              <w:autoSpaceDE w:val="0"/>
              <w:autoSpaceDN w:val="0"/>
              <w:spacing w:before="76" w:after="0" w:line="254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Объяснять, в чём разница между творческими задачами, стоящими перед гримёром и перед визажистом.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Воспринимать и характеризовать макияж и причёску как единое композиционное целое.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Определять чёткое ощущение эстетических и этических границ применения макияжа и стилистики причёски в повседневном быту. Объяснять связи имидж-дизайна с публичностью, технологией социального поведения, рекламой, общественной деятельностью и политикой.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Выполнять практические творческие работы по созданию разного образа одного и того же лица средствами грима.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Создавать средствами грима образа сценического или карнавального персонажа.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B13" w:rsidRPr="00A448DF" w:rsidRDefault="00D50E86" w:rsidP="00DE0A14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B13" w:rsidRPr="00A448DF" w:rsidRDefault="00293B13" w:rsidP="00DE0A14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РЭШ, СИРИУС</w:t>
            </w:r>
          </w:p>
        </w:tc>
      </w:tr>
      <w:tr w:rsidR="00293B13" w:rsidRPr="00A448DF" w:rsidTr="00293B13">
        <w:trPr>
          <w:trHeight w:hRule="exact" w:val="587"/>
        </w:trPr>
        <w:tc>
          <w:tcPr>
            <w:tcW w:w="3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B13" w:rsidRPr="00A448DF" w:rsidRDefault="00293B13" w:rsidP="00DE0A14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Cs w:val="24"/>
                <w:lang w:val="ru-RU"/>
              </w:rPr>
              <w:t>ОБЩЕЕ КОЛИЧЕСТВО ЧАСОВ ПО МОДУЛЮ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B13" w:rsidRPr="00A448DF" w:rsidRDefault="00293B13" w:rsidP="00DE0A14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B13" w:rsidRPr="00A448DF" w:rsidRDefault="00293B13" w:rsidP="00DE0A14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B13" w:rsidRPr="00A448DF" w:rsidRDefault="00293B13" w:rsidP="00DE0A14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34</w:t>
            </w:r>
          </w:p>
        </w:tc>
        <w:tc>
          <w:tcPr>
            <w:tcW w:w="10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B13" w:rsidRPr="00A448DF" w:rsidRDefault="00293B13" w:rsidP="00DE0A14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</w:p>
        </w:tc>
      </w:tr>
    </w:tbl>
    <w:p w:rsidR="00DE417F" w:rsidRPr="00A448DF" w:rsidRDefault="00DE417F" w:rsidP="001D1DAC">
      <w:pPr>
        <w:rPr>
          <w:rFonts w:ascii="Times New Roman" w:hAnsi="Times New Roman" w:cs="Times New Roman"/>
          <w:sz w:val="24"/>
          <w:szCs w:val="24"/>
          <w:lang w:val="ru-RU"/>
        </w:rPr>
        <w:sectPr w:rsidR="00DE417F" w:rsidRPr="00A448DF">
          <w:pgSz w:w="16840" w:h="11900"/>
          <w:pgMar w:top="284" w:right="640" w:bottom="68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E78D0" w:rsidRPr="00A448DF" w:rsidRDefault="008E78D0" w:rsidP="008E78D0">
      <w:pPr>
        <w:pStyle w:val="TableParagraph"/>
        <w:ind w:right="328"/>
        <w:jc w:val="center"/>
        <w:rPr>
          <w:b/>
          <w:sz w:val="24"/>
          <w:szCs w:val="24"/>
        </w:rPr>
      </w:pPr>
      <w:r w:rsidRPr="00A448DF">
        <w:rPr>
          <w:b/>
          <w:sz w:val="24"/>
          <w:szCs w:val="24"/>
        </w:rPr>
        <w:lastRenderedPageBreak/>
        <w:t>ПОУРОЧНОЕ ПЛАНИРОВАНИЕ</w:t>
      </w:r>
      <w:r w:rsidR="00350BEB" w:rsidRPr="00A448DF">
        <w:rPr>
          <w:b/>
          <w:sz w:val="24"/>
          <w:szCs w:val="24"/>
        </w:rPr>
        <w:t xml:space="preserve"> 7 КЛАСС</w:t>
      </w:r>
    </w:p>
    <w:tbl>
      <w:tblPr>
        <w:tblStyle w:val="TableNormal"/>
        <w:tblW w:w="10351" w:type="dxa"/>
        <w:tblInd w:w="1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4013"/>
        <w:gridCol w:w="992"/>
        <w:gridCol w:w="993"/>
        <w:gridCol w:w="992"/>
        <w:gridCol w:w="1134"/>
        <w:gridCol w:w="1701"/>
      </w:tblGrid>
      <w:tr w:rsidR="008E78D0" w:rsidRPr="00A448DF" w:rsidTr="001553E4">
        <w:trPr>
          <w:trHeight w:val="455"/>
        </w:trPr>
        <w:tc>
          <w:tcPr>
            <w:tcW w:w="526" w:type="dxa"/>
            <w:vMerge w:val="restart"/>
          </w:tcPr>
          <w:p w:rsidR="008E78D0" w:rsidRPr="00A448DF" w:rsidRDefault="008E78D0" w:rsidP="001553E4">
            <w:pPr>
              <w:pStyle w:val="TableParagraph"/>
              <w:ind w:left="90" w:right="57"/>
              <w:jc w:val="center"/>
              <w:rPr>
                <w:b/>
                <w:sz w:val="24"/>
                <w:szCs w:val="24"/>
              </w:rPr>
            </w:pPr>
            <w:r w:rsidRPr="00A448DF">
              <w:rPr>
                <w:b/>
                <w:sz w:val="24"/>
                <w:szCs w:val="24"/>
              </w:rPr>
              <w:t>№</w:t>
            </w:r>
            <w:r w:rsidRPr="00A448D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448DF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013" w:type="dxa"/>
            <w:vMerge w:val="restart"/>
          </w:tcPr>
          <w:p w:rsidR="008E78D0" w:rsidRPr="00A448DF" w:rsidRDefault="008E78D0" w:rsidP="001553E4">
            <w:pPr>
              <w:pStyle w:val="TableParagraph"/>
              <w:ind w:left="186" w:right="142"/>
              <w:jc w:val="center"/>
              <w:rPr>
                <w:b/>
                <w:sz w:val="24"/>
                <w:szCs w:val="24"/>
              </w:rPr>
            </w:pPr>
            <w:r w:rsidRPr="00A448DF">
              <w:rPr>
                <w:b/>
                <w:sz w:val="24"/>
                <w:szCs w:val="24"/>
              </w:rPr>
              <w:t>Тема</w:t>
            </w:r>
            <w:r w:rsidRPr="00A448D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448DF">
              <w:rPr>
                <w:b/>
                <w:sz w:val="24"/>
                <w:szCs w:val="24"/>
              </w:rPr>
              <w:t>урока</w:t>
            </w:r>
          </w:p>
        </w:tc>
        <w:tc>
          <w:tcPr>
            <w:tcW w:w="2977" w:type="dxa"/>
            <w:gridSpan w:val="3"/>
          </w:tcPr>
          <w:p w:rsidR="008E78D0" w:rsidRPr="00A448DF" w:rsidRDefault="008E78D0" w:rsidP="001553E4">
            <w:pPr>
              <w:pStyle w:val="TableParagraph"/>
              <w:ind w:left="90"/>
              <w:jc w:val="center"/>
              <w:rPr>
                <w:b/>
                <w:sz w:val="24"/>
                <w:szCs w:val="24"/>
              </w:rPr>
            </w:pPr>
            <w:r w:rsidRPr="00A448DF">
              <w:rPr>
                <w:b/>
                <w:sz w:val="24"/>
                <w:szCs w:val="24"/>
              </w:rPr>
              <w:t>Количество</w:t>
            </w:r>
            <w:r w:rsidRPr="00A448D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448DF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134" w:type="dxa"/>
            <w:vMerge w:val="restart"/>
          </w:tcPr>
          <w:p w:rsidR="008E78D0" w:rsidRPr="00A448DF" w:rsidRDefault="008E78D0" w:rsidP="001553E4">
            <w:pPr>
              <w:pStyle w:val="TableParagraph"/>
              <w:ind w:left="86"/>
              <w:jc w:val="center"/>
              <w:rPr>
                <w:b/>
                <w:sz w:val="24"/>
                <w:szCs w:val="24"/>
              </w:rPr>
            </w:pPr>
            <w:r w:rsidRPr="00A448DF">
              <w:rPr>
                <w:b/>
                <w:sz w:val="24"/>
                <w:szCs w:val="24"/>
              </w:rPr>
              <w:t>Дата</w:t>
            </w:r>
          </w:p>
          <w:p w:rsidR="008E78D0" w:rsidRPr="00A448DF" w:rsidRDefault="008E78D0" w:rsidP="001553E4">
            <w:pPr>
              <w:pStyle w:val="TableParagraph"/>
              <w:ind w:left="86"/>
              <w:jc w:val="center"/>
              <w:rPr>
                <w:b/>
                <w:sz w:val="24"/>
                <w:szCs w:val="24"/>
              </w:rPr>
            </w:pPr>
            <w:r w:rsidRPr="00A448DF">
              <w:rPr>
                <w:b/>
                <w:sz w:val="24"/>
                <w:szCs w:val="24"/>
              </w:rPr>
              <w:t>изучения</w:t>
            </w:r>
          </w:p>
        </w:tc>
        <w:tc>
          <w:tcPr>
            <w:tcW w:w="1701" w:type="dxa"/>
            <w:vMerge w:val="restart"/>
          </w:tcPr>
          <w:p w:rsidR="008E78D0" w:rsidRPr="00A448DF" w:rsidRDefault="008E78D0" w:rsidP="001553E4">
            <w:pPr>
              <w:pStyle w:val="TableParagraph"/>
              <w:ind w:left="85" w:right="71"/>
              <w:jc w:val="center"/>
              <w:rPr>
                <w:b/>
                <w:sz w:val="24"/>
                <w:szCs w:val="24"/>
              </w:rPr>
            </w:pPr>
            <w:r w:rsidRPr="00A448DF">
              <w:rPr>
                <w:b/>
                <w:spacing w:val="-2"/>
                <w:sz w:val="24"/>
                <w:szCs w:val="24"/>
              </w:rPr>
              <w:t xml:space="preserve">Виды, </w:t>
            </w:r>
            <w:r w:rsidRPr="00A448DF">
              <w:rPr>
                <w:b/>
                <w:spacing w:val="-1"/>
                <w:sz w:val="24"/>
                <w:szCs w:val="24"/>
              </w:rPr>
              <w:t>формы</w:t>
            </w:r>
            <w:r w:rsidRPr="00A448D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b/>
                <w:sz w:val="24"/>
                <w:szCs w:val="24"/>
              </w:rPr>
              <w:t>контроля</w:t>
            </w:r>
          </w:p>
        </w:tc>
      </w:tr>
      <w:tr w:rsidR="008E78D0" w:rsidRPr="00A448DF" w:rsidTr="001553E4">
        <w:trPr>
          <w:trHeight w:val="731"/>
        </w:trPr>
        <w:tc>
          <w:tcPr>
            <w:tcW w:w="526" w:type="dxa"/>
            <w:vMerge/>
            <w:tcBorders>
              <w:top w:val="nil"/>
            </w:tcBorders>
          </w:tcPr>
          <w:p w:rsidR="008E78D0" w:rsidRPr="00A448DF" w:rsidRDefault="008E78D0" w:rsidP="00155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  <w:vMerge/>
            <w:tcBorders>
              <w:top w:val="nil"/>
            </w:tcBorders>
          </w:tcPr>
          <w:p w:rsidR="008E78D0" w:rsidRPr="00A448DF" w:rsidRDefault="008E78D0" w:rsidP="001553E4">
            <w:pPr>
              <w:ind w:left="186" w:righ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68" w:right="59"/>
              <w:jc w:val="center"/>
              <w:rPr>
                <w:b/>
                <w:sz w:val="24"/>
                <w:szCs w:val="24"/>
              </w:rPr>
            </w:pPr>
            <w:r w:rsidRPr="00A448DF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993" w:type="dxa"/>
          </w:tcPr>
          <w:p w:rsidR="008E78D0" w:rsidRPr="00A448DF" w:rsidRDefault="008E78D0" w:rsidP="001553E4">
            <w:pPr>
              <w:pStyle w:val="TableParagraph"/>
              <w:ind w:left="89" w:right="88"/>
              <w:jc w:val="center"/>
              <w:rPr>
                <w:b/>
                <w:sz w:val="24"/>
                <w:szCs w:val="24"/>
              </w:rPr>
            </w:pPr>
            <w:r w:rsidRPr="00A448DF">
              <w:rPr>
                <w:b/>
                <w:sz w:val="24"/>
                <w:szCs w:val="24"/>
              </w:rPr>
              <w:t>контрольные</w:t>
            </w:r>
            <w:r w:rsidRPr="00A448D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88" w:right="89"/>
              <w:jc w:val="center"/>
              <w:rPr>
                <w:b/>
                <w:sz w:val="24"/>
                <w:szCs w:val="24"/>
              </w:rPr>
            </w:pPr>
            <w:r w:rsidRPr="00A448DF">
              <w:rPr>
                <w:b/>
                <w:sz w:val="24"/>
                <w:szCs w:val="24"/>
              </w:rPr>
              <w:t>практические</w:t>
            </w:r>
            <w:r w:rsidRPr="00A448D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8E78D0" w:rsidRPr="00A448DF" w:rsidRDefault="008E78D0" w:rsidP="00155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8E78D0" w:rsidRPr="00A448DF" w:rsidRDefault="008E78D0" w:rsidP="00155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8D0" w:rsidRPr="00A448DF" w:rsidTr="001553E4">
        <w:trPr>
          <w:trHeight w:val="645"/>
        </w:trPr>
        <w:tc>
          <w:tcPr>
            <w:tcW w:w="526" w:type="dxa"/>
          </w:tcPr>
          <w:p w:rsidR="008E78D0" w:rsidRPr="00A448DF" w:rsidRDefault="008E78D0" w:rsidP="001553E4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1.</w:t>
            </w:r>
          </w:p>
        </w:tc>
        <w:tc>
          <w:tcPr>
            <w:tcW w:w="4013" w:type="dxa"/>
          </w:tcPr>
          <w:p w:rsidR="008E78D0" w:rsidRPr="00A448DF" w:rsidRDefault="008E78D0" w:rsidP="001553E4">
            <w:pPr>
              <w:spacing w:before="76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Архитектура и дизайн — предметно-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пространственная среда, создаваемая человеком.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8E78D0" w:rsidRPr="00A448DF" w:rsidRDefault="008E78D0" w:rsidP="001553E4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99"/>
              <w:rPr>
                <w:sz w:val="24"/>
                <w:szCs w:val="24"/>
              </w:rPr>
            </w:pPr>
            <w:r w:rsidRPr="00A448DF">
              <w:rPr>
                <w:color w:val="000000"/>
                <w:w w:val="97"/>
                <w:sz w:val="24"/>
                <w:szCs w:val="24"/>
              </w:rPr>
              <w:t>Устный опрос;</w:t>
            </w:r>
          </w:p>
        </w:tc>
      </w:tr>
      <w:tr w:rsidR="008E78D0" w:rsidRPr="00A448DF" w:rsidTr="001553E4">
        <w:trPr>
          <w:trHeight w:val="697"/>
        </w:trPr>
        <w:tc>
          <w:tcPr>
            <w:tcW w:w="526" w:type="dxa"/>
          </w:tcPr>
          <w:p w:rsidR="008E78D0" w:rsidRPr="00A448DF" w:rsidRDefault="008E78D0" w:rsidP="001553E4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2.</w:t>
            </w:r>
          </w:p>
        </w:tc>
        <w:tc>
          <w:tcPr>
            <w:tcW w:w="4013" w:type="dxa"/>
          </w:tcPr>
          <w:p w:rsidR="008E78D0" w:rsidRPr="00A448DF" w:rsidRDefault="008E78D0" w:rsidP="001553E4">
            <w:pPr>
              <w:spacing w:before="76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Архитектура — «каменная летопись» истории человечества.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8E78D0" w:rsidRPr="00A448DF" w:rsidRDefault="008E78D0" w:rsidP="001553E4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E78D0" w:rsidRPr="00A448DF" w:rsidRDefault="008E78D0" w:rsidP="001553E4">
            <w:pPr>
              <w:spacing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hAnsi="Times New Roman" w:cs="Times New Roman"/>
                <w:color w:val="000000"/>
                <w:w w:val="97"/>
                <w:sz w:val="24"/>
                <w:szCs w:val="24"/>
              </w:rPr>
              <w:t>Устный опрос;</w:t>
            </w:r>
          </w:p>
        </w:tc>
      </w:tr>
      <w:tr w:rsidR="008E78D0" w:rsidRPr="00A448DF" w:rsidTr="001553E4">
        <w:trPr>
          <w:trHeight w:val="680"/>
        </w:trPr>
        <w:tc>
          <w:tcPr>
            <w:tcW w:w="526" w:type="dxa"/>
          </w:tcPr>
          <w:p w:rsidR="008E78D0" w:rsidRPr="00A448DF" w:rsidRDefault="008E78D0" w:rsidP="001553E4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3.</w:t>
            </w:r>
          </w:p>
        </w:tc>
        <w:tc>
          <w:tcPr>
            <w:tcW w:w="4013" w:type="dxa"/>
          </w:tcPr>
          <w:p w:rsidR="008E78D0" w:rsidRPr="00A448DF" w:rsidRDefault="008E78D0" w:rsidP="001553E4">
            <w:pPr>
              <w:spacing w:before="78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Основы построения композиции в конструктивных искусствах.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8E78D0" w:rsidRPr="00A448DF" w:rsidRDefault="008E78D0" w:rsidP="001553E4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E78D0" w:rsidRPr="00A448DF" w:rsidRDefault="008E78D0" w:rsidP="001553E4">
            <w:pPr>
              <w:spacing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  <w:tr w:rsidR="008E78D0" w:rsidRPr="00A448DF" w:rsidTr="001553E4">
        <w:trPr>
          <w:trHeight w:val="703"/>
        </w:trPr>
        <w:tc>
          <w:tcPr>
            <w:tcW w:w="526" w:type="dxa"/>
          </w:tcPr>
          <w:p w:rsidR="008E78D0" w:rsidRPr="00A448DF" w:rsidRDefault="008E78D0" w:rsidP="001553E4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4.</w:t>
            </w:r>
          </w:p>
        </w:tc>
        <w:tc>
          <w:tcPr>
            <w:tcW w:w="4013" w:type="dxa"/>
          </w:tcPr>
          <w:p w:rsidR="008E78D0" w:rsidRPr="00A448DF" w:rsidRDefault="008E78D0" w:rsidP="001553E4">
            <w:pPr>
              <w:spacing w:before="76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Роль цвета в организации композиционного пространства.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8E78D0" w:rsidRPr="00A448DF" w:rsidRDefault="008E78D0" w:rsidP="001553E4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E78D0" w:rsidRPr="00A448DF" w:rsidRDefault="008E78D0" w:rsidP="001553E4">
            <w:pPr>
              <w:spacing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  <w:tr w:rsidR="008E78D0" w:rsidRPr="00A448DF" w:rsidTr="001553E4">
        <w:trPr>
          <w:trHeight w:val="703"/>
        </w:trPr>
        <w:tc>
          <w:tcPr>
            <w:tcW w:w="526" w:type="dxa"/>
          </w:tcPr>
          <w:p w:rsidR="008E78D0" w:rsidRPr="00A448DF" w:rsidRDefault="008E78D0" w:rsidP="001553E4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5.</w:t>
            </w:r>
          </w:p>
        </w:tc>
        <w:tc>
          <w:tcPr>
            <w:tcW w:w="4013" w:type="dxa"/>
          </w:tcPr>
          <w:p w:rsidR="008E78D0" w:rsidRPr="00A448DF" w:rsidRDefault="008E78D0" w:rsidP="001553E4">
            <w:pPr>
              <w:spacing w:before="78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Шрифты и шрифтовая композиция в графическом дизайне.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8E78D0" w:rsidRPr="00A448DF" w:rsidRDefault="008E78D0" w:rsidP="001553E4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E78D0" w:rsidRPr="00A448DF" w:rsidRDefault="008E78D0" w:rsidP="001553E4">
            <w:pPr>
              <w:spacing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  <w:tr w:rsidR="008E78D0" w:rsidRPr="00A448DF" w:rsidTr="001553E4">
        <w:trPr>
          <w:trHeight w:val="685"/>
        </w:trPr>
        <w:tc>
          <w:tcPr>
            <w:tcW w:w="526" w:type="dxa"/>
          </w:tcPr>
          <w:p w:rsidR="008E78D0" w:rsidRPr="00A448DF" w:rsidRDefault="008E78D0" w:rsidP="001553E4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6.</w:t>
            </w:r>
          </w:p>
        </w:tc>
        <w:tc>
          <w:tcPr>
            <w:tcW w:w="4013" w:type="dxa"/>
          </w:tcPr>
          <w:p w:rsidR="008E78D0" w:rsidRPr="00A448DF" w:rsidRDefault="008E78D0" w:rsidP="001553E4">
            <w:pPr>
              <w:spacing w:before="76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Логотип. Построение логотипа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8E78D0" w:rsidRPr="00A448DF" w:rsidRDefault="008E78D0" w:rsidP="001553E4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E78D0" w:rsidRPr="00A448DF" w:rsidRDefault="008E78D0" w:rsidP="001553E4">
            <w:pPr>
              <w:spacing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  <w:tr w:rsidR="008E78D0" w:rsidRPr="00A448DF" w:rsidTr="001553E4">
        <w:trPr>
          <w:trHeight w:val="695"/>
        </w:trPr>
        <w:tc>
          <w:tcPr>
            <w:tcW w:w="526" w:type="dxa"/>
          </w:tcPr>
          <w:p w:rsidR="008E78D0" w:rsidRPr="00A448DF" w:rsidRDefault="008E78D0" w:rsidP="001553E4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7.</w:t>
            </w:r>
          </w:p>
        </w:tc>
        <w:tc>
          <w:tcPr>
            <w:tcW w:w="4013" w:type="dxa"/>
          </w:tcPr>
          <w:p w:rsidR="008E78D0" w:rsidRPr="00A448DF" w:rsidRDefault="008E78D0" w:rsidP="001553E4">
            <w:pPr>
              <w:spacing w:before="78" w:line="247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Композиционные основы макетирования в графическом дизайне при соединении текста и изображения. Искусство плаката.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8E78D0" w:rsidRPr="00A448DF" w:rsidRDefault="008E78D0" w:rsidP="001553E4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E78D0" w:rsidRPr="00A448DF" w:rsidRDefault="008E78D0" w:rsidP="001553E4">
            <w:pPr>
              <w:spacing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Практическая работа.</w:t>
            </w:r>
          </w:p>
        </w:tc>
      </w:tr>
      <w:tr w:rsidR="008E78D0" w:rsidRPr="00A448DF" w:rsidTr="001553E4">
        <w:trPr>
          <w:trHeight w:val="691"/>
        </w:trPr>
        <w:tc>
          <w:tcPr>
            <w:tcW w:w="526" w:type="dxa"/>
          </w:tcPr>
          <w:p w:rsidR="008E78D0" w:rsidRPr="00A448DF" w:rsidRDefault="008E78D0" w:rsidP="001553E4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8.</w:t>
            </w:r>
          </w:p>
        </w:tc>
        <w:tc>
          <w:tcPr>
            <w:tcW w:w="4013" w:type="dxa"/>
          </w:tcPr>
          <w:p w:rsidR="008E78D0" w:rsidRPr="00A448DF" w:rsidRDefault="008E78D0" w:rsidP="001553E4">
            <w:pPr>
              <w:spacing w:before="76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Многообразие форм графического дизайна. Дизайн книги и журнала.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8E78D0" w:rsidRPr="00A448DF" w:rsidRDefault="008E78D0" w:rsidP="001553E4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E78D0" w:rsidRPr="00A448DF" w:rsidRDefault="008E78D0" w:rsidP="001553E4">
            <w:pPr>
              <w:spacing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  <w:tr w:rsidR="008E78D0" w:rsidRPr="00A448DF" w:rsidTr="001553E4">
        <w:trPr>
          <w:trHeight w:val="843"/>
        </w:trPr>
        <w:tc>
          <w:tcPr>
            <w:tcW w:w="526" w:type="dxa"/>
          </w:tcPr>
          <w:p w:rsidR="008E78D0" w:rsidRPr="00A448DF" w:rsidRDefault="008E78D0" w:rsidP="001553E4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9.</w:t>
            </w:r>
          </w:p>
        </w:tc>
        <w:tc>
          <w:tcPr>
            <w:tcW w:w="4013" w:type="dxa"/>
          </w:tcPr>
          <w:p w:rsidR="008E78D0" w:rsidRPr="00A448DF" w:rsidRDefault="008E78D0" w:rsidP="001553E4">
            <w:pPr>
              <w:spacing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От плоскостного изображения к объёмному макету. Объект и пространство. Взаимосвязь объектов в архитектурном макете.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8E78D0" w:rsidRPr="00A448DF" w:rsidRDefault="008E78D0" w:rsidP="001553E4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E78D0" w:rsidRPr="00A448DF" w:rsidRDefault="008E78D0" w:rsidP="001553E4">
            <w:pPr>
              <w:ind w:left="142"/>
              <w:rPr>
                <w:rFonts w:ascii="Times New Roman" w:hAnsi="Times New Roman" w:cs="Times New Roman"/>
                <w:sz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  <w:tr w:rsidR="008E78D0" w:rsidRPr="00A448DF" w:rsidTr="001553E4">
        <w:trPr>
          <w:trHeight w:val="826"/>
        </w:trPr>
        <w:tc>
          <w:tcPr>
            <w:tcW w:w="526" w:type="dxa"/>
          </w:tcPr>
          <w:p w:rsidR="008E78D0" w:rsidRPr="00A448DF" w:rsidRDefault="008E78D0" w:rsidP="001553E4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10.</w:t>
            </w:r>
          </w:p>
        </w:tc>
        <w:tc>
          <w:tcPr>
            <w:tcW w:w="4013" w:type="dxa"/>
          </w:tcPr>
          <w:p w:rsidR="008E78D0" w:rsidRPr="00A448DF" w:rsidRDefault="008E78D0" w:rsidP="001553E4">
            <w:pPr>
              <w:spacing w:before="76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Здание как сочетание различных объёмных форм. Конструкция: часть и целое.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8E78D0" w:rsidRPr="00A448DF" w:rsidRDefault="008E78D0" w:rsidP="001553E4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E78D0" w:rsidRPr="00A448DF" w:rsidRDefault="008E78D0" w:rsidP="001553E4">
            <w:pPr>
              <w:ind w:left="142"/>
              <w:rPr>
                <w:rFonts w:ascii="Times New Roman" w:hAnsi="Times New Roman" w:cs="Times New Roman"/>
                <w:sz w:val="24"/>
              </w:rPr>
            </w:pPr>
            <w:r w:rsidRPr="00A448DF">
              <w:rPr>
                <w:rFonts w:ascii="Times New Roman" w:hAnsi="Times New Roman" w:cs="Times New Roman"/>
                <w:sz w:val="24"/>
              </w:rPr>
              <w:t>Практическая</w:t>
            </w:r>
            <w:r w:rsidRPr="00A448DF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A448DF">
              <w:rPr>
                <w:rFonts w:ascii="Times New Roman" w:hAnsi="Times New Roman" w:cs="Times New Roman"/>
                <w:sz w:val="24"/>
              </w:rPr>
              <w:t>работа;</w:t>
            </w:r>
          </w:p>
        </w:tc>
      </w:tr>
      <w:tr w:rsidR="008E78D0" w:rsidRPr="009E482D" w:rsidTr="001553E4">
        <w:trPr>
          <w:trHeight w:val="683"/>
        </w:trPr>
        <w:tc>
          <w:tcPr>
            <w:tcW w:w="526" w:type="dxa"/>
          </w:tcPr>
          <w:p w:rsidR="008E78D0" w:rsidRPr="00A448DF" w:rsidRDefault="008E78D0" w:rsidP="001553E4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11.</w:t>
            </w:r>
          </w:p>
        </w:tc>
        <w:tc>
          <w:tcPr>
            <w:tcW w:w="4013" w:type="dxa"/>
          </w:tcPr>
          <w:p w:rsidR="008E78D0" w:rsidRPr="00A448DF" w:rsidRDefault="008E78D0" w:rsidP="001553E4">
            <w:pPr>
              <w:spacing w:before="78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Эволюция архитектурных конструкций и роль эволюции строительных материалов.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8E78D0" w:rsidRPr="00A448DF" w:rsidRDefault="008E78D0" w:rsidP="001553E4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E78D0" w:rsidRPr="00A448DF" w:rsidRDefault="008E78D0" w:rsidP="001553E4">
            <w:pPr>
              <w:pStyle w:val="TableParagraph"/>
              <w:ind w:left="142"/>
              <w:rPr>
                <w:w w:val="97"/>
                <w:sz w:val="24"/>
              </w:rPr>
            </w:pPr>
            <w:r w:rsidRPr="00A448DF">
              <w:rPr>
                <w:w w:val="97"/>
                <w:sz w:val="24"/>
              </w:rPr>
              <w:t>Самооценка с использовани-ем «Оценочно-го листа».</w:t>
            </w:r>
          </w:p>
        </w:tc>
      </w:tr>
      <w:tr w:rsidR="008E78D0" w:rsidRPr="00A448DF" w:rsidTr="001553E4">
        <w:trPr>
          <w:trHeight w:val="693"/>
        </w:trPr>
        <w:tc>
          <w:tcPr>
            <w:tcW w:w="526" w:type="dxa"/>
          </w:tcPr>
          <w:p w:rsidR="008E78D0" w:rsidRPr="00A448DF" w:rsidRDefault="008E78D0" w:rsidP="001553E4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12.</w:t>
            </w:r>
          </w:p>
        </w:tc>
        <w:tc>
          <w:tcPr>
            <w:tcW w:w="4013" w:type="dxa"/>
          </w:tcPr>
          <w:p w:rsidR="008E78D0" w:rsidRPr="00A448DF" w:rsidRDefault="008E78D0" w:rsidP="001553E4">
            <w:pPr>
              <w:spacing w:before="76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Красота и целесообразность предметного мира. Образ времени в предметах, создаваемых человеком.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8E78D0" w:rsidRPr="00A448DF" w:rsidRDefault="008E78D0" w:rsidP="001553E4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8E78D0" w:rsidRPr="00A448DF" w:rsidTr="001553E4">
        <w:trPr>
          <w:trHeight w:val="689"/>
        </w:trPr>
        <w:tc>
          <w:tcPr>
            <w:tcW w:w="526" w:type="dxa"/>
          </w:tcPr>
          <w:p w:rsidR="008E78D0" w:rsidRPr="00A448DF" w:rsidRDefault="008E78D0" w:rsidP="001553E4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13.</w:t>
            </w:r>
          </w:p>
        </w:tc>
        <w:tc>
          <w:tcPr>
            <w:tcW w:w="4013" w:type="dxa"/>
          </w:tcPr>
          <w:p w:rsidR="008E78D0" w:rsidRPr="00A448DF" w:rsidRDefault="008E78D0" w:rsidP="001553E4">
            <w:pPr>
              <w:spacing w:before="78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Форма, материал и функция бытового предмета.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8E78D0" w:rsidRPr="00A448DF" w:rsidRDefault="008E78D0" w:rsidP="001553E4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8E78D0" w:rsidRPr="00A448DF" w:rsidTr="001553E4">
        <w:trPr>
          <w:trHeight w:val="558"/>
        </w:trPr>
        <w:tc>
          <w:tcPr>
            <w:tcW w:w="526" w:type="dxa"/>
          </w:tcPr>
          <w:p w:rsidR="008E78D0" w:rsidRPr="00A448DF" w:rsidRDefault="008E78D0" w:rsidP="001553E4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14.</w:t>
            </w:r>
          </w:p>
        </w:tc>
        <w:tc>
          <w:tcPr>
            <w:tcW w:w="4013" w:type="dxa"/>
          </w:tcPr>
          <w:p w:rsidR="008E78D0" w:rsidRPr="00A448DF" w:rsidRDefault="008E78D0" w:rsidP="001553E4">
            <w:pPr>
              <w:spacing w:before="78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Цвет в архитектуре и дизайне.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8E78D0" w:rsidRPr="00A448DF" w:rsidRDefault="008E78D0" w:rsidP="001553E4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8E78D0" w:rsidRPr="00A448DF" w:rsidTr="001553E4">
        <w:trPr>
          <w:trHeight w:val="637"/>
        </w:trPr>
        <w:tc>
          <w:tcPr>
            <w:tcW w:w="526" w:type="dxa"/>
          </w:tcPr>
          <w:p w:rsidR="008E78D0" w:rsidRPr="00A448DF" w:rsidRDefault="008E78D0" w:rsidP="001553E4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15.</w:t>
            </w:r>
          </w:p>
        </w:tc>
        <w:tc>
          <w:tcPr>
            <w:tcW w:w="4013" w:type="dxa"/>
          </w:tcPr>
          <w:p w:rsidR="008E78D0" w:rsidRPr="00A448DF" w:rsidRDefault="008E78D0" w:rsidP="001553E4">
            <w:pPr>
              <w:spacing w:before="78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Образ и стиль материальной культуры прошлого.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8E78D0" w:rsidRPr="00A448DF" w:rsidRDefault="008E78D0" w:rsidP="001553E4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Тестирование;</w:t>
            </w:r>
          </w:p>
        </w:tc>
      </w:tr>
      <w:tr w:rsidR="008E78D0" w:rsidRPr="00A448DF" w:rsidTr="001553E4">
        <w:trPr>
          <w:trHeight w:val="845"/>
        </w:trPr>
        <w:tc>
          <w:tcPr>
            <w:tcW w:w="526" w:type="dxa"/>
          </w:tcPr>
          <w:p w:rsidR="008E78D0" w:rsidRPr="00A448DF" w:rsidRDefault="008E78D0" w:rsidP="001553E4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16.</w:t>
            </w:r>
          </w:p>
        </w:tc>
        <w:tc>
          <w:tcPr>
            <w:tcW w:w="4013" w:type="dxa"/>
          </w:tcPr>
          <w:p w:rsidR="008E78D0" w:rsidRPr="00A448DF" w:rsidRDefault="008E78D0" w:rsidP="001553E4">
            <w:pPr>
              <w:spacing w:before="76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Пути развития современной архитектуры и дизайна: город сегодня и завтра.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8E78D0" w:rsidRPr="00A448DF" w:rsidRDefault="008E78D0" w:rsidP="001553E4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8E78D0" w:rsidRPr="00A448DF" w:rsidTr="001553E4">
        <w:trPr>
          <w:trHeight w:val="687"/>
        </w:trPr>
        <w:tc>
          <w:tcPr>
            <w:tcW w:w="526" w:type="dxa"/>
          </w:tcPr>
          <w:p w:rsidR="008E78D0" w:rsidRPr="00A448DF" w:rsidRDefault="008E78D0" w:rsidP="001553E4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lastRenderedPageBreak/>
              <w:t>17.</w:t>
            </w:r>
          </w:p>
        </w:tc>
        <w:tc>
          <w:tcPr>
            <w:tcW w:w="4013" w:type="dxa"/>
          </w:tcPr>
          <w:p w:rsidR="008E78D0" w:rsidRPr="00A448DF" w:rsidRDefault="008E78D0" w:rsidP="001553E4">
            <w:pPr>
              <w:spacing w:before="78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Пространство городской среды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8E78D0" w:rsidRPr="00A448DF" w:rsidRDefault="008E78D0" w:rsidP="001553E4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8E78D0" w:rsidRPr="00A448DF" w:rsidTr="001553E4">
        <w:trPr>
          <w:trHeight w:val="699"/>
        </w:trPr>
        <w:tc>
          <w:tcPr>
            <w:tcW w:w="526" w:type="dxa"/>
          </w:tcPr>
          <w:p w:rsidR="008E78D0" w:rsidRPr="00A448DF" w:rsidRDefault="008E78D0" w:rsidP="001553E4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18.</w:t>
            </w:r>
          </w:p>
        </w:tc>
        <w:tc>
          <w:tcPr>
            <w:tcW w:w="4013" w:type="dxa"/>
          </w:tcPr>
          <w:p w:rsidR="008E78D0" w:rsidRPr="00A448DF" w:rsidRDefault="008E78D0" w:rsidP="001553E4">
            <w:pPr>
              <w:spacing w:before="78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Дизайн городской среды. Малые архитектурные формы.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8E78D0" w:rsidRPr="00A448DF" w:rsidRDefault="008E78D0" w:rsidP="001553E4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8E78D0" w:rsidRPr="00A448DF" w:rsidTr="001553E4">
        <w:trPr>
          <w:trHeight w:val="832"/>
        </w:trPr>
        <w:tc>
          <w:tcPr>
            <w:tcW w:w="526" w:type="dxa"/>
          </w:tcPr>
          <w:p w:rsidR="008E78D0" w:rsidRPr="00A448DF" w:rsidRDefault="008E78D0" w:rsidP="001553E4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19.</w:t>
            </w:r>
          </w:p>
        </w:tc>
        <w:tc>
          <w:tcPr>
            <w:tcW w:w="4013" w:type="dxa"/>
          </w:tcPr>
          <w:p w:rsidR="008E78D0" w:rsidRPr="00A448DF" w:rsidRDefault="008E78D0" w:rsidP="001553E4">
            <w:pPr>
              <w:spacing w:before="72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Дизайн пространственно-предметной среды интерьера. Интерьер и предметный мир в доме.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8E78D0" w:rsidRPr="00A448DF" w:rsidRDefault="008E78D0" w:rsidP="001553E4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E78D0" w:rsidRPr="00A448DF" w:rsidRDefault="008E78D0" w:rsidP="001553E4">
            <w:pPr>
              <w:pStyle w:val="TableParagraph"/>
              <w:ind w:left="142"/>
              <w:rPr>
                <w:sz w:val="24"/>
              </w:rPr>
            </w:pPr>
            <w:r w:rsidRPr="00A448DF">
              <w:rPr>
                <w:sz w:val="24"/>
              </w:rPr>
              <w:t>Устный опрос; Практическая работа;</w:t>
            </w:r>
          </w:p>
        </w:tc>
      </w:tr>
      <w:tr w:rsidR="008E78D0" w:rsidRPr="00A448DF" w:rsidTr="001553E4">
        <w:trPr>
          <w:trHeight w:val="831"/>
        </w:trPr>
        <w:tc>
          <w:tcPr>
            <w:tcW w:w="526" w:type="dxa"/>
          </w:tcPr>
          <w:p w:rsidR="008E78D0" w:rsidRPr="00A448DF" w:rsidRDefault="008E78D0" w:rsidP="001553E4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20.</w:t>
            </w:r>
          </w:p>
        </w:tc>
        <w:tc>
          <w:tcPr>
            <w:tcW w:w="4013" w:type="dxa"/>
          </w:tcPr>
          <w:p w:rsidR="008E78D0" w:rsidRPr="00A448DF" w:rsidRDefault="008E78D0" w:rsidP="001553E4">
            <w:pPr>
              <w:spacing w:before="76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Природа и архитектура. Организация архитектурно-ландшафтного пространства.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8E78D0" w:rsidRPr="00A448DF" w:rsidRDefault="008E78D0" w:rsidP="001553E4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E78D0" w:rsidRPr="00A448DF" w:rsidRDefault="008E78D0" w:rsidP="001553E4">
            <w:pPr>
              <w:pStyle w:val="TableParagraph"/>
              <w:ind w:left="142"/>
              <w:rPr>
                <w:sz w:val="24"/>
              </w:rPr>
            </w:pPr>
            <w:r w:rsidRPr="00A448DF">
              <w:rPr>
                <w:sz w:val="24"/>
              </w:rPr>
              <w:t>Устный опрос; Практическая работа;</w:t>
            </w:r>
          </w:p>
        </w:tc>
      </w:tr>
      <w:tr w:rsidR="008E78D0" w:rsidRPr="00A448DF" w:rsidTr="001553E4">
        <w:trPr>
          <w:trHeight w:val="545"/>
        </w:trPr>
        <w:tc>
          <w:tcPr>
            <w:tcW w:w="526" w:type="dxa"/>
          </w:tcPr>
          <w:p w:rsidR="008E78D0" w:rsidRPr="00A448DF" w:rsidRDefault="008E78D0" w:rsidP="001553E4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21.</w:t>
            </w:r>
          </w:p>
        </w:tc>
        <w:tc>
          <w:tcPr>
            <w:tcW w:w="4013" w:type="dxa"/>
          </w:tcPr>
          <w:p w:rsidR="008E78D0" w:rsidRPr="00A448DF" w:rsidRDefault="008E78D0" w:rsidP="001553E4">
            <w:pPr>
              <w:spacing w:before="78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Замысел архитектурного проекта и его осуществление.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8E78D0" w:rsidRPr="00A448DF" w:rsidRDefault="008E78D0" w:rsidP="001553E4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8E78D0" w:rsidRPr="00A448DF" w:rsidTr="001553E4">
        <w:trPr>
          <w:trHeight w:val="626"/>
        </w:trPr>
        <w:tc>
          <w:tcPr>
            <w:tcW w:w="526" w:type="dxa"/>
          </w:tcPr>
          <w:p w:rsidR="008E78D0" w:rsidRPr="00A448DF" w:rsidRDefault="008E78D0" w:rsidP="001553E4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22.</w:t>
            </w:r>
          </w:p>
        </w:tc>
        <w:tc>
          <w:tcPr>
            <w:tcW w:w="4013" w:type="dxa"/>
          </w:tcPr>
          <w:p w:rsidR="008E78D0" w:rsidRPr="00A448DF" w:rsidRDefault="008E78D0" w:rsidP="001553E4">
            <w:pPr>
              <w:spacing w:before="76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Фу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нкциональная планировка своего дома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8E78D0" w:rsidRPr="00A448DF" w:rsidRDefault="008E78D0" w:rsidP="001553E4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8E78D0" w:rsidRPr="00A448DF" w:rsidTr="001553E4">
        <w:trPr>
          <w:trHeight w:val="626"/>
        </w:trPr>
        <w:tc>
          <w:tcPr>
            <w:tcW w:w="526" w:type="dxa"/>
          </w:tcPr>
          <w:p w:rsidR="008E78D0" w:rsidRPr="00A448DF" w:rsidRDefault="008E78D0" w:rsidP="001553E4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23.</w:t>
            </w:r>
          </w:p>
        </w:tc>
        <w:tc>
          <w:tcPr>
            <w:tcW w:w="4013" w:type="dxa"/>
          </w:tcPr>
          <w:p w:rsidR="008E78D0" w:rsidRPr="00A448DF" w:rsidRDefault="008E78D0" w:rsidP="001553E4">
            <w:pPr>
              <w:spacing w:before="78" w:line="230" w:lineRule="auto"/>
              <w:ind w:left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Дизайн предметной среды в интерьере личного дома.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8E78D0" w:rsidRPr="00A448DF" w:rsidRDefault="008E78D0" w:rsidP="001553E4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8E78D0" w:rsidRPr="00A448DF" w:rsidTr="001553E4">
        <w:trPr>
          <w:trHeight w:val="626"/>
        </w:trPr>
        <w:tc>
          <w:tcPr>
            <w:tcW w:w="526" w:type="dxa"/>
          </w:tcPr>
          <w:p w:rsidR="008E78D0" w:rsidRPr="00A448DF" w:rsidRDefault="008E78D0" w:rsidP="001553E4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24.</w:t>
            </w:r>
          </w:p>
        </w:tc>
        <w:tc>
          <w:tcPr>
            <w:tcW w:w="4013" w:type="dxa"/>
          </w:tcPr>
          <w:p w:rsidR="008E78D0" w:rsidRPr="00A448DF" w:rsidRDefault="008E78D0" w:rsidP="001553E4">
            <w:pPr>
              <w:spacing w:before="76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Дизайн и архитектура сада или приусадебного участка.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8E78D0" w:rsidRPr="00A448DF" w:rsidRDefault="008E78D0" w:rsidP="001553E4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99" w:right="132"/>
              <w:rPr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8E78D0" w:rsidRPr="00A448DF" w:rsidTr="001553E4">
        <w:trPr>
          <w:trHeight w:val="626"/>
        </w:trPr>
        <w:tc>
          <w:tcPr>
            <w:tcW w:w="526" w:type="dxa"/>
          </w:tcPr>
          <w:p w:rsidR="008E78D0" w:rsidRPr="00A448DF" w:rsidRDefault="008E78D0" w:rsidP="001553E4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25.</w:t>
            </w:r>
          </w:p>
        </w:tc>
        <w:tc>
          <w:tcPr>
            <w:tcW w:w="4013" w:type="dxa"/>
          </w:tcPr>
          <w:p w:rsidR="008E78D0" w:rsidRPr="00A448DF" w:rsidRDefault="008E78D0" w:rsidP="001553E4">
            <w:pPr>
              <w:spacing w:before="78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Композиционно-конструктивные принципы дизайна одежды.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8E78D0" w:rsidRPr="00A448DF" w:rsidRDefault="008E78D0" w:rsidP="001553E4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99" w:right="132"/>
              <w:rPr>
                <w:spacing w:val="-1"/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8E78D0" w:rsidRPr="00A448DF" w:rsidTr="001553E4">
        <w:trPr>
          <w:trHeight w:val="626"/>
        </w:trPr>
        <w:tc>
          <w:tcPr>
            <w:tcW w:w="526" w:type="dxa"/>
          </w:tcPr>
          <w:p w:rsidR="008E78D0" w:rsidRPr="00A448DF" w:rsidRDefault="008E78D0" w:rsidP="001553E4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27.</w:t>
            </w:r>
          </w:p>
        </w:tc>
        <w:tc>
          <w:tcPr>
            <w:tcW w:w="4013" w:type="dxa"/>
          </w:tcPr>
          <w:p w:rsidR="008E78D0" w:rsidRPr="00A448DF" w:rsidRDefault="008E78D0" w:rsidP="001553E4">
            <w:pPr>
              <w:spacing w:before="8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Дизайн современной одежды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8E78D0" w:rsidRPr="00A448DF" w:rsidRDefault="008E78D0" w:rsidP="001553E4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99" w:right="132"/>
              <w:rPr>
                <w:spacing w:val="-1"/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Устный опрос;</w:t>
            </w:r>
          </w:p>
        </w:tc>
      </w:tr>
      <w:tr w:rsidR="008E78D0" w:rsidRPr="00A448DF" w:rsidTr="001553E4">
        <w:trPr>
          <w:trHeight w:val="626"/>
        </w:trPr>
        <w:tc>
          <w:tcPr>
            <w:tcW w:w="526" w:type="dxa"/>
          </w:tcPr>
          <w:p w:rsidR="008E78D0" w:rsidRPr="00A448DF" w:rsidRDefault="008E78D0" w:rsidP="001553E4">
            <w:pPr>
              <w:pStyle w:val="TableParagraph"/>
              <w:ind w:left="90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28.</w:t>
            </w:r>
          </w:p>
        </w:tc>
        <w:tc>
          <w:tcPr>
            <w:tcW w:w="4013" w:type="dxa"/>
          </w:tcPr>
          <w:p w:rsidR="008E78D0" w:rsidRPr="00A448DF" w:rsidRDefault="008E78D0" w:rsidP="001553E4">
            <w:pPr>
              <w:spacing w:before="76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Грим и причёска в практике дизайна. 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Визажистика</w:t>
            </w:r>
            <w:r w:rsidRPr="00A448D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8E78D0" w:rsidRPr="00A448DF" w:rsidRDefault="008E78D0" w:rsidP="001553E4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101" w:right="17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99" w:right="132"/>
              <w:rPr>
                <w:spacing w:val="-1"/>
                <w:sz w:val="24"/>
                <w:szCs w:val="24"/>
              </w:rPr>
            </w:pPr>
            <w:r w:rsidRPr="00A448DF">
              <w:rPr>
                <w:spacing w:val="-1"/>
                <w:sz w:val="24"/>
                <w:szCs w:val="24"/>
              </w:rPr>
              <w:t>Практическая</w:t>
            </w:r>
            <w:r w:rsidRPr="00A448DF">
              <w:rPr>
                <w:spacing w:val="-57"/>
                <w:sz w:val="24"/>
                <w:szCs w:val="24"/>
              </w:rPr>
              <w:t xml:space="preserve"> </w:t>
            </w:r>
            <w:r w:rsidRPr="00A448DF">
              <w:rPr>
                <w:sz w:val="24"/>
                <w:szCs w:val="24"/>
              </w:rPr>
              <w:t>работа;</w:t>
            </w:r>
          </w:p>
        </w:tc>
      </w:tr>
      <w:tr w:rsidR="008E78D0" w:rsidRPr="00A448DF" w:rsidTr="001553E4">
        <w:trPr>
          <w:trHeight w:val="601"/>
        </w:trPr>
        <w:tc>
          <w:tcPr>
            <w:tcW w:w="4539" w:type="dxa"/>
            <w:gridSpan w:val="2"/>
          </w:tcPr>
          <w:p w:rsidR="008E78D0" w:rsidRPr="00A448DF" w:rsidRDefault="008E78D0" w:rsidP="001553E4">
            <w:pPr>
              <w:ind w:left="145"/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</w:pP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</w:t>
            </w:r>
            <w:r w:rsidRPr="00A448DF">
              <w:rPr>
                <w:rFonts w:ascii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</w:t>
            </w:r>
            <w:r w:rsidRPr="00A448DF">
              <w:rPr>
                <w:rFonts w:ascii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ЧАСОВ</w:t>
            </w:r>
            <w:r w:rsidRPr="00A448DF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   </w:t>
            </w:r>
          </w:p>
          <w:p w:rsidR="008E78D0" w:rsidRPr="00A448DF" w:rsidRDefault="008E78D0" w:rsidP="001553E4">
            <w:pPr>
              <w:ind w:left="14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448DF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44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ПРОГРАММЕ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34</w:t>
            </w:r>
          </w:p>
        </w:tc>
        <w:tc>
          <w:tcPr>
            <w:tcW w:w="993" w:type="dxa"/>
          </w:tcPr>
          <w:p w:rsidR="008E78D0" w:rsidRPr="00A448DF" w:rsidRDefault="008E78D0" w:rsidP="001553E4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8E78D0" w:rsidRPr="00A448DF" w:rsidRDefault="008E78D0" w:rsidP="001553E4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A448DF">
              <w:rPr>
                <w:sz w:val="24"/>
                <w:szCs w:val="24"/>
              </w:rPr>
              <w:t>34</w:t>
            </w:r>
          </w:p>
        </w:tc>
        <w:tc>
          <w:tcPr>
            <w:tcW w:w="2835" w:type="dxa"/>
            <w:gridSpan w:val="2"/>
          </w:tcPr>
          <w:p w:rsidR="008E78D0" w:rsidRPr="00A448DF" w:rsidRDefault="008E78D0" w:rsidP="001553E4">
            <w:pPr>
              <w:pStyle w:val="TableParagraph"/>
              <w:spacing w:line="266" w:lineRule="auto"/>
              <w:ind w:left="99" w:right="132"/>
              <w:jc w:val="center"/>
              <w:rPr>
                <w:spacing w:val="-1"/>
                <w:sz w:val="24"/>
                <w:szCs w:val="24"/>
              </w:rPr>
            </w:pPr>
          </w:p>
        </w:tc>
      </w:tr>
    </w:tbl>
    <w:p w:rsidR="008E78D0" w:rsidRPr="00A448DF" w:rsidRDefault="008E78D0" w:rsidP="008E78D0">
      <w:pPr>
        <w:pStyle w:val="TableParagraph"/>
        <w:ind w:firstLine="284"/>
        <w:jc w:val="center"/>
        <w:rPr>
          <w:b/>
          <w:sz w:val="24"/>
          <w:szCs w:val="24"/>
        </w:rPr>
      </w:pPr>
    </w:p>
    <w:p w:rsidR="008E78D0" w:rsidRPr="00A448DF" w:rsidRDefault="008E78D0" w:rsidP="008E78D0">
      <w:pPr>
        <w:pStyle w:val="TableParagraph"/>
        <w:ind w:firstLine="284"/>
        <w:jc w:val="center"/>
        <w:rPr>
          <w:b/>
          <w:sz w:val="24"/>
          <w:szCs w:val="24"/>
        </w:rPr>
      </w:pPr>
    </w:p>
    <w:p w:rsidR="008E78D0" w:rsidRPr="00A448DF" w:rsidRDefault="008E78D0" w:rsidP="008E78D0">
      <w:pPr>
        <w:pStyle w:val="TableParagraph"/>
        <w:ind w:firstLine="284"/>
        <w:jc w:val="center"/>
        <w:rPr>
          <w:b/>
          <w:sz w:val="24"/>
          <w:szCs w:val="24"/>
        </w:rPr>
      </w:pPr>
    </w:p>
    <w:p w:rsidR="008E78D0" w:rsidRPr="00A448DF" w:rsidRDefault="008E78D0" w:rsidP="008E78D0">
      <w:pPr>
        <w:pStyle w:val="TableParagraph"/>
        <w:ind w:firstLine="284"/>
        <w:jc w:val="center"/>
        <w:rPr>
          <w:b/>
          <w:sz w:val="24"/>
          <w:szCs w:val="24"/>
        </w:rPr>
      </w:pPr>
    </w:p>
    <w:p w:rsidR="008E78D0" w:rsidRPr="00A448DF" w:rsidRDefault="008E78D0" w:rsidP="008E78D0">
      <w:pPr>
        <w:pStyle w:val="TableParagraph"/>
        <w:ind w:firstLine="284"/>
        <w:jc w:val="center"/>
        <w:rPr>
          <w:b/>
          <w:sz w:val="24"/>
          <w:szCs w:val="24"/>
        </w:rPr>
      </w:pPr>
    </w:p>
    <w:p w:rsidR="008E78D0" w:rsidRPr="00A448DF" w:rsidRDefault="008E78D0" w:rsidP="008E78D0">
      <w:pPr>
        <w:pStyle w:val="TableParagraph"/>
        <w:ind w:firstLine="284"/>
        <w:jc w:val="center"/>
        <w:rPr>
          <w:b/>
          <w:sz w:val="24"/>
          <w:szCs w:val="24"/>
        </w:rPr>
      </w:pPr>
    </w:p>
    <w:p w:rsidR="008E78D0" w:rsidRPr="00A448DF" w:rsidRDefault="008E78D0" w:rsidP="008E78D0">
      <w:pPr>
        <w:pStyle w:val="TableParagraph"/>
        <w:ind w:firstLine="284"/>
        <w:jc w:val="center"/>
        <w:rPr>
          <w:b/>
          <w:sz w:val="24"/>
          <w:szCs w:val="24"/>
        </w:rPr>
      </w:pPr>
    </w:p>
    <w:p w:rsidR="008E78D0" w:rsidRPr="00A448DF" w:rsidRDefault="008E78D0" w:rsidP="008E78D0">
      <w:pPr>
        <w:pStyle w:val="TableParagraph"/>
        <w:ind w:firstLine="284"/>
        <w:jc w:val="center"/>
        <w:rPr>
          <w:b/>
          <w:sz w:val="24"/>
          <w:szCs w:val="24"/>
        </w:rPr>
      </w:pPr>
    </w:p>
    <w:p w:rsidR="008E78D0" w:rsidRPr="00A448DF" w:rsidRDefault="008E78D0" w:rsidP="008E78D0">
      <w:pPr>
        <w:pStyle w:val="TableParagraph"/>
        <w:ind w:firstLine="284"/>
        <w:jc w:val="center"/>
        <w:rPr>
          <w:b/>
          <w:sz w:val="24"/>
          <w:szCs w:val="24"/>
        </w:rPr>
      </w:pPr>
    </w:p>
    <w:p w:rsidR="008E78D0" w:rsidRPr="00A448DF" w:rsidRDefault="008E78D0" w:rsidP="008E78D0">
      <w:pPr>
        <w:pStyle w:val="TableParagraph"/>
        <w:ind w:firstLine="284"/>
        <w:jc w:val="center"/>
        <w:rPr>
          <w:b/>
          <w:sz w:val="24"/>
          <w:szCs w:val="24"/>
        </w:rPr>
      </w:pPr>
    </w:p>
    <w:p w:rsidR="008E78D0" w:rsidRPr="00A448DF" w:rsidRDefault="008E78D0" w:rsidP="008E78D0">
      <w:pPr>
        <w:pStyle w:val="TableParagraph"/>
        <w:ind w:firstLine="284"/>
        <w:jc w:val="center"/>
        <w:rPr>
          <w:b/>
          <w:sz w:val="24"/>
          <w:szCs w:val="24"/>
        </w:rPr>
      </w:pPr>
    </w:p>
    <w:p w:rsidR="008E78D0" w:rsidRPr="00A448DF" w:rsidRDefault="008E78D0" w:rsidP="008E78D0">
      <w:pPr>
        <w:pStyle w:val="TableParagraph"/>
        <w:ind w:firstLine="284"/>
        <w:jc w:val="center"/>
        <w:rPr>
          <w:b/>
          <w:sz w:val="24"/>
          <w:szCs w:val="24"/>
        </w:rPr>
      </w:pPr>
    </w:p>
    <w:p w:rsidR="008E78D0" w:rsidRPr="00A448DF" w:rsidRDefault="008E78D0" w:rsidP="008E78D0">
      <w:pPr>
        <w:pStyle w:val="TableParagraph"/>
        <w:ind w:firstLine="284"/>
        <w:jc w:val="center"/>
        <w:rPr>
          <w:b/>
          <w:sz w:val="24"/>
          <w:szCs w:val="24"/>
        </w:rPr>
      </w:pPr>
    </w:p>
    <w:p w:rsidR="008E78D0" w:rsidRPr="00A448DF" w:rsidRDefault="008E78D0" w:rsidP="008E78D0">
      <w:pPr>
        <w:pStyle w:val="TableParagraph"/>
        <w:ind w:firstLine="284"/>
        <w:jc w:val="center"/>
        <w:rPr>
          <w:b/>
          <w:sz w:val="24"/>
          <w:szCs w:val="24"/>
        </w:rPr>
      </w:pPr>
    </w:p>
    <w:p w:rsidR="008E78D0" w:rsidRPr="00A448DF" w:rsidRDefault="008E78D0" w:rsidP="008E78D0">
      <w:pPr>
        <w:pStyle w:val="TableParagraph"/>
        <w:ind w:firstLine="284"/>
        <w:jc w:val="center"/>
        <w:rPr>
          <w:b/>
          <w:sz w:val="24"/>
          <w:szCs w:val="24"/>
        </w:rPr>
      </w:pPr>
    </w:p>
    <w:p w:rsidR="008E78D0" w:rsidRPr="00A448DF" w:rsidRDefault="008E78D0" w:rsidP="008E78D0">
      <w:pPr>
        <w:pStyle w:val="TableParagraph"/>
        <w:ind w:firstLine="284"/>
        <w:jc w:val="center"/>
        <w:rPr>
          <w:b/>
          <w:sz w:val="24"/>
          <w:szCs w:val="24"/>
        </w:rPr>
      </w:pPr>
    </w:p>
    <w:p w:rsidR="008E78D0" w:rsidRPr="00A448DF" w:rsidRDefault="008E78D0" w:rsidP="008E78D0">
      <w:pPr>
        <w:pStyle w:val="TableParagraph"/>
        <w:ind w:firstLine="284"/>
        <w:jc w:val="center"/>
        <w:rPr>
          <w:b/>
          <w:sz w:val="24"/>
          <w:szCs w:val="24"/>
        </w:rPr>
      </w:pPr>
    </w:p>
    <w:p w:rsidR="008E78D0" w:rsidRPr="00A448DF" w:rsidRDefault="008E78D0" w:rsidP="008E78D0">
      <w:pPr>
        <w:pStyle w:val="TableParagraph"/>
        <w:ind w:firstLine="284"/>
        <w:jc w:val="center"/>
        <w:rPr>
          <w:b/>
          <w:sz w:val="24"/>
          <w:szCs w:val="24"/>
        </w:rPr>
      </w:pPr>
    </w:p>
    <w:p w:rsidR="008E78D0" w:rsidRPr="00A448DF" w:rsidRDefault="008E78D0" w:rsidP="008E78D0">
      <w:pPr>
        <w:pStyle w:val="TableParagraph"/>
        <w:ind w:firstLine="284"/>
        <w:jc w:val="center"/>
        <w:rPr>
          <w:b/>
          <w:sz w:val="24"/>
          <w:szCs w:val="24"/>
        </w:rPr>
      </w:pPr>
    </w:p>
    <w:p w:rsidR="008E78D0" w:rsidRPr="00A448DF" w:rsidRDefault="008E78D0" w:rsidP="008E78D0">
      <w:pPr>
        <w:pStyle w:val="TableParagraph"/>
        <w:ind w:firstLine="284"/>
        <w:jc w:val="center"/>
        <w:rPr>
          <w:b/>
          <w:sz w:val="24"/>
          <w:szCs w:val="24"/>
        </w:rPr>
      </w:pPr>
    </w:p>
    <w:p w:rsidR="008E78D0" w:rsidRPr="00A448DF" w:rsidRDefault="008E78D0" w:rsidP="008E78D0">
      <w:pPr>
        <w:pStyle w:val="TableParagraph"/>
        <w:ind w:firstLine="284"/>
        <w:jc w:val="center"/>
        <w:rPr>
          <w:b/>
          <w:sz w:val="24"/>
          <w:szCs w:val="24"/>
        </w:rPr>
      </w:pPr>
    </w:p>
    <w:p w:rsidR="008E78D0" w:rsidRPr="00A448DF" w:rsidRDefault="008E78D0" w:rsidP="008E78D0">
      <w:pPr>
        <w:pStyle w:val="TableParagraph"/>
        <w:ind w:firstLine="284"/>
        <w:jc w:val="center"/>
        <w:rPr>
          <w:b/>
          <w:sz w:val="24"/>
          <w:szCs w:val="24"/>
        </w:rPr>
      </w:pPr>
    </w:p>
    <w:p w:rsidR="008E78D0" w:rsidRPr="00A448DF" w:rsidRDefault="008E78D0" w:rsidP="008E78D0">
      <w:pPr>
        <w:pStyle w:val="TableParagraph"/>
        <w:ind w:firstLine="284"/>
        <w:jc w:val="center"/>
        <w:rPr>
          <w:b/>
          <w:sz w:val="24"/>
          <w:szCs w:val="24"/>
        </w:rPr>
      </w:pPr>
    </w:p>
    <w:p w:rsidR="008E78D0" w:rsidRPr="00A448DF" w:rsidRDefault="008E78D0" w:rsidP="008E78D0">
      <w:pPr>
        <w:pStyle w:val="TableParagraph"/>
        <w:ind w:firstLine="284"/>
        <w:jc w:val="center"/>
        <w:rPr>
          <w:b/>
          <w:sz w:val="24"/>
          <w:szCs w:val="24"/>
        </w:rPr>
      </w:pPr>
    </w:p>
    <w:p w:rsidR="008E78D0" w:rsidRPr="00A448DF" w:rsidRDefault="008E78D0" w:rsidP="008E78D0">
      <w:pPr>
        <w:pStyle w:val="TableParagraph"/>
        <w:ind w:firstLine="284"/>
        <w:jc w:val="center"/>
        <w:rPr>
          <w:b/>
          <w:sz w:val="24"/>
          <w:szCs w:val="24"/>
        </w:rPr>
      </w:pPr>
    </w:p>
    <w:p w:rsidR="008E78D0" w:rsidRPr="00A448DF" w:rsidRDefault="008E78D0" w:rsidP="008E78D0">
      <w:pPr>
        <w:pStyle w:val="TableParagraph"/>
        <w:ind w:firstLine="284"/>
        <w:jc w:val="center"/>
        <w:rPr>
          <w:b/>
          <w:sz w:val="24"/>
          <w:szCs w:val="24"/>
        </w:rPr>
      </w:pPr>
    </w:p>
    <w:p w:rsidR="008E78D0" w:rsidRPr="00A448DF" w:rsidRDefault="008E78D0" w:rsidP="008E78D0">
      <w:pPr>
        <w:pStyle w:val="TableParagraph"/>
        <w:ind w:firstLine="284"/>
        <w:jc w:val="center"/>
        <w:rPr>
          <w:b/>
          <w:sz w:val="24"/>
          <w:szCs w:val="24"/>
        </w:rPr>
      </w:pPr>
      <w:r w:rsidRPr="00A448DF">
        <w:rPr>
          <w:b/>
          <w:sz w:val="24"/>
          <w:szCs w:val="24"/>
        </w:rPr>
        <w:lastRenderedPageBreak/>
        <w:t>УЧЕБНО-МЕТОДИЧЕСКОЕ</w:t>
      </w:r>
      <w:r w:rsidRPr="00A448DF">
        <w:rPr>
          <w:b/>
          <w:spacing w:val="-5"/>
          <w:sz w:val="24"/>
          <w:szCs w:val="24"/>
        </w:rPr>
        <w:t xml:space="preserve"> </w:t>
      </w:r>
      <w:r w:rsidRPr="00A448DF">
        <w:rPr>
          <w:b/>
          <w:sz w:val="24"/>
          <w:szCs w:val="24"/>
        </w:rPr>
        <w:t>ОБЕСПЕЧЕНИЕ</w:t>
      </w:r>
      <w:r w:rsidRPr="00A448DF">
        <w:rPr>
          <w:b/>
          <w:spacing w:val="-6"/>
          <w:sz w:val="24"/>
          <w:szCs w:val="24"/>
        </w:rPr>
        <w:t xml:space="preserve"> </w:t>
      </w:r>
      <w:r w:rsidRPr="00A448DF">
        <w:rPr>
          <w:b/>
          <w:sz w:val="24"/>
          <w:szCs w:val="24"/>
        </w:rPr>
        <w:t>ОБРАЗОВАТЕЛЬНОГО</w:t>
      </w:r>
      <w:r w:rsidRPr="00A448DF">
        <w:rPr>
          <w:b/>
          <w:spacing w:val="-6"/>
          <w:sz w:val="24"/>
          <w:szCs w:val="24"/>
        </w:rPr>
        <w:t xml:space="preserve"> </w:t>
      </w:r>
      <w:r w:rsidRPr="00A448DF">
        <w:rPr>
          <w:b/>
          <w:sz w:val="24"/>
          <w:szCs w:val="24"/>
        </w:rPr>
        <w:t>ПРОЦЕССА</w:t>
      </w:r>
    </w:p>
    <w:p w:rsidR="008E78D0" w:rsidRPr="00A448DF" w:rsidRDefault="008E78D0" w:rsidP="008E78D0">
      <w:pPr>
        <w:pStyle w:val="TableParagraph"/>
        <w:ind w:firstLine="284"/>
        <w:jc w:val="both"/>
        <w:rPr>
          <w:sz w:val="24"/>
          <w:szCs w:val="24"/>
        </w:rPr>
      </w:pPr>
    </w:p>
    <w:p w:rsidR="008E78D0" w:rsidRPr="00A448DF" w:rsidRDefault="008E78D0" w:rsidP="008E78D0">
      <w:pPr>
        <w:pStyle w:val="TableParagraph"/>
        <w:ind w:firstLine="284"/>
        <w:jc w:val="both"/>
        <w:rPr>
          <w:sz w:val="24"/>
          <w:szCs w:val="24"/>
        </w:rPr>
      </w:pPr>
      <w:r w:rsidRPr="00A448DF">
        <w:rPr>
          <w:sz w:val="24"/>
          <w:szCs w:val="24"/>
        </w:rPr>
        <w:t>ОБЯЗАТЕЛЬНЫЕ</w:t>
      </w:r>
      <w:r w:rsidRPr="00A448DF">
        <w:rPr>
          <w:spacing w:val="-4"/>
          <w:sz w:val="24"/>
          <w:szCs w:val="24"/>
        </w:rPr>
        <w:t xml:space="preserve"> </w:t>
      </w:r>
      <w:r w:rsidRPr="00A448DF">
        <w:rPr>
          <w:sz w:val="24"/>
          <w:szCs w:val="24"/>
        </w:rPr>
        <w:t>УЧЕБНЫЕ</w:t>
      </w:r>
      <w:r w:rsidRPr="00A448DF">
        <w:rPr>
          <w:spacing w:val="-2"/>
          <w:sz w:val="24"/>
          <w:szCs w:val="24"/>
        </w:rPr>
        <w:t xml:space="preserve"> </w:t>
      </w:r>
      <w:r w:rsidRPr="00A448DF">
        <w:rPr>
          <w:sz w:val="24"/>
          <w:szCs w:val="24"/>
        </w:rPr>
        <w:t>МАТЕРИАЛЫ</w:t>
      </w:r>
      <w:r w:rsidRPr="00A448DF">
        <w:rPr>
          <w:spacing w:val="-3"/>
          <w:sz w:val="24"/>
          <w:szCs w:val="24"/>
        </w:rPr>
        <w:t xml:space="preserve"> </w:t>
      </w:r>
      <w:r w:rsidRPr="00A448DF">
        <w:rPr>
          <w:sz w:val="24"/>
          <w:szCs w:val="24"/>
        </w:rPr>
        <w:t>ДЛЯ</w:t>
      </w:r>
      <w:r w:rsidRPr="00A448DF">
        <w:rPr>
          <w:spacing w:val="-3"/>
          <w:sz w:val="24"/>
          <w:szCs w:val="24"/>
        </w:rPr>
        <w:t xml:space="preserve"> </w:t>
      </w:r>
      <w:r w:rsidRPr="00A448DF">
        <w:rPr>
          <w:sz w:val="24"/>
          <w:szCs w:val="24"/>
        </w:rPr>
        <w:t>УЧЕНИКА</w:t>
      </w:r>
    </w:p>
    <w:p w:rsidR="008E78D0" w:rsidRPr="00A448DF" w:rsidRDefault="008E78D0" w:rsidP="00384DA7">
      <w:pPr>
        <w:pStyle w:val="TableParagraph"/>
        <w:numPr>
          <w:ilvl w:val="0"/>
          <w:numId w:val="35"/>
        </w:numPr>
        <w:ind w:left="567"/>
        <w:jc w:val="both"/>
        <w:rPr>
          <w:sz w:val="24"/>
          <w:szCs w:val="24"/>
        </w:rPr>
      </w:pPr>
      <w:r w:rsidRPr="00A448DF">
        <w:rPr>
          <w:color w:val="000000"/>
          <w:sz w:val="24"/>
          <w:szCs w:val="24"/>
          <w:shd w:val="clear" w:color="auto" w:fill="F7FDF7"/>
        </w:rPr>
        <w:t>Изобразительное искусство. 5 класс/Горяева Н. А., Островская О.В.; под редакцией Неменского Б.М., Акционерное общество «Издательство «Просвещение»;</w:t>
      </w:r>
    </w:p>
    <w:p w:rsidR="008E78D0" w:rsidRPr="00A448DF" w:rsidRDefault="008E78D0" w:rsidP="00384DA7">
      <w:pPr>
        <w:pStyle w:val="TableParagraph"/>
        <w:numPr>
          <w:ilvl w:val="0"/>
          <w:numId w:val="35"/>
        </w:numPr>
        <w:ind w:left="567"/>
        <w:jc w:val="both"/>
        <w:rPr>
          <w:sz w:val="24"/>
          <w:szCs w:val="24"/>
        </w:rPr>
      </w:pPr>
      <w:r w:rsidRPr="00A448DF">
        <w:rPr>
          <w:color w:val="000000"/>
          <w:sz w:val="24"/>
          <w:szCs w:val="24"/>
          <w:shd w:val="clear" w:color="auto" w:fill="F7FDF7"/>
        </w:rPr>
        <w:t>Изобразительное искусство. 6 класс/</w:t>
      </w:r>
      <w:r w:rsidR="005746AF">
        <w:rPr>
          <w:color w:val="000000"/>
          <w:sz w:val="24"/>
          <w:szCs w:val="24"/>
          <w:shd w:val="clear" w:color="auto" w:fill="F7FDF7"/>
        </w:rPr>
        <w:t xml:space="preserve"> </w:t>
      </w:r>
      <w:r w:rsidRPr="00A448DF">
        <w:rPr>
          <w:color w:val="000000"/>
          <w:sz w:val="24"/>
          <w:szCs w:val="24"/>
          <w:shd w:val="clear" w:color="auto" w:fill="F7FDF7"/>
        </w:rPr>
        <w:t>Неменская Л.А.; под редакцией Неменского Б.М., Акционерное общество «Издательство «Просвещение»;</w:t>
      </w:r>
    </w:p>
    <w:p w:rsidR="008E78D0" w:rsidRPr="00A448DF" w:rsidRDefault="008E78D0" w:rsidP="00384DA7">
      <w:pPr>
        <w:pStyle w:val="TableParagraph"/>
        <w:numPr>
          <w:ilvl w:val="0"/>
          <w:numId w:val="35"/>
        </w:numPr>
        <w:ind w:left="567"/>
        <w:jc w:val="both"/>
        <w:rPr>
          <w:sz w:val="24"/>
          <w:szCs w:val="24"/>
        </w:rPr>
      </w:pPr>
      <w:r w:rsidRPr="00A448DF">
        <w:rPr>
          <w:color w:val="000000"/>
          <w:sz w:val="24"/>
          <w:szCs w:val="24"/>
          <w:shd w:val="clear" w:color="auto" w:fill="F7FDF7"/>
        </w:rPr>
        <w:t>Изобразительное искусство. 7 класс/Питерских А.С., Гуров Г.Е.; под редакцией Неменского Б.М., Акционерное общество «Издательство «Просвещение»;</w:t>
      </w:r>
      <w:r w:rsidRPr="00A448DF">
        <w:rPr>
          <w:color w:val="000000"/>
          <w:sz w:val="24"/>
          <w:szCs w:val="24"/>
        </w:rPr>
        <w:br/>
      </w:r>
    </w:p>
    <w:p w:rsidR="008E78D0" w:rsidRPr="00A448DF" w:rsidRDefault="008E78D0" w:rsidP="00384DA7">
      <w:pPr>
        <w:pStyle w:val="TableParagraph"/>
        <w:ind w:firstLine="284"/>
        <w:jc w:val="center"/>
        <w:rPr>
          <w:b/>
          <w:sz w:val="24"/>
          <w:szCs w:val="24"/>
        </w:rPr>
      </w:pPr>
      <w:r w:rsidRPr="00A448DF">
        <w:rPr>
          <w:b/>
          <w:sz w:val="24"/>
          <w:szCs w:val="24"/>
        </w:rPr>
        <w:t>МЕТОДИЧЕСКИЕ</w:t>
      </w:r>
      <w:r w:rsidRPr="00A448DF">
        <w:rPr>
          <w:b/>
          <w:spacing w:val="-6"/>
          <w:sz w:val="24"/>
          <w:szCs w:val="24"/>
        </w:rPr>
        <w:t xml:space="preserve"> </w:t>
      </w:r>
      <w:r w:rsidRPr="00A448DF">
        <w:rPr>
          <w:b/>
          <w:sz w:val="24"/>
          <w:szCs w:val="24"/>
        </w:rPr>
        <w:t>МАТЕРИАЛЫ</w:t>
      </w:r>
      <w:r w:rsidRPr="00A448DF">
        <w:rPr>
          <w:b/>
          <w:spacing w:val="-3"/>
          <w:sz w:val="24"/>
          <w:szCs w:val="24"/>
        </w:rPr>
        <w:t xml:space="preserve"> </w:t>
      </w:r>
      <w:r w:rsidRPr="00A448DF">
        <w:rPr>
          <w:b/>
          <w:sz w:val="24"/>
          <w:szCs w:val="24"/>
        </w:rPr>
        <w:t>ДЛЯ</w:t>
      </w:r>
      <w:r w:rsidRPr="00A448DF">
        <w:rPr>
          <w:b/>
          <w:spacing w:val="-2"/>
          <w:sz w:val="24"/>
          <w:szCs w:val="24"/>
        </w:rPr>
        <w:t xml:space="preserve"> </w:t>
      </w:r>
      <w:r w:rsidRPr="00A448DF">
        <w:rPr>
          <w:b/>
          <w:sz w:val="24"/>
          <w:szCs w:val="24"/>
        </w:rPr>
        <w:t>УЧИТЕЛЯ</w:t>
      </w:r>
    </w:p>
    <w:p w:rsidR="008E78D0" w:rsidRPr="00A448DF" w:rsidRDefault="008E78D0" w:rsidP="008E78D0">
      <w:pPr>
        <w:pStyle w:val="TableParagraph"/>
        <w:ind w:firstLine="284"/>
        <w:jc w:val="both"/>
        <w:rPr>
          <w:sz w:val="24"/>
          <w:szCs w:val="24"/>
        </w:rPr>
      </w:pPr>
    </w:p>
    <w:p w:rsidR="008E78D0" w:rsidRPr="00A448DF" w:rsidRDefault="008E78D0" w:rsidP="008E78D0">
      <w:pPr>
        <w:pStyle w:val="TableParagraph"/>
        <w:ind w:firstLine="284"/>
        <w:jc w:val="both"/>
        <w:rPr>
          <w:sz w:val="24"/>
          <w:szCs w:val="24"/>
        </w:rPr>
      </w:pPr>
      <w:r w:rsidRPr="00A448DF">
        <w:rPr>
          <w:sz w:val="24"/>
          <w:szCs w:val="24"/>
        </w:rPr>
        <w:t>ЦИФРОВЫЕ</w:t>
      </w:r>
      <w:r w:rsidRPr="00A448DF">
        <w:rPr>
          <w:spacing w:val="-6"/>
          <w:sz w:val="24"/>
          <w:szCs w:val="24"/>
        </w:rPr>
        <w:t xml:space="preserve"> </w:t>
      </w:r>
      <w:r w:rsidRPr="00A448DF">
        <w:rPr>
          <w:sz w:val="24"/>
          <w:szCs w:val="24"/>
        </w:rPr>
        <w:t>ОБРАЗОВАТЕЛЬНЫЕ</w:t>
      </w:r>
      <w:r w:rsidRPr="00A448DF">
        <w:rPr>
          <w:spacing w:val="-2"/>
          <w:sz w:val="24"/>
          <w:szCs w:val="24"/>
        </w:rPr>
        <w:t xml:space="preserve"> </w:t>
      </w:r>
      <w:r w:rsidRPr="00A448DF">
        <w:rPr>
          <w:sz w:val="24"/>
          <w:szCs w:val="24"/>
        </w:rPr>
        <w:t>РЕСУРСЫ</w:t>
      </w:r>
      <w:r w:rsidRPr="00A448DF">
        <w:rPr>
          <w:spacing w:val="-3"/>
          <w:sz w:val="24"/>
          <w:szCs w:val="24"/>
        </w:rPr>
        <w:t xml:space="preserve"> </w:t>
      </w:r>
      <w:r w:rsidRPr="00A448DF">
        <w:rPr>
          <w:sz w:val="24"/>
          <w:szCs w:val="24"/>
        </w:rPr>
        <w:t>И</w:t>
      </w:r>
      <w:r w:rsidRPr="00A448DF">
        <w:rPr>
          <w:spacing w:val="-3"/>
          <w:sz w:val="24"/>
          <w:szCs w:val="24"/>
        </w:rPr>
        <w:t xml:space="preserve"> </w:t>
      </w:r>
      <w:r w:rsidRPr="00A448DF">
        <w:rPr>
          <w:sz w:val="24"/>
          <w:szCs w:val="24"/>
        </w:rPr>
        <w:t>РЕСУРСЫ</w:t>
      </w:r>
      <w:r w:rsidRPr="00A448DF">
        <w:rPr>
          <w:spacing w:val="-3"/>
          <w:sz w:val="24"/>
          <w:szCs w:val="24"/>
        </w:rPr>
        <w:t xml:space="preserve"> </w:t>
      </w:r>
      <w:r w:rsidRPr="00A448DF">
        <w:rPr>
          <w:sz w:val="24"/>
          <w:szCs w:val="24"/>
        </w:rPr>
        <w:t>СЕТИ</w:t>
      </w:r>
      <w:r w:rsidRPr="00A448DF">
        <w:rPr>
          <w:spacing w:val="-4"/>
          <w:sz w:val="24"/>
          <w:szCs w:val="24"/>
        </w:rPr>
        <w:t xml:space="preserve"> </w:t>
      </w:r>
      <w:r w:rsidRPr="00A448DF">
        <w:rPr>
          <w:sz w:val="24"/>
          <w:szCs w:val="24"/>
        </w:rPr>
        <w:t>ИНТЕРНЕТ</w:t>
      </w:r>
    </w:p>
    <w:p w:rsidR="008E78D0" w:rsidRPr="00A448DF" w:rsidRDefault="008E78D0" w:rsidP="00384DA7">
      <w:pPr>
        <w:pStyle w:val="TableParagraph"/>
        <w:numPr>
          <w:ilvl w:val="0"/>
          <w:numId w:val="36"/>
        </w:numPr>
        <w:ind w:left="567"/>
        <w:jc w:val="both"/>
        <w:rPr>
          <w:sz w:val="24"/>
          <w:szCs w:val="24"/>
        </w:rPr>
      </w:pPr>
      <w:r w:rsidRPr="00A448DF">
        <w:rPr>
          <w:sz w:val="24"/>
          <w:szCs w:val="24"/>
        </w:rPr>
        <w:t xml:space="preserve">Единая коллекция цифровых образовательных ресурсов: </w:t>
      </w:r>
      <w:hyperlink r:id="rId7">
        <w:r w:rsidRPr="00A448DF">
          <w:rPr>
            <w:sz w:val="24"/>
            <w:szCs w:val="24"/>
          </w:rPr>
          <w:t>http://school-collection.edu.ru/</w:t>
        </w:r>
      </w:hyperlink>
    </w:p>
    <w:p w:rsidR="008E78D0" w:rsidRPr="00A448DF" w:rsidRDefault="008E78D0" w:rsidP="00384DA7">
      <w:pPr>
        <w:pStyle w:val="TableParagraph"/>
        <w:numPr>
          <w:ilvl w:val="0"/>
          <w:numId w:val="36"/>
        </w:numPr>
        <w:ind w:left="567"/>
        <w:jc w:val="both"/>
        <w:rPr>
          <w:sz w:val="24"/>
          <w:szCs w:val="24"/>
        </w:rPr>
      </w:pPr>
      <w:r w:rsidRPr="00A448DF">
        <w:rPr>
          <w:sz w:val="24"/>
          <w:szCs w:val="24"/>
        </w:rPr>
        <w:t>Фестиваль</w:t>
      </w:r>
      <w:r w:rsidRPr="00A448DF">
        <w:rPr>
          <w:spacing w:val="-1"/>
          <w:sz w:val="24"/>
          <w:szCs w:val="24"/>
        </w:rPr>
        <w:t xml:space="preserve"> </w:t>
      </w:r>
      <w:r w:rsidRPr="00A448DF">
        <w:rPr>
          <w:sz w:val="24"/>
          <w:szCs w:val="24"/>
        </w:rPr>
        <w:t>педагогических</w:t>
      </w:r>
      <w:r w:rsidRPr="00A448DF">
        <w:rPr>
          <w:spacing w:val="2"/>
          <w:sz w:val="24"/>
          <w:szCs w:val="24"/>
        </w:rPr>
        <w:t xml:space="preserve"> </w:t>
      </w:r>
      <w:r w:rsidRPr="00A448DF">
        <w:rPr>
          <w:sz w:val="24"/>
          <w:szCs w:val="24"/>
        </w:rPr>
        <w:t>идей :</w:t>
      </w:r>
      <w:r w:rsidRPr="00A448DF">
        <w:rPr>
          <w:spacing w:val="-1"/>
          <w:sz w:val="24"/>
          <w:szCs w:val="24"/>
        </w:rPr>
        <w:t xml:space="preserve"> </w:t>
      </w:r>
      <w:hyperlink r:id="rId8" w:history="1">
        <w:r w:rsidRPr="00A448DF">
          <w:rPr>
            <w:rStyle w:val="aff8"/>
            <w:sz w:val="24"/>
            <w:szCs w:val="24"/>
          </w:rPr>
          <w:t>https://urok.1sept.ru/</w:t>
        </w:r>
      </w:hyperlink>
      <w:r w:rsidRPr="00A448DF">
        <w:rPr>
          <w:sz w:val="24"/>
          <w:szCs w:val="24"/>
        </w:rPr>
        <w:t xml:space="preserve"> </w:t>
      </w:r>
    </w:p>
    <w:p w:rsidR="008E78D0" w:rsidRPr="00A448DF" w:rsidRDefault="008E78D0" w:rsidP="00384DA7">
      <w:pPr>
        <w:pStyle w:val="TableParagraph"/>
        <w:numPr>
          <w:ilvl w:val="0"/>
          <w:numId w:val="36"/>
        </w:numPr>
        <w:ind w:left="567"/>
        <w:jc w:val="both"/>
        <w:rPr>
          <w:sz w:val="24"/>
          <w:szCs w:val="24"/>
        </w:rPr>
      </w:pPr>
      <w:bookmarkStart w:id="1" w:name="МАТЕРИАЛЬНО-ТЕХНИЧЕСКОЕ_ОБЕСПЕЧЕНИЕ_ОБРА"/>
      <w:bookmarkStart w:id="2" w:name="УЧЕБНОЕ_ОБОРУДОВАНИЕ"/>
      <w:bookmarkStart w:id="3" w:name="ОБОРУДОВАНИЕ_ДЛЯ_ПРОВЕДЕНИЯ_ПРАКТИЧЕСКИХ"/>
      <w:bookmarkEnd w:id="1"/>
      <w:bookmarkEnd w:id="2"/>
      <w:bookmarkEnd w:id="3"/>
      <w:r w:rsidRPr="00A448DF">
        <w:rPr>
          <w:sz w:val="24"/>
          <w:szCs w:val="24"/>
        </w:rPr>
        <w:t xml:space="preserve">Открытый класс. Сетевые образовательные сообщества:https://multiurok.ru/blog/sietievyie-obrazovatiel-nyie-soobshchiestva-otkrytyi-klass. </w:t>
      </w:r>
    </w:p>
    <w:p w:rsidR="008E78D0" w:rsidRPr="00A448DF" w:rsidRDefault="008E78D0" w:rsidP="00384DA7">
      <w:pPr>
        <w:pStyle w:val="TableParagraph"/>
        <w:numPr>
          <w:ilvl w:val="0"/>
          <w:numId w:val="36"/>
        </w:numPr>
        <w:ind w:left="567"/>
        <w:jc w:val="both"/>
        <w:rPr>
          <w:sz w:val="24"/>
          <w:szCs w:val="24"/>
        </w:rPr>
      </w:pPr>
      <w:r w:rsidRPr="00A448DF">
        <w:rPr>
          <w:sz w:val="24"/>
          <w:szCs w:val="24"/>
        </w:rPr>
        <w:t>Официальный</w:t>
      </w:r>
      <w:r w:rsidRPr="00A448DF">
        <w:rPr>
          <w:spacing w:val="-2"/>
          <w:sz w:val="24"/>
          <w:szCs w:val="24"/>
        </w:rPr>
        <w:t xml:space="preserve"> </w:t>
      </w:r>
      <w:r w:rsidRPr="00A448DF">
        <w:rPr>
          <w:sz w:val="24"/>
          <w:szCs w:val="24"/>
        </w:rPr>
        <w:t>ресурс</w:t>
      </w:r>
      <w:r w:rsidRPr="00A448DF">
        <w:rPr>
          <w:spacing w:val="-2"/>
          <w:sz w:val="24"/>
          <w:szCs w:val="24"/>
        </w:rPr>
        <w:t xml:space="preserve"> </w:t>
      </w:r>
      <w:r w:rsidRPr="00A448DF">
        <w:rPr>
          <w:sz w:val="24"/>
          <w:szCs w:val="24"/>
        </w:rPr>
        <w:t>для</w:t>
      </w:r>
      <w:r w:rsidRPr="00A448DF">
        <w:rPr>
          <w:spacing w:val="1"/>
          <w:sz w:val="24"/>
          <w:szCs w:val="24"/>
        </w:rPr>
        <w:t xml:space="preserve"> </w:t>
      </w:r>
      <w:r w:rsidRPr="00A448DF">
        <w:rPr>
          <w:sz w:val="24"/>
          <w:szCs w:val="24"/>
        </w:rPr>
        <w:t>учителей,</w:t>
      </w:r>
      <w:r w:rsidRPr="00A448DF">
        <w:rPr>
          <w:spacing w:val="-1"/>
          <w:sz w:val="24"/>
          <w:szCs w:val="24"/>
        </w:rPr>
        <w:t xml:space="preserve"> </w:t>
      </w:r>
      <w:r w:rsidRPr="00A448DF">
        <w:rPr>
          <w:sz w:val="24"/>
          <w:szCs w:val="24"/>
        </w:rPr>
        <w:t>детей</w:t>
      </w:r>
      <w:r w:rsidRPr="00A448DF">
        <w:rPr>
          <w:spacing w:val="-1"/>
          <w:sz w:val="24"/>
          <w:szCs w:val="24"/>
        </w:rPr>
        <w:t xml:space="preserve"> </w:t>
      </w:r>
      <w:r w:rsidRPr="00A448DF">
        <w:rPr>
          <w:sz w:val="24"/>
          <w:szCs w:val="24"/>
        </w:rPr>
        <w:t>и</w:t>
      </w:r>
      <w:r w:rsidRPr="00A448DF">
        <w:rPr>
          <w:spacing w:val="-2"/>
          <w:sz w:val="24"/>
          <w:szCs w:val="24"/>
        </w:rPr>
        <w:t xml:space="preserve"> </w:t>
      </w:r>
      <w:r w:rsidRPr="00A448DF">
        <w:rPr>
          <w:sz w:val="24"/>
          <w:szCs w:val="24"/>
        </w:rPr>
        <w:t>родителей:</w:t>
      </w:r>
      <w:r w:rsidRPr="00A448DF">
        <w:rPr>
          <w:spacing w:val="-1"/>
          <w:sz w:val="24"/>
          <w:szCs w:val="24"/>
        </w:rPr>
        <w:t xml:space="preserve"> </w:t>
      </w:r>
      <w:hyperlink r:id="rId9" w:history="1">
        <w:r w:rsidRPr="00A448DF">
          <w:rPr>
            <w:rStyle w:val="aff8"/>
            <w:sz w:val="24"/>
            <w:szCs w:val="24"/>
          </w:rPr>
          <w:t>https://rosuchebnik.ru/material/40-saytov-kotorye-oblegchat-rabotu-uchitelya/</w:t>
        </w:r>
      </w:hyperlink>
      <w:r w:rsidRPr="00A448DF">
        <w:rPr>
          <w:sz w:val="24"/>
          <w:szCs w:val="24"/>
        </w:rPr>
        <w:t xml:space="preserve"> </w:t>
      </w:r>
    </w:p>
    <w:p w:rsidR="008E78D0" w:rsidRPr="00A448DF" w:rsidRDefault="008E78D0" w:rsidP="00384DA7">
      <w:pPr>
        <w:pStyle w:val="TableParagraph"/>
        <w:numPr>
          <w:ilvl w:val="0"/>
          <w:numId w:val="36"/>
        </w:numPr>
        <w:ind w:left="567"/>
        <w:jc w:val="both"/>
        <w:rPr>
          <w:sz w:val="24"/>
          <w:szCs w:val="24"/>
        </w:rPr>
      </w:pPr>
      <w:r w:rsidRPr="00A448DF">
        <w:rPr>
          <w:sz w:val="24"/>
          <w:szCs w:val="24"/>
        </w:rPr>
        <w:t xml:space="preserve">Российская электронная школа: </w:t>
      </w:r>
      <w:hyperlink r:id="rId10" w:history="1">
        <w:r w:rsidRPr="00A448DF">
          <w:rPr>
            <w:rStyle w:val="aff8"/>
            <w:sz w:val="24"/>
            <w:szCs w:val="24"/>
          </w:rPr>
          <w:t>https://resh.edu.ru/</w:t>
        </w:r>
      </w:hyperlink>
      <w:r w:rsidRPr="00A448DF">
        <w:rPr>
          <w:spacing w:val="-57"/>
          <w:sz w:val="24"/>
          <w:szCs w:val="24"/>
        </w:rPr>
        <w:t xml:space="preserve"> </w:t>
      </w:r>
    </w:p>
    <w:p w:rsidR="008E78D0" w:rsidRPr="00A448DF" w:rsidRDefault="008E78D0" w:rsidP="00384DA7">
      <w:pPr>
        <w:pStyle w:val="TableParagraph"/>
        <w:numPr>
          <w:ilvl w:val="0"/>
          <w:numId w:val="36"/>
        </w:numPr>
        <w:ind w:left="567"/>
        <w:jc w:val="both"/>
        <w:rPr>
          <w:sz w:val="24"/>
          <w:szCs w:val="24"/>
        </w:rPr>
      </w:pPr>
      <w:r w:rsidRPr="00A448DF">
        <w:rPr>
          <w:sz w:val="24"/>
          <w:szCs w:val="24"/>
        </w:rPr>
        <w:t>Фоксфорд</w:t>
      </w:r>
      <w:r w:rsidRPr="00A448DF">
        <w:rPr>
          <w:spacing w:val="-1"/>
          <w:sz w:val="24"/>
          <w:szCs w:val="24"/>
        </w:rPr>
        <w:t xml:space="preserve"> </w:t>
      </w:r>
      <w:hyperlink r:id="rId11" w:history="1">
        <w:r w:rsidRPr="00A448DF">
          <w:rPr>
            <w:rStyle w:val="aff8"/>
            <w:sz w:val="24"/>
            <w:szCs w:val="24"/>
          </w:rPr>
          <w:t>https://foxford.ru/#</w:t>
        </w:r>
      </w:hyperlink>
      <w:r w:rsidRPr="00A448DF">
        <w:rPr>
          <w:sz w:val="24"/>
          <w:szCs w:val="24"/>
        </w:rPr>
        <w:t xml:space="preserve">! </w:t>
      </w:r>
    </w:p>
    <w:p w:rsidR="00384DA7" w:rsidRPr="00A448DF" w:rsidRDefault="00384DA7" w:rsidP="00384DA7">
      <w:pPr>
        <w:pStyle w:val="TableParagraph"/>
        <w:numPr>
          <w:ilvl w:val="0"/>
          <w:numId w:val="36"/>
        </w:numPr>
        <w:ind w:left="567"/>
        <w:jc w:val="both"/>
        <w:rPr>
          <w:sz w:val="24"/>
          <w:szCs w:val="24"/>
        </w:rPr>
      </w:pPr>
      <w:r w:rsidRPr="00A448DF">
        <w:rPr>
          <w:color w:val="000000"/>
          <w:w w:val="97"/>
          <w:sz w:val="24"/>
          <w:szCs w:val="24"/>
        </w:rPr>
        <w:t>Виртуальная экскурсия: мини-экскурсий</w:t>
      </w:r>
      <w:r w:rsidRPr="00A448DF">
        <w:t xml:space="preserve"> </w:t>
      </w:r>
      <w:hyperlink r:id="rId12" w:history="1">
        <w:r w:rsidRPr="00A448DF">
          <w:rPr>
            <w:rStyle w:val="aff8"/>
            <w:w w:val="97"/>
            <w:sz w:val="24"/>
            <w:szCs w:val="24"/>
          </w:rPr>
          <w:t>http://www.museum-arms.ru/</w:t>
        </w:r>
      </w:hyperlink>
      <w:r w:rsidRPr="00A448DF">
        <w:rPr>
          <w:color w:val="000000"/>
          <w:w w:val="97"/>
          <w:sz w:val="24"/>
          <w:szCs w:val="24"/>
        </w:rPr>
        <w:t xml:space="preserve"> </w:t>
      </w:r>
    </w:p>
    <w:p w:rsidR="008E78D0" w:rsidRPr="00A448DF" w:rsidRDefault="008E78D0" w:rsidP="008E78D0">
      <w:pPr>
        <w:pStyle w:val="TableParagraph"/>
        <w:ind w:firstLine="284"/>
        <w:jc w:val="both"/>
        <w:rPr>
          <w:sz w:val="24"/>
          <w:szCs w:val="24"/>
        </w:rPr>
      </w:pPr>
    </w:p>
    <w:p w:rsidR="008E78D0" w:rsidRPr="00A448DF" w:rsidRDefault="008E78D0" w:rsidP="00384DA7">
      <w:pPr>
        <w:pStyle w:val="TableParagraph"/>
        <w:ind w:firstLine="284"/>
        <w:jc w:val="center"/>
        <w:rPr>
          <w:b/>
          <w:sz w:val="24"/>
          <w:szCs w:val="24"/>
        </w:rPr>
      </w:pPr>
      <w:r w:rsidRPr="00A448DF">
        <w:rPr>
          <w:b/>
          <w:sz w:val="24"/>
          <w:szCs w:val="24"/>
        </w:rPr>
        <w:t>МАТЕРИАЛЬНО-ТЕХНИЧЕСКОЕ</w:t>
      </w:r>
      <w:r w:rsidRPr="00A448DF">
        <w:rPr>
          <w:b/>
          <w:spacing w:val="-6"/>
          <w:sz w:val="24"/>
          <w:szCs w:val="24"/>
        </w:rPr>
        <w:t xml:space="preserve"> </w:t>
      </w:r>
      <w:r w:rsidRPr="00A448DF">
        <w:rPr>
          <w:b/>
          <w:sz w:val="24"/>
          <w:szCs w:val="24"/>
        </w:rPr>
        <w:t>ОБЕСПЕЧЕНИЕ</w:t>
      </w:r>
      <w:r w:rsidRPr="00A448DF">
        <w:rPr>
          <w:b/>
          <w:spacing w:val="-6"/>
          <w:sz w:val="24"/>
          <w:szCs w:val="24"/>
        </w:rPr>
        <w:t xml:space="preserve"> </w:t>
      </w:r>
      <w:r w:rsidRPr="00A448DF">
        <w:rPr>
          <w:b/>
          <w:sz w:val="24"/>
          <w:szCs w:val="24"/>
        </w:rPr>
        <w:t>ОБРАЗОВАТЕЛЬНОГО</w:t>
      </w:r>
      <w:r w:rsidRPr="00A448DF">
        <w:rPr>
          <w:b/>
          <w:spacing w:val="-6"/>
          <w:sz w:val="24"/>
          <w:szCs w:val="24"/>
        </w:rPr>
        <w:t xml:space="preserve"> </w:t>
      </w:r>
      <w:r w:rsidRPr="00A448DF">
        <w:rPr>
          <w:b/>
          <w:sz w:val="24"/>
          <w:szCs w:val="24"/>
        </w:rPr>
        <w:t>ПРОЦЕССА</w:t>
      </w:r>
    </w:p>
    <w:p w:rsidR="008E78D0" w:rsidRPr="00A448DF" w:rsidRDefault="008E78D0" w:rsidP="008E78D0">
      <w:pPr>
        <w:pStyle w:val="TableParagraph"/>
        <w:ind w:firstLine="284"/>
        <w:jc w:val="both"/>
        <w:rPr>
          <w:sz w:val="24"/>
          <w:szCs w:val="24"/>
        </w:rPr>
      </w:pPr>
    </w:p>
    <w:p w:rsidR="008E78D0" w:rsidRPr="00A448DF" w:rsidRDefault="008E78D0" w:rsidP="008E78D0">
      <w:pPr>
        <w:pStyle w:val="TableParagraph"/>
        <w:ind w:firstLine="284"/>
        <w:jc w:val="both"/>
        <w:rPr>
          <w:sz w:val="24"/>
          <w:szCs w:val="24"/>
        </w:rPr>
      </w:pPr>
      <w:r w:rsidRPr="00A448DF">
        <w:rPr>
          <w:sz w:val="24"/>
          <w:szCs w:val="24"/>
        </w:rPr>
        <w:t>УЧЕБНОЕ</w:t>
      </w:r>
      <w:r w:rsidRPr="00A448DF">
        <w:rPr>
          <w:spacing w:val="-7"/>
          <w:sz w:val="24"/>
          <w:szCs w:val="24"/>
        </w:rPr>
        <w:t xml:space="preserve"> </w:t>
      </w:r>
      <w:r w:rsidRPr="00A448DF">
        <w:rPr>
          <w:sz w:val="24"/>
          <w:szCs w:val="24"/>
        </w:rPr>
        <w:t>ОБОРУДОВАНИЕ</w:t>
      </w:r>
    </w:p>
    <w:p w:rsidR="008E78D0" w:rsidRPr="00A448DF" w:rsidRDefault="008E78D0" w:rsidP="005746AF">
      <w:pPr>
        <w:pStyle w:val="TableParagraph"/>
        <w:ind w:firstLine="284"/>
        <w:jc w:val="both"/>
        <w:rPr>
          <w:sz w:val="24"/>
          <w:szCs w:val="24"/>
        </w:rPr>
      </w:pPr>
      <w:r w:rsidRPr="00A448DF">
        <w:rPr>
          <w:sz w:val="24"/>
          <w:szCs w:val="24"/>
        </w:rPr>
        <w:t>Классная</w:t>
      </w:r>
      <w:r w:rsidRPr="00A448DF">
        <w:rPr>
          <w:spacing w:val="-4"/>
          <w:sz w:val="24"/>
          <w:szCs w:val="24"/>
        </w:rPr>
        <w:t xml:space="preserve"> </w:t>
      </w:r>
      <w:r w:rsidRPr="00A448DF">
        <w:rPr>
          <w:sz w:val="24"/>
          <w:szCs w:val="24"/>
        </w:rPr>
        <w:t>доска</w:t>
      </w:r>
      <w:r w:rsidRPr="00A448DF">
        <w:rPr>
          <w:spacing w:val="-2"/>
          <w:sz w:val="24"/>
          <w:szCs w:val="24"/>
        </w:rPr>
        <w:t xml:space="preserve"> </w:t>
      </w:r>
      <w:r w:rsidRPr="00A448DF">
        <w:rPr>
          <w:sz w:val="24"/>
          <w:szCs w:val="24"/>
        </w:rPr>
        <w:t>для</w:t>
      </w:r>
      <w:r w:rsidRPr="00A448DF">
        <w:rPr>
          <w:spacing w:val="-5"/>
          <w:sz w:val="24"/>
          <w:szCs w:val="24"/>
        </w:rPr>
        <w:t xml:space="preserve"> </w:t>
      </w:r>
      <w:r w:rsidRPr="00A448DF">
        <w:rPr>
          <w:sz w:val="24"/>
          <w:szCs w:val="24"/>
        </w:rPr>
        <w:t>демонстрации</w:t>
      </w:r>
      <w:r w:rsidRPr="00A448DF">
        <w:rPr>
          <w:spacing w:val="-2"/>
          <w:sz w:val="24"/>
          <w:szCs w:val="24"/>
        </w:rPr>
        <w:t xml:space="preserve"> </w:t>
      </w:r>
      <w:r w:rsidRPr="00A448DF">
        <w:rPr>
          <w:sz w:val="24"/>
          <w:szCs w:val="24"/>
        </w:rPr>
        <w:t>учебного</w:t>
      </w:r>
      <w:r w:rsidRPr="00A448DF">
        <w:rPr>
          <w:spacing w:val="-3"/>
          <w:sz w:val="24"/>
          <w:szCs w:val="24"/>
        </w:rPr>
        <w:t xml:space="preserve"> </w:t>
      </w:r>
      <w:r w:rsidR="005746AF" w:rsidRPr="00A448DF">
        <w:rPr>
          <w:sz w:val="24"/>
          <w:szCs w:val="24"/>
        </w:rPr>
        <w:t xml:space="preserve">материала, </w:t>
      </w:r>
      <w:r w:rsidR="005746AF" w:rsidRPr="00A448DF">
        <w:rPr>
          <w:spacing w:val="-47"/>
          <w:sz w:val="24"/>
          <w:szCs w:val="24"/>
        </w:rPr>
        <w:t>персональный</w:t>
      </w:r>
      <w:r w:rsidRPr="00A448DF">
        <w:rPr>
          <w:spacing w:val="2"/>
          <w:sz w:val="24"/>
          <w:szCs w:val="24"/>
        </w:rPr>
        <w:t xml:space="preserve"> </w:t>
      </w:r>
      <w:r w:rsidRPr="00A448DF">
        <w:rPr>
          <w:sz w:val="24"/>
          <w:szCs w:val="24"/>
        </w:rPr>
        <w:t>компьютер, мультимедийный</w:t>
      </w:r>
      <w:r w:rsidRPr="00A448DF">
        <w:rPr>
          <w:spacing w:val="-10"/>
          <w:sz w:val="24"/>
          <w:szCs w:val="24"/>
        </w:rPr>
        <w:t xml:space="preserve"> </w:t>
      </w:r>
      <w:r w:rsidRPr="00A448DF">
        <w:rPr>
          <w:sz w:val="24"/>
          <w:szCs w:val="24"/>
        </w:rPr>
        <w:t>проектор</w:t>
      </w:r>
      <w:r w:rsidRPr="00A448DF">
        <w:rPr>
          <w:spacing w:val="-47"/>
          <w:sz w:val="24"/>
          <w:szCs w:val="24"/>
        </w:rPr>
        <w:t xml:space="preserve"> ,</w:t>
      </w:r>
      <w:r w:rsidR="005746AF">
        <w:rPr>
          <w:spacing w:val="-47"/>
          <w:sz w:val="24"/>
          <w:szCs w:val="24"/>
        </w:rPr>
        <w:t xml:space="preserve"> </w:t>
      </w:r>
      <w:r w:rsidRPr="00A448DF">
        <w:rPr>
          <w:spacing w:val="-47"/>
          <w:sz w:val="24"/>
          <w:szCs w:val="24"/>
        </w:rPr>
        <w:t xml:space="preserve"> </w:t>
      </w:r>
      <w:r w:rsidRPr="00A448DF">
        <w:rPr>
          <w:sz w:val="24"/>
          <w:szCs w:val="24"/>
        </w:rPr>
        <w:t>экран, колонки.</w:t>
      </w:r>
    </w:p>
    <w:p w:rsidR="00384DA7" w:rsidRPr="00A448DF" w:rsidRDefault="00384DA7" w:rsidP="008E78D0">
      <w:pPr>
        <w:pStyle w:val="TableParagraph"/>
        <w:ind w:firstLine="284"/>
        <w:jc w:val="both"/>
        <w:rPr>
          <w:sz w:val="24"/>
          <w:szCs w:val="24"/>
        </w:rPr>
      </w:pPr>
    </w:p>
    <w:p w:rsidR="008E78D0" w:rsidRPr="00A448DF" w:rsidRDefault="008E78D0" w:rsidP="008E78D0">
      <w:pPr>
        <w:pStyle w:val="TableParagraph"/>
        <w:ind w:firstLine="284"/>
        <w:jc w:val="both"/>
        <w:rPr>
          <w:sz w:val="24"/>
          <w:szCs w:val="24"/>
        </w:rPr>
      </w:pPr>
      <w:r w:rsidRPr="00A448DF">
        <w:rPr>
          <w:sz w:val="24"/>
          <w:szCs w:val="24"/>
        </w:rPr>
        <w:t>ОБОРУДОВАНИЕ</w:t>
      </w:r>
      <w:r w:rsidRPr="00A448DF">
        <w:rPr>
          <w:spacing w:val="-4"/>
          <w:sz w:val="24"/>
          <w:szCs w:val="24"/>
        </w:rPr>
        <w:t xml:space="preserve"> </w:t>
      </w:r>
      <w:r w:rsidRPr="00A448DF">
        <w:rPr>
          <w:sz w:val="24"/>
          <w:szCs w:val="24"/>
        </w:rPr>
        <w:t>ДЛЯ</w:t>
      </w:r>
      <w:r w:rsidRPr="00A448DF">
        <w:rPr>
          <w:spacing w:val="-6"/>
          <w:sz w:val="24"/>
          <w:szCs w:val="24"/>
        </w:rPr>
        <w:t xml:space="preserve"> </w:t>
      </w:r>
      <w:r w:rsidRPr="00A448DF">
        <w:rPr>
          <w:sz w:val="24"/>
          <w:szCs w:val="24"/>
        </w:rPr>
        <w:t>ПРОВЕДЕНИЯ</w:t>
      </w:r>
      <w:r w:rsidRPr="00A448DF">
        <w:rPr>
          <w:spacing w:val="-7"/>
          <w:sz w:val="24"/>
          <w:szCs w:val="24"/>
        </w:rPr>
        <w:t xml:space="preserve"> </w:t>
      </w:r>
      <w:r w:rsidRPr="00A448DF">
        <w:rPr>
          <w:sz w:val="24"/>
          <w:szCs w:val="24"/>
        </w:rPr>
        <w:t>ПРАКТИЧЕСКИХ</w:t>
      </w:r>
      <w:r w:rsidRPr="00A448DF">
        <w:rPr>
          <w:spacing w:val="-3"/>
          <w:sz w:val="24"/>
          <w:szCs w:val="24"/>
        </w:rPr>
        <w:t xml:space="preserve"> </w:t>
      </w:r>
      <w:r w:rsidRPr="00A448DF">
        <w:rPr>
          <w:sz w:val="24"/>
          <w:szCs w:val="24"/>
        </w:rPr>
        <w:t>РАБОТ</w:t>
      </w:r>
    </w:p>
    <w:p w:rsidR="008E78D0" w:rsidRPr="00A448DF" w:rsidRDefault="008E78D0" w:rsidP="008E78D0">
      <w:pPr>
        <w:pStyle w:val="TableParagraph"/>
        <w:ind w:firstLine="284"/>
        <w:jc w:val="both"/>
        <w:rPr>
          <w:sz w:val="24"/>
          <w:szCs w:val="24"/>
        </w:rPr>
      </w:pPr>
      <w:r w:rsidRPr="00A448DF">
        <w:rPr>
          <w:sz w:val="24"/>
          <w:szCs w:val="24"/>
        </w:rPr>
        <w:t>Парта,</w:t>
      </w:r>
      <w:r w:rsidRPr="00A448DF">
        <w:rPr>
          <w:spacing w:val="1"/>
          <w:sz w:val="24"/>
          <w:szCs w:val="24"/>
        </w:rPr>
        <w:t xml:space="preserve"> </w:t>
      </w:r>
      <w:r w:rsidRPr="00A448DF">
        <w:rPr>
          <w:spacing w:val="-1"/>
          <w:sz w:val="24"/>
          <w:szCs w:val="24"/>
        </w:rPr>
        <w:t>клеенка,</w:t>
      </w:r>
      <w:r w:rsidRPr="00A448DF">
        <w:rPr>
          <w:sz w:val="24"/>
          <w:szCs w:val="24"/>
        </w:rPr>
        <w:t xml:space="preserve"> краски,</w:t>
      </w:r>
      <w:r w:rsidRPr="00A448DF">
        <w:rPr>
          <w:spacing w:val="-4"/>
          <w:sz w:val="24"/>
          <w:szCs w:val="24"/>
        </w:rPr>
        <w:t xml:space="preserve"> </w:t>
      </w:r>
      <w:r w:rsidRPr="00A448DF">
        <w:rPr>
          <w:sz w:val="24"/>
          <w:szCs w:val="24"/>
        </w:rPr>
        <w:t>гуашь, палитра,</w:t>
      </w:r>
      <w:r w:rsidRPr="00A448DF">
        <w:rPr>
          <w:spacing w:val="-3"/>
          <w:sz w:val="24"/>
          <w:szCs w:val="24"/>
        </w:rPr>
        <w:t xml:space="preserve"> </w:t>
      </w:r>
      <w:r w:rsidRPr="00A448DF">
        <w:rPr>
          <w:sz w:val="24"/>
          <w:szCs w:val="24"/>
        </w:rPr>
        <w:t>цветные</w:t>
      </w:r>
      <w:r w:rsidRPr="00A448DF">
        <w:rPr>
          <w:spacing w:val="-3"/>
          <w:sz w:val="24"/>
          <w:szCs w:val="24"/>
        </w:rPr>
        <w:t xml:space="preserve"> </w:t>
      </w:r>
      <w:r w:rsidRPr="00A448DF">
        <w:rPr>
          <w:sz w:val="24"/>
          <w:szCs w:val="24"/>
        </w:rPr>
        <w:t>карандаши,</w:t>
      </w:r>
      <w:r w:rsidRPr="00A448DF">
        <w:rPr>
          <w:spacing w:val="-2"/>
          <w:sz w:val="24"/>
          <w:szCs w:val="24"/>
        </w:rPr>
        <w:t xml:space="preserve"> </w:t>
      </w:r>
      <w:r w:rsidRPr="00A448DF">
        <w:rPr>
          <w:sz w:val="24"/>
          <w:szCs w:val="24"/>
        </w:rPr>
        <w:t>простой</w:t>
      </w:r>
      <w:r w:rsidRPr="00A448DF">
        <w:rPr>
          <w:spacing w:val="-5"/>
          <w:sz w:val="24"/>
          <w:szCs w:val="24"/>
        </w:rPr>
        <w:t xml:space="preserve"> </w:t>
      </w:r>
      <w:r w:rsidRPr="00A448DF">
        <w:rPr>
          <w:sz w:val="24"/>
          <w:szCs w:val="24"/>
        </w:rPr>
        <w:t>карандаш,</w:t>
      </w:r>
      <w:r w:rsidRPr="00A448DF">
        <w:rPr>
          <w:spacing w:val="-3"/>
          <w:sz w:val="24"/>
          <w:szCs w:val="24"/>
        </w:rPr>
        <w:t xml:space="preserve"> </w:t>
      </w:r>
      <w:r w:rsidRPr="00A448DF">
        <w:rPr>
          <w:sz w:val="24"/>
          <w:szCs w:val="24"/>
        </w:rPr>
        <w:t>ластик,</w:t>
      </w:r>
      <w:r w:rsidRPr="00A448DF">
        <w:rPr>
          <w:spacing w:val="-4"/>
          <w:sz w:val="24"/>
          <w:szCs w:val="24"/>
        </w:rPr>
        <w:t xml:space="preserve"> </w:t>
      </w:r>
      <w:r w:rsidRPr="00A448DF">
        <w:rPr>
          <w:sz w:val="24"/>
          <w:szCs w:val="24"/>
        </w:rPr>
        <w:t>кисточки,</w:t>
      </w:r>
      <w:r w:rsidRPr="00A448DF">
        <w:rPr>
          <w:spacing w:val="3"/>
          <w:sz w:val="24"/>
          <w:szCs w:val="24"/>
        </w:rPr>
        <w:t xml:space="preserve"> </w:t>
      </w:r>
      <w:r w:rsidRPr="00A448DF">
        <w:rPr>
          <w:sz w:val="24"/>
          <w:szCs w:val="24"/>
        </w:rPr>
        <w:t>различной</w:t>
      </w:r>
      <w:r w:rsidRPr="00A448DF">
        <w:rPr>
          <w:spacing w:val="-5"/>
          <w:sz w:val="24"/>
          <w:szCs w:val="24"/>
        </w:rPr>
        <w:t xml:space="preserve"> </w:t>
      </w:r>
      <w:r w:rsidRPr="00A448DF">
        <w:rPr>
          <w:sz w:val="24"/>
          <w:szCs w:val="24"/>
        </w:rPr>
        <w:t>толщины,</w:t>
      </w:r>
      <w:r w:rsidRPr="00A448DF">
        <w:rPr>
          <w:spacing w:val="-2"/>
          <w:sz w:val="24"/>
          <w:szCs w:val="24"/>
        </w:rPr>
        <w:t xml:space="preserve"> </w:t>
      </w:r>
      <w:r w:rsidRPr="00A448DF">
        <w:rPr>
          <w:sz w:val="24"/>
          <w:szCs w:val="24"/>
        </w:rPr>
        <w:t>баночка</w:t>
      </w:r>
      <w:r w:rsidRPr="00A448DF">
        <w:rPr>
          <w:spacing w:val="-4"/>
          <w:sz w:val="24"/>
          <w:szCs w:val="24"/>
        </w:rPr>
        <w:t xml:space="preserve"> </w:t>
      </w:r>
      <w:r w:rsidRPr="00A448DF">
        <w:rPr>
          <w:sz w:val="24"/>
          <w:szCs w:val="24"/>
        </w:rPr>
        <w:t>для</w:t>
      </w:r>
      <w:r w:rsidRPr="00A448DF">
        <w:rPr>
          <w:spacing w:val="-2"/>
          <w:sz w:val="24"/>
          <w:szCs w:val="24"/>
        </w:rPr>
        <w:t xml:space="preserve"> </w:t>
      </w:r>
      <w:r w:rsidRPr="00A448DF">
        <w:rPr>
          <w:sz w:val="24"/>
          <w:szCs w:val="24"/>
        </w:rPr>
        <w:t>воды,</w:t>
      </w:r>
      <w:r w:rsidRPr="00A448DF">
        <w:rPr>
          <w:spacing w:val="-47"/>
          <w:sz w:val="24"/>
          <w:szCs w:val="24"/>
        </w:rPr>
        <w:t xml:space="preserve"> </w:t>
      </w:r>
      <w:r w:rsidRPr="00A448DF">
        <w:rPr>
          <w:sz w:val="24"/>
          <w:szCs w:val="24"/>
        </w:rPr>
        <w:t>альбом</w:t>
      </w:r>
      <w:r w:rsidR="00384DA7" w:rsidRPr="00A448DF">
        <w:rPr>
          <w:sz w:val="24"/>
          <w:szCs w:val="24"/>
        </w:rPr>
        <w:t>, ножницы, линейка, клей.</w:t>
      </w:r>
    </w:p>
    <w:p w:rsidR="001416B6" w:rsidRPr="00A448DF" w:rsidRDefault="001416B6" w:rsidP="00632ECA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7FDF7"/>
          <w:lang w:val="ru-RU"/>
        </w:rPr>
      </w:pPr>
    </w:p>
    <w:p w:rsidR="00A448DF" w:rsidRPr="00494391" w:rsidRDefault="001416B6" w:rsidP="005746AF">
      <w:pPr>
        <w:pStyle w:val="1"/>
        <w:tabs>
          <w:tab w:val="left" w:pos="720"/>
          <w:tab w:val="left" w:pos="7056"/>
        </w:tabs>
        <w:spacing w:after="126"/>
        <w:ind w:left="1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A448DF">
        <w:rPr>
          <w:rFonts w:ascii="Times New Roman" w:hAnsi="Times New Roman" w:cs="Times New Roman"/>
          <w:sz w:val="20"/>
          <w:szCs w:val="20"/>
          <w:lang w:val="ru-RU"/>
        </w:rPr>
        <w:tab/>
      </w:r>
      <w:r w:rsidR="005746AF">
        <w:rPr>
          <w:rFonts w:ascii="Times New Roman" w:hAnsi="Times New Roman" w:cs="Times New Roman"/>
          <w:sz w:val="20"/>
          <w:szCs w:val="20"/>
          <w:lang w:val="ru-RU"/>
        </w:rPr>
        <w:tab/>
      </w:r>
      <w:r w:rsidR="005746AF" w:rsidRPr="00494391">
        <w:rPr>
          <w:rFonts w:ascii="Times New Roman" w:hAnsi="Times New Roman" w:cs="Times New Roman"/>
          <w:color w:val="auto"/>
          <w:sz w:val="24"/>
          <w:szCs w:val="24"/>
          <w:lang w:val="ru-RU"/>
        </w:rPr>
        <w:t>ПРИЛОЖЕНИЕ №1</w:t>
      </w:r>
    </w:p>
    <w:p w:rsidR="00A448DF" w:rsidRPr="00885F8E" w:rsidRDefault="005746AF" w:rsidP="005746AF">
      <w:pPr>
        <w:tabs>
          <w:tab w:val="left" w:pos="7056"/>
        </w:tabs>
        <w:rPr>
          <w:rFonts w:ascii="Times New Roman" w:hAnsi="Times New Roman" w:cs="Times New Roman"/>
          <w:lang w:val="ru-RU"/>
        </w:rPr>
        <w:sectPr w:rsidR="00A448DF" w:rsidRPr="00885F8E">
          <w:pgSz w:w="11900" w:h="16840"/>
          <w:pgMar w:top="576" w:right="684" w:bottom="578" w:left="666" w:header="720" w:footer="720" w:gutter="0"/>
          <w:cols w:space="720"/>
        </w:sectPr>
      </w:pPr>
      <w:r w:rsidRPr="00885F8E">
        <w:rPr>
          <w:rFonts w:ascii="Times New Roman" w:hAnsi="Times New Roman" w:cs="Times New Roman"/>
          <w:lang w:val="ru-RU"/>
        </w:rPr>
        <w:tab/>
      </w:r>
    </w:p>
    <w:p w:rsidR="00A448DF" w:rsidRPr="005746AF" w:rsidRDefault="00A448DF" w:rsidP="00A448DF">
      <w:pPr>
        <w:keepNext/>
        <w:keepLines/>
        <w:spacing w:after="0" w:line="259" w:lineRule="auto"/>
        <w:ind w:right="2096"/>
        <w:jc w:val="center"/>
        <w:outlineLvl w:val="0"/>
        <w:rPr>
          <w:rFonts w:ascii="Times New Roman" w:hAnsi="Times New Roman" w:cs="Times New Roman"/>
          <w:b/>
          <w:lang w:val="ru-RU"/>
        </w:rPr>
      </w:pPr>
      <w:r w:rsidRPr="005746AF">
        <w:rPr>
          <w:rFonts w:ascii="Times New Roman" w:hAnsi="Times New Roman" w:cs="Times New Roman"/>
          <w:b/>
          <w:lang w:val="ru-RU"/>
        </w:rPr>
        <w:lastRenderedPageBreak/>
        <w:t xml:space="preserve">Оценочные материал по ИЗО 5-7 классы ФГОС Критерии оценивания </w:t>
      </w:r>
    </w:p>
    <w:tbl>
      <w:tblPr>
        <w:tblStyle w:val="TableGrid"/>
        <w:tblW w:w="10567" w:type="dxa"/>
        <w:tblInd w:w="0" w:type="dxa"/>
        <w:tblCellMar>
          <w:top w:w="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283"/>
        <w:gridCol w:w="5284"/>
      </w:tblGrid>
      <w:tr w:rsidR="00A448DF" w:rsidRPr="00A448DF" w:rsidTr="00246639">
        <w:trPr>
          <w:trHeight w:val="288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Оценка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5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Количество правильных ответов </w:t>
            </w:r>
          </w:p>
        </w:tc>
      </w:tr>
      <w:tr w:rsidR="00A448DF" w:rsidRPr="00A448DF" w:rsidTr="00246639">
        <w:trPr>
          <w:trHeight w:val="286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«отлично»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7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9 </w:t>
            </w:r>
          </w:p>
        </w:tc>
      </w:tr>
      <w:tr w:rsidR="00A448DF" w:rsidRPr="00A448DF" w:rsidTr="00246639">
        <w:trPr>
          <w:trHeight w:val="286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«хорошо»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5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7-8 </w:t>
            </w:r>
          </w:p>
        </w:tc>
      </w:tr>
      <w:tr w:rsidR="00A448DF" w:rsidRPr="00A448DF" w:rsidTr="00246639">
        <w:trPr>
          <w:trHeight w:val="286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«удовлетворительно»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5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5-6 </w:t>
            </w:r>
          </w:p>
        </w:tc>
      </w:tr>
      <w:tr w:rsidR="00A448DF" w:rsidRPr="00A448DF" w:rsidTr="00246639">
        <w:trPr>
          <w:trHeight w:val="286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«неудовлетворительно»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5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1-4 </w:t>
            </w:r>
          </w:p>
        </w:tc>
      </w:tr>
    </w:tbl>
    <w:p w:rsidR="00A448DF" w:rsidRPr="00A448DF" w:rsidRDefault="00A448DF" w:rsidP="00A448DF">
      <w:pPr>
        <w:spacing w:after="31" w:line="259" w:lineRule="auto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</w:rPr>
        <w:t xml:space="preserve"> </w:t>
      </w:r>
    </w:p>
    <w:p w:rsidR="00A448DF" w:rsidRPr="00A448DF" w:rsidRDefault="00A448DF" w:rsidP="00A448DF">
      <w:pPr>
        <w:spacing w:after="17" w:line="259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i/>
          <w:lang w:val="ru-RU"/>
        </w:rPr>
        <w:t xml:space="preserve">Критерии оценивания детских работ по творческому заданию следующие: </w:t>
      </w:r>
    </w:p>
    <w:p w:rsidR="00A448DF" w:rsidRPr="00A448DF" w:rsidRDefault="00A448DF" w:rsidP="00A448DF">
      <w:pPr>
        <w:spacing w:after="5" w:line="270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>"отлично"</w:t>
      </w:r>
      <w:r w:rsidRPr="00A448DF">
        <w:rPr>
          <w:rFonts w:ascii="Times New Roman" w:hAnsi="Times New Roman" w:cs="Times New Roman"/>
          <w:lang w:val="ru-RU"/>
        </w:rPr>
        <w:t xml:space="preserve"> -  работа выполнена в соответствии вышеназванным требованиям, в ней раскрыта  поставленная проблема, сформулированы выводы, имеющие теоретическую  и, – или практическую направленность для современного общества.                 </w:t>
      </w:r>
    </w:p>
    <w:p w:rsidR="00A448DF" w:rsidRPr="00A448DF" w:rsidRDefault="00A448DF" w:rsidP="00A448DF">
      <w:pPr>
        <w:spacing w:after="5" w:line="270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>"хорошо"</w:t>
      </w:r>
      <w:r w:rsidRPr="00A448DF">
        <w:rPr>
          <w:rFonts w:ascii="Times New Roman" w:hAnsi="Times New Roman" w:cs="Times New Roman"/>
          <w:lang w:val="ru-RU"/>
        </w:rPr>
        <w:t xml:space="preserve">  - работа выполнена в соответствии вышеназванным требованиям, в ней раскрыта  поставленная проблема, однако, выводы сформулированы не четко, не достаточно раскрыто  теоретическое  и, – или практическое значение выполненной работы. </w:t>
      </w:r>
    </w:p>
    <w:p w:rsidR="00A448DF" w:rsidRPr="00A448DF" w:rsidRDefault="00A448DF" w:rsidP="00A448DF">
      <w:pPr>
        <w:spacing w:after="5" w:line="270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>"удовлетворительно"-</w:t>
      </w:r>
      <w:r w:rsidRPr="00A448DF">
        <w:rPr>
          <w:rFonts w:ascii="Times New Roman" w:hAnsi="Times New Roman" w:cs="Times New Roman"/>
          <w:lang w:val="ru-RU"/>
        </w:rPr>
        <w:t xml:space="preserve"> работа выполнена в соответствии вышеназванным требованиям, в ней не достаточно четко сформулирована проблема,  выводы сформулированы не четко, не достаточно раскрыто ее теоретическое  и, – или практическое значение. </w:t>
      </w:r>
    </w:p>
    <w:p w:rsidR="00A448DF" w:rsidRPr="00A448DF" w:rsidRDefault="00A448DF" w:rsidP="00A448DF">
      <w:pPr>
        <w:spacing w:after="5" w:line="270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lang w:val="ru-RU"/>
        </w:rPr>
        <w:t xml:space="preserve">"неудовлетворительно"- работа не выполнена в соответствии с вышеназванными требованиями </w:t>
      </w:r>
    </w:p>
    <w:p w:rsidR="00A448DF" w:rsidRPr="00A448DF" w:rsidRDefault="00A448DF" w:rsidP="00A448DF">
      <w:pPr>
        <w:spacing w:after="5" w:line="271" w:lineRule="auto"/>
        <w:ind w:right="4100"/>
        <w:jc w:val="both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Оценочные материалы (КИМ+критерии оценивания) КИМ №1—5класс  Входная диагностика </w:t>
      </w:r>
      <w:r w:rsidRPr="00A448DF">
        <w:rPr>
          <w:rFonts w:ascii="Times New Roman" w:hAnsi="Times New Roman" w:cs="Times New Roman"/>
          <w:lang w:val="ru-RU"/>
        </w:rPr>
        <w:t xml:space="preserve"> </w:t>
      </w:r>
    </w:p>
    <w:p w:rsidR="00A448DF" w:rsidRPr="00A448DF" w:rsidRDefault="00A448DF" w:rsidP="00A448DF">
      <w:pPr>
        <w:spacing w:after="143" w:line="270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Вопрос № 1 </w:t>
      </w:r>
      <w:r w:rsidRPr="00A448DF">
        <w:rPr>
          <w:rFonts w:ascii="Times New Roman" w:hAnsi="Times New Roman" w:cs="Times New Roman"/>
          <w:lang w:val="ru-RU"/>
        </w:rPr>
        <w:t xml:space="preserve">Узор из повторяющихся элементов. </w:t>
      </w:r>
    </w:p>
    <w:p w:rsidR="00A448DF" w:rsidRPr="00A448DF" w:rsidRDefault="00A448DF" w:rsidP="00A448DF">
      <w:pPr>
        <w:spacing w:after="5" w:line="392" w:lineRule="auto"/>
        <w:ind w:right="8331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eastAsia="Calibri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7ABBAC94" wp14:editId="0CD8A4CD">
                <wp:simplePos x="0" y="0"/>
                <wp:positionH relativeFrom="column">
                  <wp:posOffset>69342</wp:posOffset>
                </wp:positionH>
                <wp:positionV relativeFrom="paragraph">
                  <wp:posOffset>-118806</wp:posOffset>
                </wp:positionV>
                <wp:extent cx="257810" cy="751205"/>
                <wp:effectExtent l="0" t="0" r="0" b="0"/>
                <wp:wrapSquare wrapText="bothSides"/>
                <wp:docPr id="37637" name="Group 37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810" cy="751205"/>
                          <a:chOff x="0" y="0"/>
                          <a:chExt cx="257810" cy="751205"/>
                        </a:xfrm>
                      </wpg:grpSpPr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255"/>
                            <a:ext cx="25781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522605"/>
                            <a:ext cx="257810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7FF5CA" id="Group 37637" o:spid="_x0000_s1026" style="position:absolute;margin-left:5.45pt;margin-top:-9.35pt;width:20.3pt;height:59.15pt;z-index:251645952" coordsize="2578,7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2" o:spid="_x0000_s1027" type="#_x0000_t75" style="position:absolute;width:257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">
                  <v:imagedata r:id="rId14" o:title=""/>
                </v:shape>
                <v:shape id="Picture 177" o:spid="_x0000_s1028" type="#_x0000_t75" style="position:absolute;top:2622;width:257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">
                  <v:imagedata r:id="rId14" o:title=""/>
                </v:shape>
                <v:shape id="Picture 183" o:spid="_x0000_s1029" type="#_x0000_t75" style="position:absolute;top:5226;width:257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">
                  <v:imagedata r:id="rId14" o:title=""/>
                </v:shape>
                <w10:wrap type="square"/>
              </v:group>
            </w:pict>
          </mc:Fallback>
        </mc:AlternateContent>
      </w:r>
      <w:r w:rsidRPr="00A448DF">
        <w:rPr>
          <w:rFonts w:ascii="Times New Roman" w:hAnsi="Times New Roman" w:cs="Times New Roman"/>
          <w:lang w:val="ru-RU"/>
        </w:rPr>
        <w:t xml:space="preserve"> картина  орнамент  вышивка </w:t>
      </w:r>
    </w:p>
    <w:p w:rsidR="00A448DF" w:rsidRPr="00A448DF" w:rsidRDefault="00A448DF" w:rsidP="00A448DF">
      <w:pPr>
        <w:spacing w:after="144" w:line="270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Вопрос № 2 </w:t>
      </w:r>
      <w:r w:rsidRPr="00A448DF">
        <w:rPr>
          <w:rFonts w:ascii="Times New Roman" w:hAnsi="Times New Roman" w:cs="Times New Roman"/>
          <w:lang w:val="ru-RU"/>
        </w:rPr>
        <w:t xml:space="preserve">Крупнейший художественный музей Санкт-Петербурга: </w:t>
      </w:r>
    </w:p>
    <w:p w:rsidR="00A448DF" w:rsidRPr="00A448DF" w:rsidRDefault="00A448DF" w:rsidP="00A448DF">
      <w:pPr>
        <w:spacing w:after="147" w:line="270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eastAsia="Calibri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E3709D6" wp14:editId="50814DE1">
                <wp:simplePos x="0" y="0"/>
                <wp:positionH relativeFrom="column">
                  <wp:posOffset>69342</wp:posOffset>
                </wp:positionH>
                <wp:positionV relativeFrom="paragraph">
                  <wp:posOffset>-119253</wp:posOffset>
                </wp:positionV>
                <wp:extent cx="257810" cy="751205"/>
                <wp:effectExtent l="0" t="0" r="0" b="0"/>
                <wp:wrapSquare wrapText="bothSides"/>
                <wp:docPr id="37638" name="Group 37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810" cy="751205"/>
                          <a:chOff x="0" y="0"/>
                          <a:chExt cx="257810" cy="751205"/>
                        </a:xfrm>
                      </wpg:grpSpPr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255"/>
                            <a:ext cx="25781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522605"/>
                            <a:ext cx="257810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29868F" id="Group 37638" o:spid="_x0000_s1026" style="position:absolute;margin-left:5.45pt;margin-top:-9.4pt;width:20.3pt;height:59.15pt;z-index:251648000" coordsize="2578,7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">
                <v:shape id="Picture 194" o:spid="_x0000_s1027" type="#_x0000_t75" style="position:absolute;width:257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">
                  <v:imagedata r:id="rId14" o:title=""/>
                </v:shape>
                <v:shape id="Picture 199" o:spid="_x0000_s1028" type="#_x0000_t75" style="position:absolute;top:2622;width:257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">
                  <v:imagedata r:id="rId14" o:title=""/>
                </v:shape>
                <v:shape id="Picture 204" o:spid="_x0000_s1029" type="#_x0000_t75" style="position:absolute;top:5226;width:257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">
                  <v:imagedata r:id="rId14" o:title=""/>
                </v:shape>
                <w10:wrap type="square"/>
              </v:group>
            </w:pict>
          </mc:Fallback>
        </mc:AlternateContent>
      </w:r>
      <w:r w:rsidRPr="00A448DF">
        <w:rPr>
          <w:rFonts w:ascii="Times New Roman" w:hAnsi="Times New Roman" w:cs="Times New Roman"/>
          <w:lang w:val="ru-RU"/>
        </w:rPr>
        <w:t xml:space="preserve"> Эрмитаж </w:t>
      </w:r>
    </w:p>
    <w:p w:rsidR="00A448DF" w:rsidRPr="00A448DF" w:rsidRDefault="00A448DF" w:rsidP="00A448DF">
      <w:pPr>
        <w:spacing w:after="138" w:line="270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lang w:val="ru-RU"/>
        </w:rPr>
        <w:t xml:space="preserve"> Третьяковская галерея </w:t>
      </w:r>
    </w:p>
    <w:p w:rsidR="00A448DF" w:rsidRPr="00A448DF" w:rsidRDefault="00A448DF" w:rsidP="00A448DF">
      <w:pPr>
        <w:spacing w:after="5" w:line="270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lang w:val="ru-RU"/>
        </w:rPr>
        <w:t xml:space="preserve"> Лувр </w:t>
      </w:r>
    </w:p>
    <w:p w:rsidR="00A448DF" w:rsidRPr="00A448DF" w:rsidRDefault="00A448DF" w:rsidP="00A448DF">
      <w:pPr>
        <w:spacing w:after="144" w:line="270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Вопрос № 3 </w:t>
      </w:r>
      <w:r w:rsidRPr="00A448DF">
        <w:rPr>
          <w:rFonts w:ascii="Times New Roman" w:hAnsi="Times New Roman" w:cs="Times New Roman"/>
          <w:lang w:val="ru-RU"/>
        </w:rPr>
        <w:t xml:space="preserve">Пирамиды - архитектурная достопримечательность... </w:t>
      </w:r>
    </w:p>
    <w:p w:rsidR="00A448DF" w:rsidRPr="00A448DF" w:rsidRDefault="00A448DF" w:rsidP="00A448DF">
      <w:pPr>
        <w:spacing w:after="143" w:line="270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eastAsia="Calibri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0B958363" wp14:editId="01DE2DDB">
                <wp:simplePos x="0" y="0"/>
                <wp:positionH relativeFrom="column">
                  <wp:posOffset>69342</wp:posOffset>
                </wp:positionH>
                <wp:positionV relativeFrom="paragraph">
                  <wp:posOffset>-119487</wp:posOffset>
                </wp:positionV>
                <wp:extent cx="257810" cy="751205"/>
                <wp:effectExtent l="0" t="0" r="0" b="0"/>
                <wp:wrapSquare wrapText="bothSides"/>
                <wp:docPr id="37639" name="Group 37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810" cy="751205"/>
                          <a:chOff x="0" y="0"/>
                          <a:chExt cx="257810" cy="751205"/>
                        </a:xfrm>
                      </wpg:grpSpPr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255"/>
                            <a:ext cx="25781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522605"/>
                            <a:ext cx="257810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DDD3A5" id="Group 37639" o:spid="_x0000_s1026" style="position:absolute;margin-left:5.45pt;margin-top:-9.4pt;width:20.3pt;height:59.15pt;z-index:251650048" coordsize="2578,7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">
                <v:shape id="Picture 217" o:spid="_x0000_s1027" type="#_x0000_t75" style="position:absolute;width:257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">
                  <v:imagedata r:id="rId14" o:title=""/>
                </v:shape>
                <v:shape id="Picture 222" o:spid="_x0000_s1028" type="#_x0000_t75" style="position:absolute;top:2622;width:257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">
                  <v:imagedata r:id="rId14" o:title=""/>
                </v:shape>
                <v:shape id="Picture 227" o:spid="_x0000_s1029" type="#_x0000_t75" style="position:absolute;top:5226;width:257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">
                  <v:imagedata r:id="rId14" o:title=""/>
                </v:shape>
                <w10:wrap type="square"/>
              </v:group>
            </w:pict>
          </mc:Fallback>
        </mc:AlternateContent>
      </w:r>
      <w:r w:rsidRPr="00A448DF">
        <w:rPr>
          <w:rFonts w:ascii="Times New Roman" w:hAnsi="Times New Roman" w:cs="Times New Roman"/>
          <w:lang w:val="ru-RU"/>
        </w:rPr>
        <w:t xml:space="preserve"> Франции </w:t>
      </w:r>
    </w:p>
    <w:p w:rsidR="00A448DF" w:rsidRPr="00A448DF" w:rsidRDefault="00A448DF" w:rsidP="00A448DF">
      <w:pPr>
        <w:spacing w:after="140" w:line="270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lang w:val="ru-RU"/>
        </w:rPr>
        <w:t xml:space="preserve"> Италии </w:t>
      </w:r>
    </w:p>
    <w:p w:rsidR="00A448DF" w:rsidRPr="00A448DF" w:rsidRDefault="00A448DF" w:rsidP="00A448DF">
      <w:pPr>
        <w:spacing w:after="5" w:line="270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lang w:val="ru-RU"/>
        </w:rPr>
        <w:t xml:space="preserve"> Египта </w:t>
      </w:r>
    </w:p>
    <w:p w:rsidR="00A448DF" w:rsidRPr="00A448DF" w:rsidRDefault="00A448DF" w:rsidP="00A448DF">
      <w:pPr>
        <w:spacing w:after="143" w:line="270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Вопрос № 4 </w:t>
      </w:r>
      <w:r w:rsidRPr="00A448DF">
        <w:rPr>
          <w:rFonts w:ascii="Times New Roman" w:hAnsi="Times New Roman" w:cs="Times New Roman"/>
          <w:lang w:val="ru-RU"/>
        </w:rPr>
        <w:t xml:space="preserve">Вид изобразительного искусства, художественным средством которого является цвет - это... </w:t>
      </w:r>
    </w:p>
    <w:p w:rsidR="00A448DF" w:rsidRPr="00A448DF" w:rsidRDefault="00A448DF" w:rsidP="00A448DF">
      <w:pPr>
        <w:spacing w:after="5" w:line="392" w:lineRule="auto"/>
        <w:ind w:right="7958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eastAsia="Calibri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391E993" wp14:editId="4FBA7D07">
                <wp:simplePos x="0" y="0"/>
                <wp:positionH relativeFrom="column">
                  <wp:posOffset>69342</wp:posOffset>
                </wp:positionH>
                <wp:positionV relativeFrom="paragraph">
                  <wp:posOffset>-120297</wp:posOffset>
                </wp:positionV>
                <wp:extent cx="257810" cy="751205"/>
                <wp:effectExtent l="0" t="0" r="0" b="0"/>
                <wp:wrapSquare wrapText="bothSides"/>
                <wp:docPr id="37643" name="Group 37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810" cy="751205"/>
                          <a:chOff x="0" y="0"/>
                          <a:chExt cx="257810" cy="751205"/>
                        </a:xfrm>
                      </wpg:grpSpPr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60350"/>
                            <a:ext cx="25781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522605"/>
                            <a:ext cx="257810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B0CE94" id="Group 37643" o:spid="_x0000_s1026" style="position:absolute;margin-left:5.45pt;margin-top:-9.45pt;width:20.3pt;height:59.15pt;z-index:251652096" coordsize="2578,7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">
                <v:shape id="Picture 241" o:spid="_x0000_s1027" type="#_x0000_t75" style="position:absolute;width:257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">
                  <v:imagedata r:id="rId14" o:title=""/>
                </v:shape>
                <v:shape id="Picture 246" o:spid="_x0000_s1028" type="#_x0000_t75" style="position:absolute;top:2603;width:257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">
                  <v:imagedata r:id="rId14" o:title=""/>
                </v:shape>
                <v:shape id="Picture 251" o:spid="_x0000_s1029" type="#_x0000_t75" style="position:absolute;top:5226;width:257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">
                  <v:imagedata r:id="rId14" o:title=""/>
                </v:shape>
                <w10:wrap type="square"/>
              </v:group>
            </w:pict>
          </mc:Fallback>
        </mc:AlternateContent>
      </w:r>
      <w:r w:rsidRPr="00A448DF">
        <w:rPr>
          <w:rFonts w:ascii="Times New Roman" w:hAnsi="Times New Roman" w:cs="Times New Roman"/>
          <w:lang w:val="ru-RU"/>
        </w:rPr>
        <w:t xml:space="preserve"> архитектура  живопись  скульптура </w:t>
      </w:r>
    </w:p>
    <w:p w:rsidR="00A448DF" w:rsidRPr="00A448DF" w:rsidRDefault="00A448DF" w:rsidP="00A448DF">
      <w:pPr>
        <w:spacing w:after="144" w:line="270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Вопрос № 5 </w:t>
      </w:r>
      <w:r w:rsidRPr="00A448DF">
        <w:rPr>
          <w:rFonts w:ascii="Times New Roman" w:hAnsi="Times New Roman" w:cs="Times New Roman"/>
          <w:lang w:val="ru-RU"/>
        </w:rPr>
        <w:t xml:space="preserve">Художественные изделия из обожженной глины: </w:t>
      </w:r>
    </w:p>
    <w:p w:rsidR="00A448DF" w:rsidRPr="00A448DF" w:rsidRDefault="00A448DF" w:rsidP="00A448DF">
      <w:pPr>
        <w:spacing w:after="5" w:line="390" w:lineRule="auto"/>
        <w:ind w:right="8711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eastAsia="Calibri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405B511B" wp14:editId="0A43514D">
                <wp:simplePos x="0" y="0"/>
                <wp:positionH relativeFrom="column">
                  <wp:posOffset>69342</wp:posOffset>
                </wp:positionH>
                <wp:positionV relativeFrom="paragraph">
                  <wp:posOffset>-119392</wp:posOffset>
                </wp:positionV>
                <wp:extent cx="257810" cy="751205"/>
                <wp:effectExtent l="0" t="0" r="0" b="0"/>
                <wp:wrapSquare wrapText="bothSides"/>
                <wp:docPr id="37644" name="Group 37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810" cy="751205"/>
                          <a:chOff x="0" y="0"/>
                          <a:chExt cx="257810" cy="751205"/>
                        </a:xfrm>
                      </wpg:grpSpPr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60350"/>
                            <a:ext cx="25781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522605"/>
                            <a:ext cx="257810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DE52FD" id="Group 37644" o:spid="_x0000_s1026" style="position:absolute;margin-left:5.45pt;margin-top:-9.4pt;width:20.3pt;height:59.15pt;z-index:251654144" coordsize="2578,7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">
                <v:shape id="Picture 260" o:spid="_x0000_s1027" type="#_x0000_t75" style="position:absolute;width:257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">
                  <v:imagedata r:id="rId14" o:title=""/>
                </v:shape>
                <v:shape id="Picture 265" o:spid="_x0000_s1028" type="#_x0000_t75" style="position:absolute;top:2603;width:257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">
                  <v:imagedata r:id="rId14" o:title=""/>
                </v:shape>
                <v:shape id="Picture 270" o:spid="_x0000_s1029" type="#_x0000_t75" style="position:absolute;top:5226;width:257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">
                  <v:imagedata r:id="rId14" o:title=""/>
                </v:shape>
                <w10:wrap type="square"/>
              </v:group>
            </w:pict>
          </mc:Fallback>
        </mc:AlternateContent>
      </w:r>
      <w:r w:rsidRPr="00A448DF">
        <w:rPr>
          <w:rFonts w:ascii="Times New Roman" w:hAnsi="Times New Roman" w:cs="Times New Roman"/>
          <w:lang w:val="ru-RU"/>
        </w:rPr>
        <w:t xml:space="preserve"> чеканка  фарфор  офорт </w:t>
      </w:r>
    </w:p>
    <w:p w:rsidR="00A448DF" w:rsidRPr="00A448DF" w:rsidRDefault="00A448DF" w:rsidP="00A448DF">
      <w:pPr>
        <w:spacing w:after="145" w:line="270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Вопрос № 6 </w:t>
      </w:r>
      <w:r w:rsidRPr="00A448DF">
        <w:rPr>
          <w:rFonts w:ascii="Times New Roman" w:hAnsi="Times New Roman" w:cs="Times New Roman"/>
          <w:lang w:val="ru-RU"/>
        </w:rPr>
        <w:t xml:space="preserve">Автор картины "Утро в сосновом лесу» </w:t>
      </w:r>
    </w:p>
    <w:p w:rsidR="00A448DF" w:rsidRPr="00A448DF" w:rsidRDefault="00A448DF" w:rsidP="00A448DF">
      <w:pPr>
        <w:spacing w:after="5" w:line="391" w:lineRule="auto"/>
        <w:ind w:right="8232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eastAsia="Calibri" w:hAnsi="Times New Roman" w:cs="Times New Roman"/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392BE4E" wp14:editId="3F9B8D2E">
                <wp:simplePos x="0" y="0"/>
                <wp:positionH relativeFrom="column">
                  <wp:posOffset>68580</wp:posOffset>
                </wp:positionH>
                <wp:positionV relativeFrom="paragraph">
                  <wp:posOffset>-120867</wp:posOffset>
                </wp:positionV>
                <wp:extent cx="301117" cy="751205"/>
                <wp:effectExtent l="0" t="0" r="0" b="0"/>
                <wp:wrapSquare wrapText="bothSides"/>
                <wp:docPr id="37645" name="Group 37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117" cy="751205"/>
                          <a:chOff x="0" y="0"/>
                          <a:chExt cx="301117" cy="751205"/>
                        </a:xfrm>
                      </wpg:grpSpPr>
                      <wps:wsp>
                        <wps:cNvPr id="278" name="Rectangle 278"/>
                        <wps:cNvSpPr/>
                        <wps:spPr>
                          <a:xfrm>
                            <a:off x="0" y="93142"/>
                            <a:ext cx="563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639" w:rsidRDefault="00246639" w:rsidP="00A448DF"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3307" y="0"/>
                            <a:ext cx="25781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62" y="260350"/>
                            <a:ext cx="25781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62" y="522605"/>
                            <a:ext cx="257810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92BE4E" id="Group 37645" o:spid="_x0000_s1026" style="position:absolute;margin-left:5.4pt;margin-top:-9.5pt;width:23.7pt;height:59.15pt;z-index:251656192" coordsize="3011,7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">
                <v:rect id="Rectangle 278" o:spid="_x0000_s1027" style="position:absolute;top:931;width:56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:rsidR="00246639" w:rsidRDefault="00246639" w:rsidP="00A448DF">
                        <w:r>
                          <w:t>:</w:t>
                        </w:r>
                      </w:p>
                    </w:txbxContent>
                  </v:textbox>
                </v:rect>
                <v:shape id="Picture 280" o:spid="_x0000_s1028" type="#_x0000_t75" style="position:absolute;left:433;width:257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">
                  <v:imagedata r:id="rId16" o:title=""/>
                </v:shape>
                <v:shape id="Picture 285" o:spid="_x0000_s1029" type="#_x0000_t75" style="position:absolute;left:7;top:2603;width:257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">
                  <v:imagedata r:id="rId14" o:title=""/>
                </v:shape>
                <v:shape id="Picture 290" o:spid="_x0000_s1030" type="#_x0000_t75" style="position:absolute;left:7;top:5226;width:257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">
                  <v:imagedata r:id="rId14" o:title=""/>
                </v:shape>
                <w10:wrap type="square"/>
              </v:group>
            </w:pict>
          </mc:Fallback>
        </mc:AlternateContent>
      </w:r>
      <w:r w:rsidRPr="00A448DF">
        <w:rPr>
          <w:rFonts w:ascii="Times New Roman" w:hAnsi="Times New Roman" w:cs="Times New Roman"/>
          <w:lang w:val="ru-RU"/>
        </w:rPr>
        <w:t xml:space="preserve"> В.И. Суриков  В.Г. Перов </w:t>
      </w:r>
    </w:p>
    <w:p w:rsidR="00A448DF" w:rsidRPr="00A448DF" w:rsidRDefault="00A448DF" w:rsidP="00A448DF">
      <w:pPr>
        <w:spacing w:after="5" w:line="270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lang w:val="ru-RU"/>
        </w:rPr>
        <w:t xml:space="preserve"> И.И. Шишкин </w:t>
      </w:r>
    </w:p>
    <w:p w:rsidR="00A448DF" w:rsidRPr="00A448DF" w:rsidRDefault="00A448DF" w:rsidP="00A448DF">
      <w:pPr>
        <w:spacing w:after="5" w:line="270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Вопрос № 7 </w:t>
      </w:r>
      <w:r w:rsidRPr="00A448DF">
        <w:rPr>
          <w:rFonts w:ascii="Times New Roman" w:hAnsi="Times New Roman" w:cs="Times New Roman"/>
          <w:lang w:val="ru-RU"/>
        </w:rPr>
        <w:t xml:space="preserve">Картина, на которой художник изображает самого себя: </w:t>
      </w:r>
    </w:p>
    <w:p w:rsidR="00A448DF" w:rsidRPr="00A448DF" w:rsidRDefault="00A448DF" w:rsidP="00A448DF">
      <w:pPr>
        <w:spacing w:after="5" w:line="394" w:lineRule="auto"/>
        <w:ind w:right="8056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eastAsia="Calibri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D83E531" wp14:editId="57FC6D94">
                <wp:simplePos x="0" y="0"/>
                <wp:positionH relativeFrom="column">
                  <wp:posOffset>69342</wp:posOffset>
                </wp:positionH>
                <wp:positionV relativeFrom="paragraph">
                  <wp:posOffset>-118135</wp:posOffset>
                </wp:positionV>
                <wp:extent cx="257810" cy="752475"/>
                <wp:effectExtent l="0" t="0" r="0" b="0"/>
                <wp:wrapSquare wrapText="bothSides"/>
                <wp:docPr id="42967" name="Group 42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810" cy="752475"/>
                          <a:chOff x="0" y="0"/>
                          <a:chExt cx="257810" cy="752475"/>
                        </a:xfrm>
                      </wpg:grpSpPr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255"/>
                            <a:ext cx="25781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523875"/>
                            <a:ext cx="257810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3393F8" id="Group 42967" o:spid="_x0000_s1026" style="position:absolute;margin-left:5.45pt;margin-top:-9.3pt;width:20.3pt;height:59.25pt;z-index:251658240" coordsize="2578,7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">
                <v:shape id="Picture 305" o:spid="_x0000_s1027" type="#_x0000_t75" style="position:absolute;width:257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">
                  <v:imagedata r:id="rId18" o:title=""/>
                </v:shape>
                <v:shape id="Picture 310" o:spid="_x0000_s1028" type="#_x0000_t75" style="position:absolute;top:2622;width:257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">
                  <v:imagedata r:id="rId16" o:title=""/>
                </v:shape>
                <v:shape id="Picture 315" o:spid="_x0000_s1029" type="#_x0000_t75" style="position:absolute;top:5238;width:257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">
                  <v:imagedata r:id="rId14" o:title=""/>
                </v:shape>
                <w10:wrap type="square"/>
              </v:group>
            </w:pict>
          </mc:Fallback>
        </mc:AlternateContent>
      </w:r>
      <w:r w:rsidRPr="00A448DF">
        <w:rPr>
          <w:rFonts w:ascii="Times New Roman" w:hAnsi="Times New Roman" w:cs="Times New Roman"/>
          <w:lang w:val="ru-RU"/>
        </w:rPr>
        <w:t xml:space="preserve"> портрет  автопортрет  карикатура </w:t>
      </w:r>
    </w:p>
    <w:p w:rsidR="00A448DF" w:rsidRPr="00A448DF" w:rsidRDefault="00A448DF" w:rsidP="00A448DF">
      <w:pPr>
        <w:spacing w:after="143" w:line="270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Вопрос № 8 </w:t>
      </w:r>
      <w:r w:rsidRPr="00A448DF">
        <w:rPr>
          <w:rFonts w:ascii="Times New Roman" w:hAnsi="Times New Roman" w:cs="Times New Roman"/>
          <w:lang w:val="ru-RU"/>
        </w:rPr>
        <w:t xml:space="preserve">Дощечка, на которой художник смешивает краски - это: </w:t>
      </w:r>
    </w:p>
    <w:p w:rsidR="00A448DF" w:rsidRPr="00A448DF" w:rsidRDefault="00A448DF" w:rsidP="00A448DF">
      <w:pPr>
        <w:spacing w:after="5" w:line="392" w:lineRule="auto"/>
        <w:ind w:right="8514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eastAsia="Calibri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A04AC5F" wp14:editId="705577AC">
                <wp:simplePos x="0" y="0"/>
                <wp:positionH relativeFrom="column">
                  <wp:posOffset>69342</wp:posOffset>
                </wp:positionH>
                <wp:positionV relativeFrom="paragraph">
                  <wp:posOffset>-118436</wp:posOffset>
                </wp:positionV>
                <wp:extent cx="257810" cy="752475"/>
                <wp:effectExtent l="0" t="0" r="0" b="0"/>
                <wp:wrapSquare wrapText="bothSides"/>
                <wp:docPr id="42968" name="Group 42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810" cy="752475"/>
                          <a:chOff x="0" y="0"/>
                          <a:chExt cx="257810" cy="752475"/>
                        </a:xfrm>
                      </wpg:grpSpPr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255"/>
                            <a:ext cx="25781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523875"/>
                            <a:ext cx="257810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2C2FFE" id="Group 42968" o:spid="_x0000_s1026" style="position:absolute;margin-left:5.45pt;margin-top:-9.35pt;width:20.3pt;height:59.25pt;z-index:251660288" coordsize="2578,7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">
                <v:shape id="Picture 327" o:spid="_x0000_s1027" type="#_x0000_t75" style="position:absolute;width:257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">
                  <v:imagedata r:id="rId16" o:title=""/>
                </v:shape>
                <v:shape id="Picture 332" o:spid="_x0000_s1028" type="#_x0000_t75" style="position:absolute;top:2622;width:257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">
                  <v:imagedata r:id="rId16" o:title=""/>
                </v:shape>
                <v:shape id="Picture 337" o:spid="_x0000_s1029" type="#_x0000_t75" style="position:absolute;top:5238;width:257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">
                  <v:imagedata r:id="rId16" o:title=""/>
                </v:shape>
                <w10:wrap type="square"/>
              </v:group>
            </w:pict>
          </mc:Fallback>
        </mc:AlternateContent>
      </w:r>
      <w:r w:rsidRPr="00A448DF">
        <w:rPr>
          <w:rFonts w:ascii="Times New Roman" w:hAnsi="Times New Roman" w:cs="Times New Roman"/>
          <w:lang w:val="ru-RU"/>
        </w:rPr>
        <w:t xml:space="preserve"> палитра  пастель  мольберт </w:t>
      </w:r>
    </w:p>
    <w:p w:rsidR="00A448DF" w:rsidRPr="00A448DF" w:rsidRDefault="00A448DF" w:rsidP="00A448DF">
      <w:pPr>
        <w:spacing w:after="5" w:line="270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Вопрос № 9 </w:t>
      </w:r>
      <w:r w:rsidRPr="00A448DF">
        <w:rPr>
          <w:rFonts w:ascii="Times New Roman" w:hAnsi="Times New Roman" w:cs="Times New Roman"/>
          <w:lang w:val="ru-RU"/>
        </w:rPr>
        <w:t xml:space="preserve">Деревянный крестьянский дом - это: хата, изба, юрта </w:t>
      </w:r>
    </w:p>
    <w:p w:rsidR="00A448DF" w:rsidRPr="00A448DF" w:rsidRDefault="00A448DF" w:rsidP="00A448DF">
      <w:pPr>
        <w:spacing w:after="0" w:line="259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 </w:t>
      </w:r>
    </w:p>
    <w:tbl>
      <w:tblPr>
        <w:tblStyle w:val="TableGrid"/>
        <w:tblW w:w="10567" w:type="dxa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244"/>
        <w:gridCol w:w="5245"/>
        <w:gridCol w:w="1277"/>
        <w:gridCol w:w="2801"/>
      </w:tblGrid>
      <w:tr w:rsidR="00A448DF" w:rsidRPr="00A448DF" w:rsidTr="00246639">
        <w:trPr>
          <w:trHeight w:val="562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spacing w:after="24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      №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задания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   Правильные   ответы </w:t>
            </w: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spacing w:after="24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      №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задания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>Правильные   ответы</w:t>
            </w: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448DF" w:rsidRPr="00A448DF" w:rsidTr="00246639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3 </w:t>
            </w:r>
          </w:p>
        </w:tc>
      </w:tr>
      <w:tr w:rsidR="00A448DF" w:rsidRPr="00A448DF" w:rsidTr="00246639">
        <w:trPr>
          <w:trHeight w:val="288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A448DF" w:rsidRPr="00A448DF" w:rsidTr="00246639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A448DF" w:rsidRPr="00A448DF" w:rsidTr="00246639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A448DF" w:rsidRPr="00A448DF" w:rsidTr="00246639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A448DF" w:rsidRPr="00A448DF" w:rsidRDefault="00A448DF" w:rsidP="00A448DF">
      <w:pPr>
        <w:spacing w:after="5" w:line="271" w:lineRule="auto"/>
        <w:jc w:val="both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b/>
        </w:rPr>
        <w:t xml:space="preserve">Критерии оценивания </w:t>
      </w:r>
    </w:p>
    <w:tbl>
      <w:tblPr>
        <w:tblStyle w:val="TableGrid"/>
        <w:tblW w:w="10567" w:type="dxa"/>
        <w:tblInd w:w="0" w:type="dxa"/>
        <w:tblCellMar>
          <w:top w:w="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283"/>
        <w:gridCol w:w="5284"/>
      </w:tblGrid>
      <w:tr w:rsidR="00A448DF" w:rsidRPr="00A448DF" w:rsidTr="00246639">
        <w:trPr>
          <w:trHeight w:val="286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Оценка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5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Количество правильных ответов </w:t>
            </w:r>
          </w:p>
        </w:tc>
      </w:tr>
      <w:tr w:rsidR="00A448DF" w:rsidRPr="00A448DF" w:rsidTr="00246639">
        <w:trPr>
          <w:trHeight w:val="288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«отлично»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7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9 </w:t>
            </w:r>
          </w:p>
        </w:tc>
      </w:tr>
      <w:tr w:rsidR="00A448DF" w:rsidRPr="00A448DF" w:rsidTr="00246639">
        <w:trPr>
          <w:trHeight w:val="286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«хорошо»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5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6-8 </w:t>
            </w:r>
          </w:p>
        </w:tc>
      </w:tr>
      <w:tr w:rsidR="00A448DF" w:rsidRPr="00A448DF" w:rsidTr="00246639">
        <w:trPr>
          <w:trHeight w:val="286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«удовлетворительно»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5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4-5 </w:t>
            </w:r>
          </w:p>
        </w:tc>
      </w:tr>
      <w:tr w:rsidR="00A448DF" w:rsidRPr="00A448DF" w:rsidTr="00246639">
        <w:trPr>
          <w:trHeight w:val="286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«неудовлетворительно»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5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1-3 </w:t>
            </w:r>
          </w:p>
        </w:tc>
      </w:tr>
    </w:tbl>
    <w:p w:rsidR="00A448DF" w:rsidRPr="00A448DF" w:rsidRDefault="00A448DF" w:rsidP="00A448DF">
      <w:pPr>
        <w:spacing w:after="0" w:line="259" w:lineRule="auto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b/>
        </w:rPr>
        <w:t xml:space="preserve"> </w:t>
      </w:r>
    </w:p>
    <w:p w:rsidR="00A448DF" w:rsidRPr="00A448DF" w:rsidRDefault="00A448DF" w:rsidP="00A448DF">
      <w:pPr>
        <w:spacing w:after="19" w:line="259" w:lineRule="auto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</w:rPr>
        <w:t xml:space="preserve"> </w:t>
      </w:r>
    </w:p>
    <w:p w:rsidR="00A448DF" w:rsidRPr="00A448DF" w:rsidRDefault="00A448DF" w:rsidP="00A448DF">
      <w:pPr>
        <w:spacing w:after="25" w:line="259" w:lineRule="auto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b/>
        </w:rPr>
        <w:t xml:space="preserve"> </w:t>
      </w:r>
    </w:p>
    <w:p w:rsidR="00A448DF" w:rsidRPr="00A448DF" w:rsidRDefault="00A448DF" w:rsidP="00A448DF">
      <w:pPr>
        <w:spacing w:after="5" w:line="271" w:lineRule="auto"/>
        <w:jc w:val="both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   КИМ №2(5класс). Полугодовая проверочная работа. Слайд-тест</w:t>
      </w:r>
      <w:r w:rsidRPr="00A448DF">
        <w:rPr>
          <w:rFonts w:ascii="Times New Roman" w:hAnsi="Times New Roman" w:cs="Times New Roman"/>
          <w:i/>
          <w:lang w:val="ru-RU"/>
        </w:rPr>
        <w:t xml:space="preserve"> </w:t>
      </w:r>
    </w:p>
    <w:p w:rsidR="00A448DF" w:rsidRPr="00A448DF" w:rsidRDefault="00A448DF" w:rsidP="00A448DF">
      <w:pPr>
        <w:spacing w:after="5" w:line="270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      </w:t>
      </w:r>
      <w:r w:rsidRPr="00A448DF">
        <w:rPr>
          <w:rFonts w:ascii="Times New Roman" w:hAnsi="Times New Roman" w:cs="Times New Roman"/>
          <w:lang w:val="ru-RU"/>
        </w:rPr>
        <w:t xml:space="preserve">Фамилия, имя _____________________________________________________  Класс______________________________________________________ </w:t>
      </w:r>
    </w:p>
    <w:p w:rsidR="00A448DF" w:rsidRPr="00A448DF" w:rsidRDefault="00A448DF" w:rsidP="00A448DF">
      <w:pPr>
        <w:keepNext/>
        <w:keepLines/>
        <w:spacing w:after="26" w:line="259" w:lineRule="auto"/>
        <w:ind w:right="1794"/>
        <w:jc w:val="center"/>
        <w:outlineLvl w:val="0"/>
        <w:rPr>
          <w:rFonts w:ascii="Times New Roman" w:hAnsi="Times New Roman" w:cs="Times New Roman"/>
          <w:b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СЛАЙД-ТЕСТ </w:t>
      </w:r>
    </w:p>
    <w:p w:rsidR="00A448DF" w:rsidRPr="00A448DF" w:rsidRDefault="00A448DF" w:rsidP="00A448DF">
      <w:pPr>
        <w:spacing w:after="17" w:line="259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i/>
          <w:lang w:val="ru-RU"/>
        </w:rPr>
        <w:t xml:space="preserve">1. Обведи кружочком правильный ответ </w:t>
      </w:r>
    </w:p>
    <w:p w:rsidR="00A448DF" w:rsidRPr="00A448DF" w:rsidRDefault="00A448DF" w:rsidP="00A448DF">
      <w:pPr>
        <w:spacing w:after="26" w:line="259" w:lineRule="auto"/>
        <w:ind w:right="2433"/>
        <w:jc w:val="center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 </w:t>
      </w:r>
    </w:p>
    <w:p w:rsidR="00A448DF" w:rsidRPr="00A448DF" w:rsidRDefault="00A448DF" w:rsidP="00A448DF">
      <w:pPr>
        <w:numPr>
          <w:ilvl w:val="0"/>
          <w:numId w:val="39"/>
        </w:numPr>
        <w:spacing w:after="5" w:line="271" w:lineRule="auto"/>
        <w:ind w:hanging="360"/>
        <w:jc w:val="both"/>
        <w:rPr>
          <w:rFonts w:ascii="Times New Roman" w:eastAsia="Calibri" w:hAnsi="Times New Roman" w:cs="Times New Roman"/>
        </w:rPr>
      </w:pPr>
      <w:r w:rsidRPr="00A448DF">
        <w:rPr>
          <w:rFonts w:ascii="Times New Roman" w:eastAsia="Calibri" w:hAnsi="Times New Roman" w:cs="Times New Roman"/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0" wp14:anchorId="19DD0669" wp14:editId="4F4BA69C">
            <wp:simplePos x="0" y="0"/>
            <wp:positionH relativeFrom="column">
              <wp:posOffset>4172585</wp:posOffset>
            </wp:positionH>
            <wp:positionV relativeFrom="paragraph">
              <wp:posOffset>-42235</wp:posOffset>
            </wp:positionV>
            <wp:extent cx="1104265" cy="828675"/>
            <wp:effectExtent l="0" t="0" r="0" b="0"/>
            <wp:wrapSquare wrapText="bothSides"/>
            <wp:docPr id="1" name="Picture 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48DF">
        <w:rPr>
          <w:rFonts w:ascii="Times New Roman" w:hAnsi="Times New Roman" w:cs="Times New Roman"/>
          <w:b/>
          <w:lang w:val="ru-RU"/>
        </w:rPr>
        <w:t xml:space="preserve">К какому виду искусства относится эта работа?   </w:t>
      </w:r>
      <w:r w:rsidRPr="00A448DF">
        <w:rPr>
          <w:rFonts w:ascii="Times New Roman" w:hAnsi="Times New Roman" w:cs="Times New Roman"/>
        </w:rPr>
        <w:t xml:space="preserve">А) скульптура        </w:t>
      </w:r>
    </w:p>
    <w:p w:rsidR="00A448DF" w:rsidRPr="00A448DF" w:rsidRDefault="00A448DF" w:rsidP="00A448DF">
      <w:pPr>
        <w:spacing w:after="5" w:line="270" w:lineRule="auto"/>
        <w:ind w:right="2433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</w:rPr>
        <w:t xml:space="preserve">Б) графика       </w:t>
      </w:r>
    </w:p>
    <w:p w:rsidR="00A448DF" w:rsidRPr="00A448DF" w:rsidRDefault="00A448DF" w:rsidP="00A448DF">
      <w:pPr>
        <w:spacing w:after="5" w:line="270" w:lineRule="auto"/>
        <w:ind w:right="2433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</w:rPr>
        <w:t xml:space="preserve">В) архитектура </w:t>
      </w:r>
    </w:p>
    <w:p w:rsidR="00A448DF" w:rsidRPr="00A448DF" w:rsidRDefault="00A448DF" w:rsidP="00A448DF">
      <w:pPr>
        <w:spacing w:after="26" w:line="259" w:lineRule="auto"/>
        <w:ind w:right="2433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b/>
        </w:rPr>
        <w:t xml:space="preserve"> </w:t>
      </w:r>
    </w:p>
    <w:p w:rsidR="00A448DF" w:rsidRPr="00A448DF" w:rsidRDefault="00A448DF" w:rsidP="00A448DF">
      <w:pPr>
        <w:numPr>
          <w:ilvl w:val="0"/>
          <w:numId w:val="39"/>
        </w:numPr>
        <w:spacing w:after="5" w:line="271" w:lineRule="auto"/>
        <w:ind w:hanging="360"/>
        <w:jc w:val="both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Какое из этих произведений относится к графике? </w:t>
      </w:r>
    </w:p>
    <w:p w:rsidR="00A448DF" w:rsidRPr="00A448DF" w:rsidRDefault="00A448DF" w:rsidP="00A448DF">
      <w:pPr>
        <w:spacing w:after="4" w:line="259" w:lineRule="auto"/>
        <w:ind w:right="2361"/>
        <w:jc w:val="right"/>
        <w:rPr>
          <w:rFonts w:ascii="Times New Roman" w:eastAsia="Calibri" w:hAnsi="Times New Roman" w:cs="Times New Roman"/>
        </w:rPr>
      </w:pPr>
      <w:r w:rsidRPr="00A448DF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 wp14:anchorId="24439EEB" wp14:editId="51345498">
            <wp:extent cx="617220" cy="949325"/>
            <wp:effectExtent l="0" t="0" r="0" b="0"/>
            <wp:docPr id="2" name="Picture 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Picture 61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48DF">
        <w:rPr>
          <w:rFonts w:ascii="Times New Roman" w:hAnsi="Times New Roman" w:cs="Times New Roman"/>
        </w:rPr>
        <w:t xml:space="preserve"> </w:t>
      </w:r>
      <w:r w:rsidRPr="00A448DF">
        <w:rPr>
          <w:rFonts w:ascii="Times New Roman" w:hAnsi="Times New Roman" w:cs="Times New Roman"/>
          <w:b/>
        </w:rPr>
        <w:t>А</w:t>
      </w:r>
      <w:r w:rsidRPr="00A448DF">
        <w:rPr>
          <w:rFonts w:ascii="Times New Roman" w:hAnsi="Times New Roman" w:cs="Times New Roman"/>
        </w:rPr>
        <w:t xml:space="preserve">             </w:t>
      </w:r>
      <w:r w:rsidRPr="00A448DF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 wp14:anchorId="5F9E2009" wp14:editId="503FEAC9">
            <wp:extent cx="879475" cy="885190"/>
            <wp:effectExtent l="0" t="0" r="0" b="0"/>
            <wp:docPr id="3" name="Picture 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Picture 61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79475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48DF">
        <w:rPr>
          <w:rFonts w:ascii="Times New Roman" w:hAnsi="Times New Roman" w:cs="Times New Roman"/>
        </w:rPr>
        <w:t xml:space="preserve"> </w:t>
      </w:r>
      <w:r w:rsidRPr="00A448DF">
        <w:rPr>
          <w:rFonts w:ascii="Times New Roman" w:hAnsi="Times New Roman" w:cs="Times New Roman"/>
          <w:b/>
        </w:rPr>
        <w:t>Б</w:t>
      </w:r>
      <w:r w:rsidRPr="00A448DF">
        <w:rPr>
          <w:rFonts w:ascii="Times New Roman" w:hAnsi="Times New Roman" w:cs="Times New Roman"/>
        </w:rPr>
        <w:t xml:space="preserve">            </w:t>
      </w:r>
      <w:r w:rsidRPr="00A448DF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 wp14:anchorId="3F1F01FA" wp14:editId="239BAF4F">
            <wp:extent cx="765175" cy="964565"/>
            <wp:effectExtent l="0" t="0" r="0" b="0"/>
            <wp:docPr id="4" name="Picture 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Picture 62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48DF">
        <w:rPr>
          <w:rFonts w:ascii="Times New Roman" w:hAnsi="Times New Roman" w:cs="Times New Roman"/>
        </w:rPr>
        <w:t xml:space="preserve">    </w:t>
      </w:r>
      <w:r w:rsidRPr="00A448DF">
        <w:rPr>
          <w:rFonts w:ascii="Times New Roman" w:hAnsi="Times New Roman" w:cs="Times New Roman"/>
          <w:b/>
        </w:rPr>
        <w:t xml:space="preserve">В </w:t>
      </w:r>
    </w:p>
    <w:p w:rsidR="00A448DF" w:rsidRPr="00A448DF" w:rsidRDefault="00A448DF" w:rsidP="00A448DF">
      <w:pPr>
        <w:spacing w:after="26" w:line="259" w:lineRule="auto"/>
        <w:jc w:val="center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b/>
        </w:rPr>
        <w:t xml:space="preserve"> </w:t>
      </w:r>
    </w:p>
    <w:p w:rsidR="00A448DF" w:rsidRPr="00A448DF" w:rsidRDefault="00A448DF" w:rsidP="00A448DF">
      <w:pPr>
        <w:numPr>
          <w:ilvl w:val="0"/>
          <w:numId w:val="39"/>
        </w:numPr>
        <w:spacing w:after="5" w:line="271" w:lineRule="auto"/>
        <w:ind w:hanging="360"/>
        <w:jc w:val="both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Какая из картин выполнена в жанре пейзаж? </w:t>
      </w:r>
    </w:p>
    <w:p w:rsidR="00A448DF" w:rsidRPr="00A448DF" w:rsidRDefault="00A448DF" w:rsidP="00A448DF">
      <w:pPr>
        <w:tabs>
          <w:tab w:val="center" w:pos="3896"/>
          <w:tab w:val="center" w:pos="6708"/>
        </w:tabs>
        <w:spacing w:after="5" w:line="271" w:lineRule="auto"/>
        <w:rPr>
          <w:rFonts w:ascii="Times New Roman" w:eastAsia="Calibri" w:hAnsi="Times New Roman" w:cs="Times New Roman"/>
        </w:rPr>
      </w:pPr>
      <w:r w:rsidRPr="00A448DF">
        <w:rPr>
          <w:rFonts w:ascii="Times New Roman" w:eastAsia="Calibri" w:hAnsi="Times New Roman" w:cs="Times New Roman"/>
          <w:noProof/>
          <w:lang w:val="ru-RU" w:eastAsia="ru-RU"/>
        </w:rPr>
        <w:lastRenderedPageBreak/>
        <w:drawing>
          <wp:inline distT="0" distB="0" distL="0" distR="0" wp14:anchorId="26A13B39" wp14:editId="1269C52A">
            <wp:extent cx="786130" cy="978535"/>
            <wp:effectExtent l="0" t="0" r="0" b="0"/>
            <wp:docPr id="5" name="Picture 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Picture 63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48DF">
        <w:rPr>
          <w:rFonts w:ascii="Times New Roman" w:hAnsi="Times New Roman" w:cs="Times New Roman"/>
        </w:rPr>
        <w:t xml:space="preserve">  </w:t>
      </w:r>
      <w:r w:rsidRPr="00A448DF">
        <w:rPr>
          <w:rFonts w:ascii="Times New Roman" w:hAnsi="Times New Roman" w:cs="Times New Roman"/>
          <w:b/>
        </w:rPr>
        <w:t xml:space="preserve">А </w:t>
      </w:r>
      <w:r w:rsidRPr="00A448DF">
        <w:rPr>
          <w:rFonts w:ascii="Times New Roman" w:hAnsi="Times New Roman" w:cs="Times New Roman"/>
        </w:rPr>
        <w:t xml:space="preserve">    </w:t>
      </w:r>
      <w:r w:rsidRPr="00A448DF">
        <w:rPr>
          <w:rFonts w:ascii="Times New Roman" w:eastAsia="Calibri" w:hAnsi="Times New Roman" w:cs="Times New Roman"/>
          <w:noProof/>
          <w:lang w:val="ru-RU" w:eastAsia="ru-RU"/>
        </w:rPr>
        <mc:AlternateContent>
          <mc:Choice Requires="wpg">
            <w:drawing>
              <wp:inline distT="0" distB="0" distL="0" distR="0" wp14:anchorId="7EBD8C5C" wp14:editId="48BE96CA">
                <wp:extent cx="2938145" cy="906780"/>
                <wp:effectExtent l="0" t="0" r="0" b="0"/>
                <wp:docPr id="42877" name="Group 42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8145" cy="906780"/>
                          <a:chOff x="0" y="0"/>
                          <a:chExt cx="2938145" cy="906780"/>
                        </a:xfrm>
                      </wpg:grpSpPr>
                      <pic:pic xmlns:pic="http://schemas.openxmlformats.org/drawingml/2006/picture">
                        <pic:nvPicPr>
                          <pic:cNvPr id="637" name="Picture 63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54611"/>
                            <a:ext cx="1153795" cy="852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2" name="Picture 64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520825" y="0"/>
                            <a:ext cx="1417320" cy="906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D2FCDF" id="Group 42877" o:spid="_x0000_s1026" style="width:231.35pt;height:71.4pt;mso-position-horizontal-relative:char;mso-position-vertical-relative:line" coordsize="29381,90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">
                <v:shape id="Picture 637" o:spid="_x0000_s1027" type="#_x0000_t75" style="position:absolute;top:546;width:11537;height:8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">
                  <v:imagedata r:id="rId26" o:title=""/>
                </v:shape>
                <v:shape id="Picture 642" o:spid="_x0000_s1028" type="#_x0000_t75" style="position:absolute;left:15208;width:14173;height:9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">
                  <v:imagedata r:id="rId27" o:title=""/>
                </v:shape>
                <w10:anchorlock/>
              </v:group>
            </w:pict>
          </mc:Fallback>
        </mc:AlternateContent>
      </w:r>
      <w:r w:rsidRPr="00A448DF">
        <w:rPr>
          <w:rFonts w:ascii="Times New Roman" w:hAnsi="Times New Roman" w:cs="Times New Roman"/>
        </w:rPr>
        <w:tab/>
        <w:t xml:space="preserve">  </w:t>
      </w:r>
      <w:r w:rsidRPr="00A448DF">
        <w:rPr>
          <w:rFonts w:ascii="Times New Roman" w:hAnsi="Times New Roman" w:cs="Times New Roman"/>
          <w:b/>
        </w:rPr>
        <w:t>Б</w:t>
      </w:r>
      <w:r w:rsidRPr="00A448DF">
        <w:rPr>
          <w:rFonts w:ascii="Times New Roman" w:hAnsi="Times New Roman" w:cs="Times New Roman"/>
        </w:rPr>
        <w:t xml:space="preserve">     </w:t>
      </w:r>
      <w:r w:rsidRPr="00A448DF">
        <w:rPr>
          <w:rFonts w:ascii="Times New Roman" w:hAnsi="Times New Roman" w:cs="Times New Roman"/>
        </w:rPr>
        <w:tab/>
        <w:t xml:space="preserve">  </w:t>
      </w:r>
      <w:r w:rsidRPr="00A448DF">
        <w:rPr>
          <w:rFonts w:ascii="Times New Roman" w:hAnsi="Times New Roman" w:cs="Times New Roman"/>
          <w:b/>
        </w:rPr>
        <w:t xml:space="preserve">В </w:t>
      </w:r>
    </w:p>
    <w:p w:rsidR="00A448DF" w:rsidRPr="00A448DF" w:rsidRDefault="00A448DF" w:rsidP="00A448DF">
      <w:pPr>
        <w:spacing w:line="259" w:lineRule="auto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b/>
        </w:rPr>
        <w:t xml:space="preserve"> </w:t>
      </w:r>
    </w:p>
    <w:p w:rsidR="00A448DF" w:rsidRPr="00A448DF" w:rsidRDefault="00A448DF" w:rsidP="00A448DF">
      <w:pPr>
        <w:numPr>
          <w:ilvl w:val="0"/>
          <w:numId w:val="39"/>
        </w:numPr>
        <w:spacing w:after="5" w:line="271" w:lineRule="auto"/>
        <w:ind w:hanging="360"/>
        <w:jc w:val="both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Определи, каким материалом нарисована каждая из представленных картин </w:t>
      </w:r>
      <w:r w:rsidRPr="00A448DF">
        <w:rPr>
          <w:rFonts w:ascii="Times New Roman" w:hAnsi="Times New Roman" w:cs="Times New Roman"/>
          <w:i/>
          <w:lang w:val="ru-RU"/>
        </w:rPr>
        <w:t xml:space="preserve">Впиши буквы в нужные столбики </w:t>
      </w:r>
    </w:p>
    <w:p w:rsidR="00A448DF" w:rsidRPr="00A448DF" w:rsidRDefault="00A448DF" w:rsidP="00A448DF">
      <w:pPr>
        <w:spacing w:after="0" w:line="259" w:lineRule="auto"/>
        <w:ind w:right="2499"/>
        <w:jc w:val="right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eastAsia="Calibri" w:hAnsi="Times New Roman" w:cs="Times New Roman"/>
          <w:noProof/>
          <w:lang w:val="ru-RU" w:eastAsia="ru-RU"/>
        </w:rPr>
        <mc:AlternateContent>
          <mc:Choice Requires="wpg">
            <w:drawing>
              <wp:inline distT="0" distB="0" distL="0" distR="0" wp14:anchorId="52AB967A" wp14:editId="1BB8B105">
                <wp:extent cx="5126990" cy="935380"/>
                <wp:effectExtent l="0" t="0" r="0" b="0"/>
                <wp:docPr id="41331" name="Group 41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6990" cy="935380"/>
                          <a:chOff x="0" y="0"/>
                          <a:chExt cx="5126990" cy="935380"/>
                        </a:xfrm>
                      </wpg:grpSpPr>
                      <pic:pic xmlns:pic="http://schemas.openxmlformats.org/drawingml/2006/picture">
                        <pic:nvPicPr>
                          <pic:cNvPr id="666" name="Picture 66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62230"/>
                            <a:ext cx="1177925" cy="840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7" name="Rectangle 667"/>
                        <wps:cNvSpPr/>
                        <wps:spPr>
                          <a:xfrm>
                            <a:off x="1178306" y="76667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639" w:rsidRDefault="00246639" w:rsidP="00A448DF"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9" name="Picture 66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254125" y="0"/>
                            <a:ext cx="1260475" cy="902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0" name="Rectangle 670"/>
                        <wps:cNvSpPr/>
                        <wps:spPr>
                          <a:xfrm>
                            <a:off x="2515235" y="766674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639" w:rsidRDefault="00246639" w:rsidP="00A448DF">
                              <w:r>
                                <w:rPr>
                                  <w:b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Picture 67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628900" y="30480"/>
                            <a:ext cx="1238885" cy="871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3" name="Rectangle 673"/>
                        <wps:cNvSpPr/>
                        <wps:spPr>
                          <a:xfrm>
                            <a:off x="3868801" y="766674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639" w:rsidRDefault="00246639" w:rsidP="00A448DF">
                              <w:r>
                                <w:rPr>
                                  <w:b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" name="Picture 67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982085" y="133985"/>
                            <a:ext cx="1144905" cy="768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AB967A" id="Group 41331" o:spid="_x0000_s1031" style="width:403.7pt;height:73.65pt;mso-position-horizontal-relative:char;mso-position-vertical-relative:line" coordsize="51269,93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">
                <v:shape id="Picture 666" o:spid="_x0000_s1032" type="#_x0000_t75" style="position:absolute;top:622;width:11779;height:8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">
                  <v:imagedata r:id="rId32" o:title=""/>
                </v:shape>
                <v:rect id="Rectangle 667" o:spid="_x0000_s1033" style="position:absolute;left:11783;top:7666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1z7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" filled="f" stroked="f">
                  <v:textbox inset="0,0,0,0">
                    <w:txbxContent>
                      <w:p w:rsidR="00246639" w:rsidRDefault="00246639" w:rsidP="00A448DF">
                        <w:r>
                          <w:rPr>
                            <w:b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669" o:spid="_x0000_s1034" type="#_x0000_t75" style="position:absolute;left:12541;width:12605;height:9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">
                  <v:imagedata r:id="rId33" o:title=""/>
                </v:shape>
                <v:rect id="Rectangle 670" o:spid="_x0000_s1035" style="position:absolute;left:25152;top:7666;width:152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1JS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" filled="f" stroked="f">
                  <v:textbox inset="0,0,0,0">
                    <w:txbxContent>
                      <w:p w:rsidR="00246639" w:rsidRDefault="00246639" w:rsidP="00A448DF">
                        <w:r>
                          <w:rPr>
                            <w:b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Picture 672" o:spid="_x0000_s1036" type="#_x0000_t75" style="position:absolute;left:26289;top:304;width:12388;height:8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">
                  <v:imagedata r:id="rId34" o:title=""/>
                </v:shape>
                <v:rect id="Rectangle 673" o:spid="_x0000_s1037" style="position:absolute;left:38688;top:7666;width:152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cw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CnRcwlxQAAANwAAAAP&#10;AAAAAAAAAAAAAAAAAAcCAABkcnMvZG93bnJldi54bWxQSwUGAAAAAAMAAwC3AAAA+QIAAAAA&#10;" filled="f" stroked="f">
                  <v:textbox inset="0,0,0,0">
                    <w:txbxContent>
                      <w:p w:rsidR="00246639" w:rsidRDefault="00246639" w:rsidP="00A448DF">
                        <w:r>
                          <w:rPr>
                            <w:b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Picture 675" o:spid="_x0000_s1038" type="#_x0000_t75" style="position:absolute;left:39820;top:1339;width:11449;height:7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">
                  <v:imagedata r:id="rId35" o:title=""/>
                </v:shape>
                <w10:anchorlock/>
              </v:group>
            </w:pict>
          </mc:Fallback>
        </mc:AlternateContent>
      </w:r>
      <w:r w:rsidRPr="00A448DF">
        <w:rPr>
          <w:rFonts w:ascii="Times New Roman" w:hAnsi="Times New Roman" w:cs="Times New Roman"/>
          <w:b/>
          <w:lang w:val="ru-RU"/>
        </w:rPr>
        <w:t xml:space="preserve"> </w:t>
      </w:r>
    </w:p>
    <w:p w:rsidR="00A448DF" w:rsidRPr="00A448DF" w:rsidRDefault="00A448DF" w:rsidP="00A448DF">
      <w:pPr>
        <w:spacing w:after="4" w:line="259" w:lineRule="auto"/>
        <w:ind w:right="1816"/>
        <w:jc w:val="right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>А                                 Б                                    В                                     Г</w:t>
      </w:r>
      <w:r w:rsidRPr="00A448DF">
        <w:rPr>
          <w:rFonts w:ascii="Times New Roman" w:hAnsi="Times New Roman" w:cs="Times New Roman"/>
          <w:i/>
          <w:lang w:val="ru-RU"/>
        </w:rPr>
        <w:t xml:space="preserve"> </w:t>
      </w:r>
    </w:p>
    <w:p w:rsidR="00A448DF" w:rsidRPr="00A448DF" w:rsidRDefault="00A448DF" w:rsidP="00A448DF">
      <w:pPr>
        <w:spacing w:after="14" w:line="259" w:lineRule="auto"/>
        <w:jc w:val="center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lang w:val="ru-RU"/>
        </w:rPr>
        <w:t xml:space="preserve">…   -  гуашь </w:t>
      </w:r>
    </w:p>
    <w:p w:rsidR="00A448DF" w:rsidRPr="00A448DF" w:rsidRDefault="00A448DF" w:rsidP="00A448DF">
      <w:pPr>
        <w:spacing w:after="14" w:line="259" w:lineRule="auto"/>
        <w:ind w:right="5"/>
        <w:jc w:val="center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lang w:val="ru-RU"/>
        </w:rPr>
        <w:t xml:space="preserve">…   -  акварель </w:t>
      </w:r>
    </w:p>
    <w:p w:rsidR="00A448DF" w:rsidRPr="00A448DF" w:rsidRDefault="00A448DF" w:rsidP="00A448DF">
      <w:pPr>
        <w:spacing w:after="14" w:line="259" w:lineRule="auto"/>
        <w:ind w:right="5"/>
        <w:jc w:val="center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</w:rPr>
        <w:t xml:space="preserve">…   -  тушь </w:t>
      </w:r>
    </w:p>
    <w:p w:rsidR="00A448DF" w:rsidRPr="00A448DF" w:rsidRDefault="00A448DF" w:rsidP="00A448DF">
      <w:pPr>
        <w:spacing w:after="14" w:line="259" w:lineRule="auto"/>
        <w:jc w:val="center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</w:rPr>
        <w:t xml:space="preserve">…   -  пастель </w:t>
      </w:r>
    </w:p>
    <w:p w:rsidR="00A448DF" w:rsidRPr="00A448DF" w:rsidRDefault="00A448DF" w:rsidP="00A448DF">
      <w:pPr>
        <w:numPr>
          <w:ilvl w:val="0"/>
          <w:numId w:val="39"/>
        </w:numPr>
        <w:spacing w:after="5" w:line="271" w:lineRule="auto"/>
        <w:ind w:hanging="360"/>
        <w:jc w:val="both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b/>
        </w:rPr>
        <w:t xml:space="preserve">Найди «лишнюю» картину </w:t>
      </w:r>
    </w:p>
    <w:p w:rsidR="00A448DF" w:rsidRPr="00A448DF" w:rsidRDefault="00A448DF" w:rsidP="00A448DF">
      <w:pPr>
        <w:spacing w:after="5" w:line="271" w:lineRule="auto"/>
        <w:jc w:val="both"/>
        <w:rPr>
          <w:rFonts w:ascii="Times New Roman" w:eastAsia="Calibri" w:hAnsi="Times New Roman" w:cs="Times New Roman"/>
        </w:rPr>
      </w:pPr>
      <w:r w:rsidRPr="00A448DF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 wp14:anchorId="176BD979" wp14:editId="1F82A377">
            <wp:extent cx="838200" cy="1005840"/>
            <wp:effectExtent l="0" t="0" r="0" b="0"/>
            <wp:docPr id="6" name="Picture 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48DF">
        <w:rPr>
          <w:rFonts w:ascii="Times New Roman" w:hAnsi="Times New Roman" w:cs="Times New Roman"/>
          <w:b/>
        </w:rPr>
        <w:t xml:space="preserve"> А             </w:t>
      </w:r>
      <w:r w:rsidRPr="00A448DF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 wp14:anchorId="71C5E205" wp14:editId="4F7CD932">
            <wp:extent cx="879475" cy="1068705"/>
            <wp:effectExtent l="0" t="0" r="0" b="0"/>
            <wp:docPr id="7" name="Picture 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Picture 70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79475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48DF">
        <w:rPr>
          <w:rFonts w:ascii="Times New Roman" w:hAnsi="Times New Roman" w:cs="Times New Roman"/>
          <w:b/>
        </w:rPr>
        <w:t xml:space="preserve"> Б               </w:t>
      </w:r>
      <w:r w:rsidRPr="00A448DF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 wp14:anchorId="03A524EA" wp14:editId="7185DF00">
            <wp:extent cx="1296670" cy="1061085"/>
            <wp:effectExtent l="0" t="0" r="0" b="0"/>
            <wp:docPr id="8" name="Picture 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48DF">
        <w:rPr>
          <w:rFonts w:ascii="Times New Roman" w:hAnsi="Times New Roman" w:cs="Times New Roman"/>
          <w:b/>
        </w:rPr>
        <w:t xml:space="preserve"> В </w:t>
      </w:r>
    </w:p>
    <w:p w:rsidR="00A448DF" w:rsidRPr="00A448DF" w:rsidRDefault="00A448DF" w:rsidP="00A448DF">
      <w:pPr>
        <w:spacing w:after="0" w:line="259" w:lineRule="auto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b/>
        </w:rPr>
        <w:t xml:space="preserve"> </w:t>
      </w:r>
    </w:p>
    <w:p w:rsidR="00A448DF" w:rsidRPr="00A448DF" w:rsidRDefault="00A448DF" w:rsidP="00A448DF">
      <w:pPr>
        <w:spacing w:after="25" w:line="259" w:lineRule="auto"/>
        <w:jc w:val="center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</w:rPr>
        <w:t xml:space="preserve"> </w:t>
      </w:r>
    </w:p>
    <w:p w:rsidR="00A448DF" w:rsidRPr="00A448DF" w:rsidRDefault="00A448DF" w:rsidP="00A448DF">
      <w:pPr>
        <w:numPr>
          <w:ilvl w:val="0"/>
          <w:numId w:val="39"/>
        </w:numPr>
        <w:spacing w:after="5" w:line="271" w:lineRule="auto"/>
        <w:ind w:hanging="360"/>
        <w:jc w:val="both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Какие из фигур добрые, а какие – злые? </w:t>
      </w:r>
      <w:r w:rsidRPr="00A448DF">
        <w:rPr>
          <w:rFonts w:ascii="Times New Roman" w:hAnsi="Times New Roman" w:cs="Times New Roman"/>
          <w:i/>
        </w:rPr>
        <w:t xml:space="preserve">Напиши ответ  </w:t>
      </w:r>
    </w:p>
    <w:p w:rsidR="00A448DF" w:rsidRPr="00A448DF" w:rsidRDefault="00A448DF" w:rsidP="00A448DF">
      <w:pPr>
        <w:spacing w:after="0" w:line="259" w:lineRule="auto"/>
        <w:rPr>
          <w:rFonts w:ascii="Times New Roman" w:eastAsia="Calibri" w:hAnsi="Times New Roman" w:cs="Times New Roman"/>
        </w:rPr>
      </w:pPr>
      <w:r w:rsidRPr="00A448DF">
        <w:rPr>
          <w:rFonts w:ascii="Times New Roman" w:eastAsia="Calibri" w:hAnsi="Times New Roman" w:cs="Times New Roman"/>
          <w:noProof/>
          <w:lang w:val="ru-RU" w:eastAsia="ru-RU"/>
        </w:rPr>
        <mc:AlternateContent>
          <mc:Choice Requires="wpg">
            <w:drawing>
              <wp:inline distT="0" distB="0" distL="0" distR="0" wp14:anchorId="37C8F378" wp14:editId="33310ECC">
                <wp:extent cx="5223510" cy="833653"/>
                <wp:effectExtent l="0" t="0" r="0" b="0"/>
                <wp:docPr id="41335" name="Group 41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3510" cy="833653"/>
                          <a:chOff x="0" y="0"/>
                          <a:chExt cx="5223510" cy="833653"/>
                        </a:xfrm>
                      </wpg:grpSpPr>
                      <wps:wsp>
                        <wps:cNvPr id="724" name="Rectangle 724"/>
                        <wps:cNvSpPr/>
                        <wps:spPr>
                          <a:xfrm>
                            <a:off x="0" y="664947"/>
                            <a:ext cx="45605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639" w:rsidRDefault="00246639" w:rsidP="00A448DF">
                              <w:r>
                                <w:rPr>
                                  <w:b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6" name="Picture 72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54610"/>
                            <a:ext cx="1066800" cy="745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7" name="Rectangle 727"/>
                        <wps:cNvSpPr/>
                        <wps:spPr>
                          <a:xfrm>
                            <a:off x="1409954" y="664947"/>
                            <a:ext cx="192557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639" w:rsidRDefault="00246639" w:rsidP="00A448DF">
                              <w:r>
                                <w:rPr>
                                  <w:b/>
                                </w:rPr>
                                <w:t xml:space="preserve">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9" name="Picture 72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0"/>
                            <a:ext cx="1170305" cy="800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0" name="Rectangle 730"/>
                        <wps:cNvSpPr/>
                        <wps:spPr>
                          <a:xfrm>
                            <a:off x="4028821" y="6649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639" w:rsidRDefault="00246639" w:rsidP="00A448DF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Shape 798"/>
                        <wps:cNvSpPr/>
                        <wps:spPr>
                          <a:xfrm>
                            <a:off x="4148455" y="192405"/>
                            <a:ext cx="107505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55" h="210185">
                                <a:moveTo>
                                  <a:pt x="179197" y="0"/>
                                </a:moveTo>
                                <a:lnTo>
                                  <a:pt x="179197" y="78867"/>
                                </a:lnTo>
                                <a:lnTo>
                                  <a:pt x="92075" y="78867"/>
                                </a:lnTo>
                                <a:lnTo>
                                  <a:pt x="92075" y="52578"/>
                                </a:lnTo>
                                <a:lnTo>
                                  <a:pt x="0" y="105029"/>
                                </a:lnTo>
                                <a:lnTo>
                                  <a:pt x="92075" y="157607"/>
                                </a:lnTo>
                                <a:lnTo>
                                  <a:pt x="92075" y="131318"/>
                                </a:lnTo>
                                <a:lnTo>
                                  <a:pt x="179197" y="131318"/>
                                </a:lnTo>
                                <a:lnTo>
                                  <a:pt x="179197" y="210185"/>
                                </a:lnTo>
                                <a:lnTo>
                                  <a:pt x="1075055" y="210185"/>
                                </a:lnTo>
                                <a:lnTo>
                                  <a:pt x="10750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00" name="Shape 800"/>
                        <wps:cNvSpPr/>
                        <wps:spPr>
                          <a:xfrm>
                            <a:off x="1499235" y="250825"/>
                            <a:ext cx="114236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365" h="195580">
                                <a:moveTo>
                                  <a:pt x="190373" y="0"/>
                                </a:moveTo>
                                <a:lnTo>
                                  <a:pt x="190373" y="73279"/>
                                </a:lnTo>
                                <a:lnTo>
                                  <a:pt x="97790" y="73279"/>
                                </a:lnTo>
                                <a:lnTo>
                                  <a:pt x="97790" y="48895"/>
                                </a:lnTo>
                                <a:lnTo>
                                  <a:pt x="0" y="97790"/>
                                </a:lnTo>
                                <a:lnTo>
                                  <a:pt x="97790" y="146685"/>
                                </a:lnTo>
                                <a:lnTo>
                                  <a:pt x="97790" y="122174"/>
                                </a:lnTo>
                                <a:lnTo>
                                  <a:pt x="190373" y="122174"/>
                                </a:lnTo>
                                <a:lnTo>
                                  <a:pt x="190373" y="195580"/>
                                </a:lnTo>
                                <a:lnTo>
                                  <a:pt x="1142365" y="195580"/>
                                </a:lnTo>
                                <a:lnTo>
                                  <a:pt x="11423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C8F378" id="Group 41335" o:spid="_x0000_s1039" style="width:411.3pt;height:65.65pt;mso-position-horizontal-relative:char;mso-position-vertical-relative:line" coordsize="52235,83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">
                <v:rect id="Rectangle 724" o:spid="_x0000_s1040" style="position:absolute;top:6649;width:456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nTR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BN/nTRxQAAANwAAAAP&#10;AAAAAAAAAAAAAAAAAAcCAABkcnMvZG93bnJldi54bWxQSwUGAAAAAAMAAwC3AAAA+QIAAAAA&#10;" filled="f" stroked="f">
                  <v:textbox inset="0,0,0,0">
                    <w:txbxContent>
                      <w:p w:rsidR="00246639" w:rsidRDefault="00246639" w:rsidP="00A448DF">
                        <w:r>
                          <w:rPr>
                            <w:b/>
                          </w:rPr>
                          <w:t xml:space="preserve">         </w:t>
                        </w:r>
                      </w:p>
                    </w:txbxContent>
                  </v:textbox>
                </v:rect>
                <v:shape id="Picture 726" o:spid="_x0000_s1041" type="#_x0000_t75" style="position:absolute;left:3429;top:546;width:10668;height:7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">
                  <v:imagedata r:id="rId41" o:title=""/>
                </v:shape>
                <v:rect id="Rectangle 727" o:spid="_x0000_s1042" style="position:absolute;left:14099;top:6649;width:192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qm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" filled="f" stroked="f">
                  <v:textbox inset="0,0,0,0">
                    <w:txbxContent>
                      <w:p w:rsidR="00246639" w:rsidRDefault="00246639" w:rsidP="00A448DF">
                        <w:r>
                          <w:rPr>
                            <w:b/>
                          </w:rPr>
                          <w:t xml:space="preserve">                                      </w:t>
                        </w:r>
                      </w:p>
                    </w:txbxContent>
                  </v:textbox>
                </v:rect>
                <v:shape id="Picture 729" o:spid="_x0000_s1043" type="#_x0000_t75" style="position:absolute;left:28575;width:11703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">
                  <v:imagedata r:id="rId42" o:title=""/>
                </v:shape>
                <v:rect id="Rectangle 730" o:spid="_x0000_s1044" style="position:absolute;left:40288;top:664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QP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Lcc5A/BAAAA3AAAAA8AAAAA&#10;AAAAAAAAAAAABwIAAGRycy9kb3ducmV2LnhtbFBLBQYAAAAAAwADALcAAAD1AgAAAAA=&#10;" filled="f" stroked="f">
                  <v:textbox inset="0,0,0,0">
                    <w:txbxContent>
                      <w:p w:rsidR="00246639" w:rsidRDefault="00246639" w:rsidP="00A448DF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98" o:spid="_x0000_s1045" style="position:absolute;left:41484;top:1924;width:10751;height:2101;visibility:visible;mso-wrap-style:square;v-text-anchor:top" coordsize="107505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" path="m179197,r,78867l92075,78867r,-26289l,105029r92075,52578l92075,131318r87122,l179197,210185r895858,l1075055,,179197,xe" filled="f">
                  <v:stroke endcap="round"/>
                  <v:path arrowok="t" textboxrect="0,0,1075055,210185"/>
                </v:shape>
                <v:shape id="Shape 800" o:spid="_x0000_s1046" style="position:absolute;left:14992;top:2508;width:11424;height:1956;visibility:visible;mso-wrap-style:square;v-text-anchor:top" coordsize="114236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" path="m190373,r,73279l97790,73279r,-24384l,97790r97790,48895l97790,122174r92583,l190373,195580r951992,l1142365,,190373,xe" filled="f">
                  <v:stroke endcap="round"/>
                  <v:path arrowok="t" textboxrect="0,0,1142365,195580"/>
                </v:shape>
                <w10:anchorlock/>
              </v:group>
            </w:pict>
          </mc:Fallback>
        </mc:AlternateContent>
      </w:r>
    </w:p>
    <w:p w:rsidR="00A448DF" w:rsidRPr="00A448DF" w:rsidRDefault="00A448DF" w:rsidP="00A448DF">
      <w:pPr>
        <w:spacing w:after="0" w:line="259" w:lineRule="auto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b/>
        </w:rPr>
        <w:t xml:space="preserve"> </w:t>
      </w:r>
    </w:p>
    <w:p w:rsidR="00A448DF" w:rsidRPr="00A448DF" w:rsidRDefault="00A448DF" w:rsidP="00A448DF">
      <w:pPr>
        <w:spacing w:after="0" w:line="259" w:lineRule="auto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b/>
        </w:rPr>
        <w:t xml:space="preserve"> </w:t>
      </w:r>
    </w:p>
    <w:p w:rsidR="00A448DF" w:rsidRPr="00A448DF" w:rsidRDefault="00A448DF" w:rsidP="00A448DF">
      <w:pPr>
        <w:spacing w:after="26" w:line="259" w:lineRule="auto"/>
        <w:ind w:right="2487"/>
        <w:rPr>
          <w:rFonts w:ascii="Times New Roman" w:eastAsia="Calibri" w:hAnsi="Times New Roman" w:cs="Times New Roman"/>
        </w:rPr>
      </w:pPr>
      <w:r w:rsidRPr="00A448DF">
        <w:rPr>
          <w:rFonts w:ascii="Times New Roman" w:eastAsia="Calibri" w:hAnsi="Times New Roman" w:cs="Times New Roman"/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0" wp14:anchorId="7C117788" wp14:editId="45238AED">
            <wp:simplePos x="0" y="0"/>
            <wp:positionH relativeFrom="column">
              <wp:posOffset>4224655</wp:posOffset>
            </wp:positionH>
            <wp:positionV relativeFrom="paragraph">
              <wp:posOffset>25</wp:posOffset>
            </wp:positionV>
            <wp:extent cx="1017905" cy="1111885"/>
            <wp:effectExtent l="0" t="0" r="0" b="0"/>
            <wp:wrapSquare wrapText="bothSides"/>
            <wp:docPr id="9" name="Picture 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Picture 80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48DF">
        <w:rPr>
          <w:rFonts w:ascii="Times New Roman" w:hAnsi="Times New Roman" w:cs="Times New Roman"/>
          <w:b/>
        </w:rPr>
        <w:t xml:space="preserve"> </w:t>
      </w:r>
    </w:p>
    <w:p w:rsidR="00A448DF" w:rsidRPr="00A448DF" w:rsidRDefault="00A448DF" w:rsidP="00A448DF">
      <w:pPr>
        <w:numPr>
          <w:ilvl w:val="0"/>
          <w:numId w:val="39"/>
        </w:numPr>
        <w:spacing w:after="5" w:line="271" w:lineRule="auto"/>
        <w:ind w:hanging="360"/>
        <w:jc w:val="both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Определите, к какому промыслу  относится изделие: </w:t>
      </w:r>
    </w:p>
    <w:p w:rsidR="00A448DF" w:rsidRPr="00A448DF" w:rsidRDefault="00A448DF" w:rsidP="00A448DF">
      <w:pPr>
        <w:spacing w:after="0" w:line="259" w:lineRule="auto"/>
        <w:ind w:right="2487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 </w:t>
      </w:r>
    </w:p>
    <w:p w:rsidR="00A448DF" w:rsidRPr="00A448DF" w:rsidRDefault="00A448DF" w:rsidP="00A448DF">
      <w:pPr>
        <w:spacing w:after="0" w:line="259" w:lineRule="auto"/>
        <w:ind w:right="2487"/>
        <w:jc w:val="center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 </w:t>
      </w:r>
    </w:p>
    <w:p w:rsidR="00A448DF" w:rsidRPr="00A448DF" w:rsidRDefault="00A448DF" w:rsidP="00A448DF">
      <w:pPr>
        <w:spacing w:after="23" w:line="259" w:lineRule="auto"/>
        <w:ind w:right="2487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lang w:val="ru-RU"/>
        </w:rPr>
        <w:t xml:space="preserve">  </w:t>
      </w:r>
    </w:p>
    <w:p w:rsidR="00A448DF" w:rsidRPr="00A448DF" w:rsidRDefault="00A448DF" w:rsidP="00A448DF">
      <w:pPr>
        <w:spacing w:after="5" w:line="270" w:lineRule="auto"/>
        <w:ind w:right="2487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>А</w:t>
      </w:r>
      <w:r w:rsidRPr="00A448DF">
        <w:rPr>
          <w:rFonts w:ascii="Times New Roman" w:hAnsi="Times New Roman" w:cs="Times New Roman"/>
          <w:lang w:val="ru-RU"/>
        </w:rPr>
        <w:t xml:space="preserve">) Городец    </w:t>
      </w:r>
      <w:r w:rsidRPr="00A448DF">
        <w:rPr>
          <w:rFonts w:ascii="Times New Roman" w:hAnsi="Times New Roman" w:cs="Times New Roman"/>
          <w:b/>
          <w:lang w:val="ru-RU"/>
        </w:rPr>
        <w:t>Б</w:t>
      </w:r>
      <w:r w:rsidRPr="00A448DF">
        <w:rPr>
          <w:rFonts w:ascii="Times New Roman" w:hAnsi="Times New Roman" w:cs="Times New Roman"/>
          <w:lang w:val="ru-RU"/>
        </w:rPr>
        <w:t xml:space="preserve">) Хохлома    </w:t>
      </w:r>
      <w:r w:rsidRPr="00A448DF">
        <w:rPr>
          <w:rFonts w:ascii="Times New Roman" w:hAnsi="Times New Roman" w:cs="Times New Roman"/>
          <w:b/>
          <w:lang w:val="ru-RU"/>
        </w:rPr>
        <w:t>В</w:t>
      </w:r>
      <w:r w:rsidRPr="00A448DF">
        <w:rPr>
          <w:rFonts w:ascii="Times New Roman" w:hAnsi="Times New Roman" w:cs="Times New Roman"/>
          <w:lang w:val="ru-RU"/>
        </w:rPr>
        <w:t xml:space="preserve">)  Гжель </w:t>
      </w:r>
    </w:p>
    <w:p w:rsidR="00A448DF" w:rsidRPr="00A448DF" w:rsidRDefault="00A448DF" w:rsidP="00A448DF">
      <w:pPr>
        <w:spacing w:line="259" w:lineRule="auto"/>
        <w:ind w:right="2487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 </w:t>
      </w:r>
    </w:p>
    <w:p w:rsidR="00A448DF" w:rsidRPr="00A448DF" w:rsidRDefault="00A448DF" w:rsidP="00A448DF">
      <w:pPr>
        <w:numPr>
          <w:ilvl w:val="0"/>
          <w:numId w:val="39"/>
        </w:numPr>
        <w:spacing w:after="5" w:line="271" w:lineRule="auto"/>
        <w:ind w:hanging="360"/>
        <w:jc w:val="both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Найдите игрушку, которую сделали мастера из села Дымково </w:t>
      </w:r>
    </w:p>
    <w:p w:rsidR="00A448DF" w:rsidRPr="00A448DF" w:rsidRDefault="00A448DF" w:rsidP="00A448DF">
      <w:pPr>
        <w:tabs>
          <w:tab w:val="center" w:pos="5316"/>
          <w:tab w:val="center" w:pos="4946"/>
          <w:tab w:val="center" w:pos="6686"/>
          <w:tab w:val="center" w:pos="8957"/>
        </w:tabs>
        <w:spacing w:after="4" w:line="259" w:lineRule="auto"/>
        <w:rPr>
          <w:rFonts w:ascii="Times New Roman" w:eastAsia="Calibri" w:hAnsi="Times New Roman" w:cs="Times New Roman"/>
        </w:rPr>
      </w:pPr>
      <w:r w:rsidRPr="00A448DF">
        <w:rPr>
          <w:rFonts w:ascii="Times New Roman" w:eastAsia="Calibri" w:hAnsi="Times New Roman" w:cs="Times New Roman"/>
          <w:lang w:val="ru-RU"/>
        </w:rPr>
        <w:tab/>
      </w:r>
      <w:r w:rsidRPr="00A448DF">
        <w:rPr>
          <w:rFonts w:ascii="Times New Roman" w:eastAsia="Calibri" w:hAnsi="Times New Roman" w:cs="Times New Roman"/>
          <w:noProof/>
          <w:lang w:val="ru-RU" w:eastAsia="ru-RU"/>
        </w:rPr>
        <mc:AlternateContent>
          <mc:Choice Requires="wpg">
            <w:drawing>
              <wp:inline distT="0" distB="0" distL="0" distR="0" wp14:anchorId="7F957CF0" wp14:editId="24E6F109">
                <wp:extent cx="4486910" cy="1054735"/>
                <wp:effectExtent l="0" t="0" r="0" b="0"/>
                <wp:docPr id="41336" name="Group 41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6910" cy="1054735"/>
                          <a:chOff x="0" y="0"/>
                          <a:chExt cx="4486910" cy="1054735"/>
                        </a:xfrm>
                      </wpg:grpSpPr>
                      <pic:pic xmlns:pic="http://schemas.openxmlformats.org/drawingml/2006/picture">
                        <pic:nvPicPr>
                          <pic:cNvPr id="754" name="Picture 75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054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" name="Picture 75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179830" y="296748"/>
                            <a:ext cx="720725" cy="757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" name="Picture 76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153285" y="88265"/>
                            <a:ext cx="870585" cy="966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9" name="Picture 76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3240405" y="177165"/>
                            <a:ext cx="1246505" cy="877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933182" id="Group 41336" o:spid="_x0000_s1026" style="width:353.3pt;height:83.05pt;mso-position-horizontal-relative:char;mso-position-vertical-relative:line" coordsize="44869,105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">
                <v:shape id="Picture 754" o:spid="_x0000_s1027" type="#_x0000_t75" style="position:absolute;width:9937;height:10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">
                  <v:imagedata r:id="rId48" o:title=""/>
                </v:shape>
                <v:shape id="Picture 759" o:spid="_x0000_s1028" type="#_x0000_t75" style="position:absolute;left:11798;top:2967;width:7207;height:7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">
                  <v:imagedata r:id="rId49" o:title=""/>
                </v:shape>
                <v:shape id="Picture 764" o:spid="_x0000_s1029" type="#_x0000_t75" style="position:absolute;left:21532;top:882;width:8706;height:9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">
                  <v:imagedata r:id="rId50" o:title=""/>
                </v:shape>
                <v:shape id="Picture 769" o:spid="_x0000_s1030" type="#_x0000_t75" style="position:absolute;left:32404;top:1771;width:12465;height:8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">
                  <v:imagedata r:id="rId51" o:title=""/>
                </v:shape>
                <w10:anchorlock/>
              </v:group>
            </w:pict>
          </mc:Fallback>
        </mc:AlternateContent>
      </w:r>
      <w:r w:rsidRPr="00A448DF">
        <w:rPr>
          <w:rFonts w:ascii="Times New Roman" w:hAnsi="Times New Roman" w:cs="Times New Roman"/>
          <w:b/>
        </w:rPr>
        <w:t xml:space="preserve"> А </w:t>
      </w:r>
      <w:r w:rsidRPr="00A448DF">
        <w:rPr>
          <w:rFonts w:ascii="Times New Roman" w:hAnsi="Times New Roman" w:cs="Times New Roman"/>
          <w:b/>
        </w:rPr>
        <w:tab/>
        <w:t xml:space="preserve">   Б </w:t>
      </w:r>
      <w:r w:rsidRPr="00A448DF">
        <w:rPr>
          <w:rFonts w:ascii="Times New Roman" w:hAnsi="Times New Roman" w:cs="Times New Roman"/>
          <w:b/>
        </w:rPr>
        <w:tab/>
        <w:t xml:space="preserve">  В </w:t>
      </w:r>
      <w:r w:rsidRPr="00A448DF">
        <w:rPr>
          <w:rFonts w:ascii="Times New Roman" w:hAnsi="Times New Roman" w:cs="Times New Roman"/>
          <w:b/>
        </w:rPr>
        <w:tab/>
        <w:t xml:space="preserve"> Г </w:t>
      </w:r>
    </w:p>
    <w:p w:rsidR="00A448DF" w:rsidRPr="00A448DF" w:rsidRDefault="00A448DF" w:rsidP="00A448DF">
      <w:pPr>
        <w:spacing w:after="0" w:line="259" w:lineRule="auto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b/>
        </w:rPr>
        <w:t xml:space="preserve"> </w:t>
      </w:r>
    </w:p>
    <w:p w:rsidR="00A448DF" w:rsidRPr="00A448DF" w:rsidRDefault="00A448DF" w:rsidP="00A448DF">
      <w:pPr>
        <w:spacing w:after="0" w:line="259" w:lineRule="auto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b/>
        </w:rPr>
        <w:t xml:space="preserve"> </w:t>
      </w:r>
    </w:p>
    <w:p w:rsidR="00A448DF" w:rsidRPr="00A448DF" w:rsidRDefault="00A448DF" w:rsidP="00A448DF">
      <w:pPr>
        <w:spacing w:after="0" w:line="259" w:lineRule="auto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b/>
        </w:rPr>
        <w:lastRenderedPageBreak/>
        <w:t xml:space="preserve"> </w:t>
      </w:r>
    </w:p>
    <w:p w:rsidR="00A448DF" w:rsidRPr="00A448DF" w:rsidRDefault="00A448DF" w:rsidP="00A448DF">
      <w:pPr>
        <w:spacing w:after="26" w:line="259" w:lineRule="auto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b/>
        </w:rPr>
        <w:t xml:space="preserve"> </w:t>
      </w:r>
    </w:p>
    <w:p w:rsidR="00A448DF" w:rsidRPr="00A448DF" w:rsidRDefault="00A448DF" w:rsidP="00A448DF">
      <w:pPr>
        <w:numPr>
          <w:ilvl w:val="0"/>
          <w:numId w:val="39"/>
        </w:numPr>
        <w:spacing w:after="5" w:line="271" w:lineRule="auto"/>
        <w:ind w:hanging="360"/>
        <w:jc w:val="both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Найдите картину, выполненную в жанре натюрморт  </w:t>
      </w:r>
    </w:p>
    <w:p w:rsidR="00A448DF" w:rsidRPr="00A448DF" w:rsidRDefault="00A448DF" w:rsidP="00A448DF">
      <w:pPr>
        <w:spacing w:after="5" w:line="269" w:lineRule="auto"/>
        <w:jc w:val="both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i/>
          <w:lang w:val="ru-RU"/>
        </w:rPr>
        <w:t xml:space="preserve">Правильный ответ обведи кружочком </w:t>
      </w:r>
    </w:p>
    <w:p w:rsidR="00A448DF" w:rsidRPr="00A448DF" w:rsidRDefault="00A448DF" w:rsidP="00A448DF">
      <w:pPr>
        <w:tabs>
          <w:tab w:val="center" w:pos="3767"/>
          <w:tab w:val="center" w:pos="6799"/>
        </w:tabs>
        <w:spacing w:after="0" w:line="259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 wp14:anchorId="4AB9A4D6" wp14:editId="4EF572EB">
            <wp:extent cx="743585" cy="826135"/>
            <wp:effectExtent l="0" t="0" r="0" b="0"/>
            <wp:docPr id="10" name="Picture 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Picture 783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48DF">
        <w:rPr>
          <w:rFonts w:ascii="Times New Roman" w:hAnsi="Times New Roman" w:cs="Times New Roman"/>
          <w:b/>
          <w:lang w:val="ru-RU"/>
        </w:rPr>
        <w:t xml:space="preserve"> </w:t>
      </w:r>
      <w:r w:rsidRPr="00A448DF">
        <w:rPr>
          <w:rFonts w:ascii="Times New Roman" w:hAnsi="Times New Roman" w:cs="Times New Roman"/>
          <w:b/>
          <w:lang w:val="ru-RU"/>
        </w:rPr>
        <w:tab/>
      </w:r>
      <w:r w:rsidRPr="00A448DF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 wp14:anchorId="39467EA8" wp14:editId="6075D257">
            <wp:extent cx="1437005" cy="1031875"/>
            <wp:effectExtent l="0" t="0" r="0" b="0"/>
            <wp:docPr id="11" name="Picture 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Picture 78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48DF">
        <w:rPr>
          <w:rFonts w:ascii="Times New Roman" w:hAnsi="Times New Roman" w:cs="Times New Roman"/>
          <w:b/>
          <w:lang w:val="ru-RU"/>
        </w:rPr>
        <w:t xml:space="preserve"> </w:t>
      </w:r>
      <w:r w:rsidRPr="00A448DF">
        <w:rPr>
          <w:rFonts w:ascii="Times New Roman" w:hAnsi="Times New Roman" w:cs="Times New Roman"/>
          <w:b/>
          <w:lang w:val="ru-RU"/>
        </w:rPr>
        <w:tab/>
      </w:r>
      <w:r w:rsidRPr="00A448DF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 wp14:anchorId="23132F3F" wp14:editId="32083CFC">
            <wp:extent cx="572770" cy="958850"/>
            <wp:effectExtent l="0" t="0" r="0" b="0"/>
            <wp:docPr id="12" name="Picture 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Picture 789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48DF">
        <w:rPr>
          <w:rFonts w:ascii="Times New Roman" w:hAnsi="Times New Roman" w:cs="Times New Roman"/>
          <w:b/>
          <w:lang w:val="ru-RU"/>
        </w:rPr>
        <w:t xml:space="preserve"> </w:t>
      </w:r>
    </w:p>
    <w:p w:rsidR="00A448DF" w:rsidRPr="00A448DF" w:rsidRDefault="00A448DF" w:rsidP="00A448DF">
      <w:pPr>
        <w:tabs>
          <w:tab w:val="center" w:pos="2636"/>
          <w:tab w:val="center" w:pos="6398"/>
        </w:tabs>
        <w:spacing w:after="5" w:line="271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А </w:t>
      </w:r>
      <w:r w:rsidRPr="00A448DF">
        <w:rPr>
          <w:rFonts w:ascii="Times New Roman" w:hAnsi="Times New Roman" w:cs="Times New Roman"/>
          <w:b/>
          <w:lang w:val="ru-RU"/>
        </w:rPr>
        <w:tab/>
        <w:t xml:space="preserve">Б </w:t>
      </w:r>
      <w:r w:rsidRPr="00A448DF">
        <w:rPr>
          <w:rFonts w:ascii="Times New Roman" w:hAnsi="Times New Roman" w:cs="Times New Roman"/>
          <w:b/>
          <w:lang w:val="ru-RU"/>
        </w:rPr>
        <w:tab/>
        <w:t xml:space="preserve">В </w:t>
      </w:r>
    </w:p>
    <w:p w:rsidR="00A448DF" w:rsidRPr="00A448DF" w:rsidRDefault="00A448DF" w:rsidP="00A448DF">
      <w:pPr>
        <w:spacing w:after="0" w:line="259" w:lineRule="auto"/>
        <w:jc w:val="center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 </w:t>
      </w:r>
    </w:p>
    <w:p w:rsidR="00A448DF" w:rsidRPr="00A448DF" w:rsidRDefault="00A448DF" w:rsidP="00A448DF">
      <w:pPr>
        <w:spacing w:after="0" w:line="259" w:lineRule="auto"/>
        <w:jc w:val="center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 </w:t>
      </w:r>
    </w:p>
    <w:p w:rsidR="00A448DF" w:rsidRPr="00A448DF" w:rsidRDefault="00A448DF" w:rsidP="00A448DF">
      <w:pPr>
        <w:spacing w:after="20" w:line="259" w:lineRule="auto"/>
        <w:jc w:val="center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 </w:t>
      </w:r>
    </w:p>
    <w:p w:rsidR="00A448DF" w:rsidRPr="00A448DF" w:rsidRDefault="00A448DF" w:rsidP="00A448DF">
      <w:pPr>
        <w:numPr>
          <w:ilvl w:val="0"/>
          <w:numId w:val="39"/>
        </w:numPr>
        <w:spacing w:after="5" w:line="271" w:lineRule="auto"/>
        <w:ind w:hanging="360"/>
        <w:jc w:val="both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Распредели картинки в две группы. </w:t>
      </w:r>
      <w:r w:rsidRPr="00A448DF">
        <w:rPr>
          <w:rFonts w:ascii="Times New Roman" w:hAnsi="Times New Roman" w:cs="Times New Roman"/>
          <w:i/>
          <w:lang w:val="ru-RU"/>
        </w:rPr>
        <w:t xml:space="preserve"> </w:t>
      </w:r>
      <w:r w:rsidRPr="00A448DF">
        <w:rPr>
          <w:rFonts w:ascii="Times New Roman" w:hAnsi="Times New Roman" w:cs="Times New Roman"/>
          <w:i/>
        </w:rPr>
        <w:t xml:space="preserve">Впиши буквы в нужную строку </w:t>
      </w:r>
    </w:p>
    <w:p w:rsidR="00A448DF" w:rsidRPr="00A448DF" w:rsidRDefault="00A448DF" w:rsidP="00A448DF">
      <w:pPr>
        <w:spacing w:after="0" w:line="259" w:lineRule="auto"/>
        <w:jc w:val="center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b/>
        </w:rPr>
        <w:t xml:space="preserve"> </w:t>
      </w:r>
    </w:p>
    <w:tbl>
      <w:tblPr>
        <w:tblStyle w:val="TableGrid"/>
        <w:tblW w:w="10728" w:type="dxa"/>
        <w:tblInd w:w="0" w:type="dxa"/>
        <w:tblCellMar>
          <w:left w:w="5" w:type="dxa"/>
          <w:bottom w:w="8" w:type="dxa"/>
        </w:tblCellMar>
        <w:tblLook w:val="04A0" w:firstRow="1" w:lastRow="0" w:firstColumn="1" w:lastColumn="0" w:noHBand="0" w:noVBand="1"/>
      </w:tblPr>
      <w:tblGrid>
        <w:gridCol w:w="2861"/>
        <w:gridCol w:w="2451"/>
        <w:gridCol w:w="423"/>
        <w:gridCol w:w="1752"/>
        <w:gridCol w:w="1085"/>
        <w:gridCol w:w="2156"/>
      </w:tblGrid>
      <w:tr w:rsidR="00A448DF" w:rsidRPr="00A448DF" w:rsidTr="00246639">
        <w:trPr>
          <w:trHeight w:val="2132"/>
        </w:trPr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011852C3" wp14:editId="1D2BB3B2">
                  <wp:extent cx="771335" cy="1118692"/>
                  <wp:effectExtent l="0" t="0" r="0" b="0"/>
                  <wp:docPr id="13" name="Picture 8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" name="Picture 82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335" cy="1118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8DF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448DF" w:rsidRPr="00A448DF" w:rsidRDefault="00A448DF" w:rsidP="00246639">
            <w:pPr>
              <w:ind w:right="4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А 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A448DF" w:rsidRPr="00A448DF" w:rsidRDefault="00A448DF" w:rsidP="00246639">
            <w:pPr>
              <w:spacing w:after="8"/>
              <w:ind w:right="-4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309977A0" wp14:editId="0A8F10CE">
                  <wp:extent cx="1298575" cy="988695"/>
                  <wp:effectExtent l="0" t="0" r="0" b="0"/>
                  <wp:docPr id="14" name="Picture 8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" name="Picture 83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75" cy="9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48DF" w:rsidRPr="00A448DF" w:rsidRDefault="00A448DF" w:rsidP="00246639">
            <w:pPr>
              <w:spacing w:after="13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Б </w:t>
            </w:r>
          </w:p>
        </w:tc>
        <w:tc>
          <w:tcPr>
            <w:tcW w:w="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A448DF" w:rsidRPr="00A448DF" w:rsidRDefault="00A448DF" w:rsidP="00246639">
            <w:pPr>
              <w:spacing w:after="45"/>
              <w:ind w:right="-224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2D84583C" wp14:editId="4939CA21">
                  <wp:extent cx="713105" cy="999490"/>
                  <wp:effectExtent l="0" t="0" r="0" b="0"/>
                  <wp:docPr id="15" name="Picture 8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" name="Picture 84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48DF" w:rsidRPr="00A448DF" w:rsidRDefault="00A448DF" w:rsidP="00246639">
            <w:pPr>
              <w:ind w:right="255"/>
              <w:jc w:val="right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В </w:t>
            </w:r>
          </w:p>
        </w:tc>
        <w:tc>
          <w:tcPr>
            <w:tcW w:w="10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490C2B64" wp14:editId="72E983ED">
                  <wp:extent cx="608330" cy="1081900"/>
                  <wp:effectExtent l="0" t="0" r="0" b="0"/>
                  <wp:docPr id="16" name="Picture 8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" name="Picture 84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30" cy="108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8DF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448DF" w:rsidRPr="00A448DF" w:rsidRDefault="00A448DF" w:rsidP="00246639">
            <w:pPr>
              <w:ind w:right="11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Г </w:t>
            </w:r>
          </w:p>
        </w:tc>
      </w:tr>
      <w:tr w:rsidR="00A448DF" w:rsidRPr="00A448DF" w:rsidTr="00246639">
        <w:trPr>
          <w:trHeight w:val="2350"/>
        </w:trPr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03770AD2" wp14:editId="08E6C72D">
                  <wp:extent cx="975360" cy="1085342"/>
                  <wp:effectExtent l="0" t="0" r="0" b="0"/>
                  <wp:docPr id="17" name="Picture 8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" name="Picture 86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108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8DF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448DF" w:rsidRPr="00A448DF" w:rsidRDefault="00A448DF" w:rsidP="00246639">
            <w:pPr>
              <w:ind w:right="7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Д 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1873B542" wp14:editId="29FD6963">
                  <wp:extent cx="836295" cy="1129030"/>
                  <wp:effectExtent l="0" t="0" r="0" b="0"/>
                  <wp:docPr id="18" name="Picture 8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" name="Picture 871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295" cy="112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8DF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448DF" w:rsidRPr="00A448DF" w:rsidRDefault="00A448DF" w:rsidP="00246639">
            <w:pPr>
              <w:ind w:right="10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Е </w:t>
            </w:r>
          </w:p>
        </w:tc>
        <w:tc>
          <w:tcPr>
            <w:tcW w:w="2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79C0CE95" wp14:editId="74C21F3D">
                  <wp:extent cx="848995" cy="1133475"/>
                  <wp:effectExtent l="0" t="0" r="0" b="0"/>
                  <wp:docPr id="19" name="Picture 8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" name="Picture 876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8DF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448DF" w:rsidRPr="00A448DF" w:rsidRDefault="00A448DF" w:rsidP="00246639">
            <w:pPr>
              <w:ind w:right="7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Ж </w:t>
            </w:r>
          </w:p>
        </w:tc>
        <w:tc>
          <w:tcPr>
            <w:tcW w:w="32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448DF" w:rsidRPr="00A448DF" w:rsidRDefault="00A448DF" w:rsidP="00246639">
            <w:pPr>
              <w:ind w:right="437"/>
              <w:jc w:val="right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563563C4" wp14:editId="594132BD">
                  <wp:extent cx="1428115" cy="1133843"/>
                  <wp:effectExtent l="0" t="0" r="0" b="0"/>
                  <wp:docPr id="20" name="Picture 8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" name="Picture 881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15" cy="113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8DF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448DF" w:rsidRPr="00A448DF" w:rsidRDefault="00A448DF" w:rsidP="00246639">
            <w:pPr>
              <w:spacing w:after="10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448DF" w:rsidRPr="00A448DF" w:rsidRDefault="00A448DF" w:rsidP="00246639">
            <w:pPr>
              <w:ind w:right="7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З </w:t>
            </w:r>
          </w:p>
        </w:tc>
      </w:tr>
    </w:tbl>
    <w:p w:rsidR="00A448DF" w:rsidRPr="00A448DF" w:rsidRDefault="00A448DF" w:rsidP="00A448DF">
      <w:pPr>
        <w:spacing w:after="0" w:line="259" w:lineRule="auto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i/>
        </w:rPr>
        <w:t xml:space="preserve"> </w:t>
      </w:r>
    </w:p>
    <w:tbl>
      <w:tblPr>
        <w:tblStyle w:val="TableGrid"/>
        <w:tblW w:w="10730" w:type="dxa"/>
        <w:tblInd w:w="0" w:type="dxa"/>
        <w:tblCellMar>
          <w:top w:w="9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787"/>
        <w:gridCol w:w="5943"/>
      </w:tblGrid>
      <w:tr w:rsidR="00A448DF" w:rsidRPr="00A448DF" w:rsidTr="00246639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Реальность </w:t>
            </w:r>
          </w:p>
        </w:tc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448DF" w:rsidRPr="00A448DF" w:rsidTr="00246639">
        <w:trPr>
          <w:trHeight w:val="28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Фантазия </w:t>
            </w:r>
          </w:p>
        </w:tc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A448DF" w:rsidRPr="00A448DF" w:rsidRDefault="00A448DF" w:rsidP="00A448DF">
      <w:pPr>
        <w:spacing w:after="0" w:line="259" w:lineRule="auto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b/>
        </w:rPr>
        <w:t xml:space="preserve"> </w:t>
      </w:r>
    </w:p>
    <w:p w:rsidR="00A448DF" w:rsidRPr="00A448DF" w:rsidRDefault="00A448DF" w:rsidP="00A448DF">
      <w:pPr>
        <w:spacing w:after="26" w:line="259" w:lineRule="auto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b/>
        </w:rPr>
        <w:t xml:space="preserve"> </w:t>
      </w:r>
    </w:p>
    <w:p w:rsidR="00A448DF" w:rsidRPr="00A448DF" w:rsidRDefault="00A448DF" w:rsidP="00A448DF">
      <w:pPr>
        <w:spacing w:after="5" w:line="271" w:lineRule="auto"/>
        <w:jc w:val="both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>Правильные ответы к  КИМ №2 (5класс)</w:t>
      </w:r>
      <w:r w:rsidRPr="00A448DF">
        <w:rPr>
          <w:rFonts w:ascii="Times New Roman" w:hAnsi="Times New Roman" w:cs="Times New Roman"/>
          <w:lang w:val="ru-RU"/>
        </w:rPr>
        <w:t xml:space="preserve"> </w:t>
      </w:r>
    </w:p>
    <w:tbl>
      <w:tblPr>
        <w:tblStyle w:val="TableGrid"/>
        <w:tblW w:w="10567" w:type="dxa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244"/>
        <w:gridCol w:w="5245"/>
        <w:gridCol w:w="1277"/>
        <w:gridCol w:w="2801"/>
      </w:tblGrid>
      <w:tr w:rsidR="00A448DF" w:rsidRPr="00A448DF" w:rsidTr="00246639">
        <w:trPr>
          <w:trHeight w:val="562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spacing w:after="24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      №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задания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   Правильные   ответы </w:t>
            </w: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spacing w:after="24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      №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задания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>Правильные   ответы</w:t>
            </w: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448DF" w:rsidRPr="00A448DF" w:rsidTr="00246639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Злые       Добрые </w:t>
            </w:r>
          </w:p>
        </w:tc>
      </w:tr>
      <w:tr w:rsidR="00A448DF" w:rsidRPr="00A448DF" w:rsidTr="00246639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Б-хохлома </w:t>
            </w:r>
          </w:p>
        </w:tc>
      </w:tr>
      <w:tr w:rsidR="00A448DF" w:rsidRPr="00A448DF" w:rsidTr="00246639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Б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В-дымково </w:t>
            </w:r>
          </w:p>
        </w:tc>
      </w:tr>
      <w:tr w:rsidR="00A448DF" w:rsidRPr="00A448DF" w:rsidTr="00246639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А-тушь; Б-гуашь; В-постель; Г-аквар.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Б-натюрморт </w:t>
            </w:r>
          </w:p>
        </w:tc>
      </w:tr>
      <w:tr w:rsidR="00A448DF" w:rsidRPr="009E482D" w:rsidTr="00246639">
        <w:trPr>
          <w:trHeight w:val="564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В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Реальность-Б,В,Г,Ж Фантазия-А,Д,Е,З </w:t>
            </w:r>
          </w:p>
        </w:tc>
      </w:tr>
    </w:tbl>
    <w:p w:rsidR="00A448DF" w:rsidRPr="00A448DF" w:rsidRDefault="00A448DF" w:rsidP="00A448DF">
      <w:pPr>
        <w:spacing w:after="5" w:line="271" w:lineRule="auto"/>
        <w:jc w:val="both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b/>
        </w:rPr>
        <w:t xml:space="preserve">Критерии оценивания </w:t>
      </w:r>
    </w:p>
    <w:tbl>
      <w:tblPr>
        <w:tblStyle w:val="TableGrid"/>
        <w:tblW w:w="10567" w:type="dxa"/>
        <w:tblInd w:w="0" w:type="dxa"/>
        <w:tblCellMar>
          <w:top w:w="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283"/>
        <w:gridCol w:w="5284"/>
      </w:tblGrid>
      <w:tr w:rsidR="00A448DF" w:rsidRPr="00A448DF" w:rsidTr="00246639">
        <w:trPr>
          <w:trHeight w:val="286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Оценка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5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Количество правильных ответов </w:t>
            </w:r>
          </w:p>
        </w:tc>
      </w:tr>
      <w:tr w:rsidR="00A448DF" w:rsidRPr="00A448DF" w:rsidTr="00246639">
        <w:trPr>
          <w:trHeight w:val="286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«отлично»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7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10 </w:t>
            </w:r>
          </w:p>
        </w:tc>
      </w:tr>
      <w:tr w:rsidR="00A448DF" w:rsidRPr="00A448DF" w:rsidTr="00246639">
        <w:trPr>
          <w:trHeight w:val="286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«хорошо»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5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8-9 </w:t>
            </w:r>
          </w:p>
        </w:tc>
      </w:tr>
      <w:tr w:rsidR="00A448DF" w:rsidRPr="00A448DF" w:rsidTr="00246639">
        <w:trPr>
          <w:trHeight w:val="286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«удовлетворительно»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5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5-7 </w:t>
            </w:r>
          </w:p>
        </w:tc>
      </w:tr>
      <w:tr w:rsidR="00A448DF" w:rsidRPr="00A448DF" w:rsidTr="00246639">
        <w:trPr>
          <w:trHeight w:val="288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«неудовлетворительно»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5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1-4 </w:t>
            </w:r>
          </w:p>
        </w:tc>
      </w:tr>
    </w:tbl>
    <w:p w:rsidR="00A448DF" w:rsidRPr="00A448DF" w:rsidRDefault="00A448DF" w:rsidP="00A448DF">
      <w:pPr>
        <w:spacing w:after="0" w:line="259" w:lineRule="auto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b/>
        </w:rPr>
        <w:t xml:space="preserve"> </w:t>
      </w:r>
    </w:p>
    <w:p w:rsidR="00A448DF" w:rsidRPr="00A448DF" w:rsidRDefault="00A448DF" w:rsidP="00A448DF">
      <w:pPr>
        <w:spacing w:after="26" w:line="259" w:lineRule="auto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b/>
        </w:rPr>
        <w:t xml:space="preserve"> </w:t>
      </w:r>
    </w:p>
    <w:p w:rsidR="00A448DF" w:rsidRPr="00A448DF" w:rsidRDefault="00A448DF" w:rsidP="00A448DF">
      <w:pPr>
        <w:spacing w:after="5" w:line="271" w:lineRule="auto"/>
        <w:jc w:val="both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b/>
        </w:rPr>
        <w:lastRenderedPageBreak/>
        <w:t xml:space="preserve"> КИМ №3  ( 5 класс). ГОДОВАЯ ТВОРЧЕСКАЯ РАБОТА </w:t>
      </w:r>
    </w:p>
    <w:p w:rsidR="00A448DF" w:rsidRPr="00A448DF" w:rsidRDefault="00A448DF" w:rsidP="00A448DF">
      <w:pPr>
        <w:spacing w:after="5" w:line="271" w:lineRule="auto"/>
        <w:ind w:right="1842"/>
        <w:jc w:val="both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Придумай и нарисуй домик для любого из перечисленных ниже  сказочных персонажей. </w:t>
      </w:r>
      <w:r w:rsidRPr="00A448DF">
        <w:rPr>
          <w:rFonts w:ascii="Times New Roman" w:hAnsi="Times New Roman" w:cs="Times New Roman"/>
          <w:i/>
        </w:rPr>
        <w:t xml:space="preserve">Материал выбирай самостоятельно </w:t>
      </w:r>
    </w:p>
    <w:p w:rsidR="00A448DF" w:rsidRPr="00A448DF" w:rsidRDefault="00A448DF" w:rsidP="00A448DF">
      <w:pPr>
        <w:spacing w:after="0" w:line="259" w:lineRule="auto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W w:w="10550" w:type="dxa"/>
        <w:tblInd w:w="0" w:type="dxa"/>
        <w:tblCellMar>
          <w:top w:w="5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728"/>
        <w:gridCol w:w="2605"/>
        <w:gridCol w:w="2820"/>
        <w:gridCol w:w="3397"/>
      </w:tblGrid>
      <w:tr w:rsidR="00A448DF" w:rsidRPr="00A448DF" w:rsidTr="00246639">
        <w:trPr>
          <w:trHeight w:val="286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Водяной 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Дюймовочка 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Черепаха Тортилла 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Мальчик-с-пальчик </w:t>
            </w:r>
          </w:p>
        </w:tc>
      </w:tr>
      <w:tr w:rsidR="00A448DF" w:rsidRPr="00A448DF" w:rsidTr="00246639">
        <w:trPr>
          <w:trHeight w:val="286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Леший  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Жар-птица 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Царевна-лягушка 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Змей Горыныч </w:t>
            </w:r>
          </w:p>
        </w:tc>
      </w:tr>
      <w:tr w:rsidR="00A448DF" w:rsidRPr="00A448DF" w:rsidTr="00246639">
        <w:trPr>
          <w:trHeight w:val="286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Русалочка 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Сеньор Помидор 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Мамонтенок  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Ослик Иа </w:t>
            </w:r>
          </w:p>
        </w:tc>
      </w:tr>
    </w:tbl>
    <w:p w:rsidR="00A448DF" w:rsidRPr="00A448DF" w:rsidRDefault="00A448DF" w:rsidP="00A448DF">
      <w:pPr>
        <w:spacing w:after="17" w:line="259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i/>
          <w:lang w:val="ru-RU"/>
        </w:rPr>
        <w:t xml:space="preserve">Критерии оценивания детских работ по творческому заданию следующие: </w:t>
      </w:r>
    </w:p>
    <w:p w:rsidR="00A448DF" w:rsidRPr="00A448DF" w:rsidRDefault="00A448DF" w:rsidP="00A448DF">
      <w:pPr>
        <w:spacing w:after="5" w:line="270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>"отлично"</w:t>
      </w:r>
      <w:r w:rsidRPr="00A448DF">
        <w:rPr>
          <w:rFonts w:ascii="Times New Roman" w:hAnsi="Times New Roman" w:cs="Times New Roman"/>
          <w:lang w:val="ru-RU"/>
        </w:rPr>
        <w:t xml:space="preserve"> -  работа выполнена в соответствии вышеназванным требованиям, в ней раскрыта  поставленная проблема, сформулированы выводы, имеющие теоретическую  и, – или практическую направленность для современного общества.                 </w:t>
      </w:r>
    </w:p>
    <w:p w:rsidR="00A448DF" w:rsidRPr="00A448DF" w:rsidRDefault="00A448DF" w:rsidP="00A448DF">
      <w:pPr>
        <w:spacing w:after="5" w:line="270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>"хорошо"</w:t>
      </w:r>
      <w:r w:rsidRPr="00A448DF">
        <w:rPr>
          <w:rFonts w:ascii="Times New Roman" w:hAnsi="Times New Roman" w:cs="Times New Roman"/>
          <w:lang w:val="ru-RU"/>
        </w:rPr>
        <w:t xml:space="preserve">  - работа выполнена в соответствии вышеназванным требованиям, в ней раскрыта  поставленная проблема, однако, выводы сформулированы не четко, не достаточно раскрыто  теоретическое  и, – или практическое значение выполненной работы. </w:t>
      </w:r>
    </w:p>
    <w:p w:rsidR="00A448DF" w:rsidRPr="00A448DF" w:rsidRDefault="00A448DF" w:rsidP="00A448DF">
      <w:pPr>
        <w:spacing w:after="5" w:line="270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>"удовлетворительно"-</w:t>
      </w:r>
      <w:r w:rsidRPr="00A448DF">
        <w:rPr>
          <w:rFonts w:ascii="Times New Roman" w:hAnsi="Times New Roman" w:cs="Times New Roman"/>
          <w:lang w:val="ru-RU"/>
        </w:rPr>
        <w:t xml:space="preserve"> работа выполнена в соответствии вышеназванным требованиям, в ней не достаточно четко сформулирована проблема,  выводы сформулированы не четко, не достаточно раскрыто ее теоретическое  и, – или практическое значение. </w:t>
      </w:r>
    </w:p>
    <w:p w:rsidR="00A448DF" w:rsidRPr="00A448DF" w:rsidRDefault="00A448DF" w:rsidP="00A448DF">
      <w:pPr>
        <w:spacing w:after="5" w:line="270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lang w:val="ru-RU"/>
        </w:rPr>
        <w:t xml:space="preserve">"неудовлетворительно"- работа не выполнена в соответствии с вышеназванными требованиями. </w:t>
      </w:r>
    </w:p>
    <w:p w:rsidR="00A448DF" w:rsidRPr="00A448DF" w:rsidRDefault="00A448DF" w:rsidP="00A448DF">
      <w:pPr>
        <w:spacing w:after="22" w:line="259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 </w:t>
      </w:r>
    </w:p>
    <w:p w:rsidR="00A448DF" w:rsidRPr="00A448DF" w:rsidRDefault="00A448DF" w:rsidP="00A448DF">
      <w:pPr>
        <w:tabs>
          <w:tab w:val="center" w:pos="6563"/>
        </w:tabs>
        <w:spacing w:after="5" w:line="271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 </w:t>
      </w:r>
      <w:r w:rsidRPr="00A448DF">
        <w:rPr>
          <w:rFonts w:ascii="Times New Roman" w:hAnsi="Times New Roman" w:cs="Times New Roman"/>
          <w:b/>
          <w:lang w:val="ru-RU"/>
        </w:rPr>
        <w:tab/>
        <w:t xml:space="preserve">     Входная диагностика</w:t>
      </w:r>
      <w:r w:rsidRPr="00A448DF">
        <w:rPr>
          <w:rFonts w:ascii="Times New Roman" w:hAnsi="Times New Roman" w:cs="Times New Roman"/>
          <w:lang w:val="ru-RU"/>
        </w:rPr>
        <w:t xml:space="preserve"> </w:t>
      </w:r>
      <w:r w:rsidRPr="00A448DF">
        <w:rPr>
          <w:rFonts w:ascii="Times New Roman" w:hAnsi="Times New Roman" w:cs="Times New Roman"/>
          <w:b/>
          <w:lang w:val="ru-RU"/>
        </w:rPr>
        <w:t xml:space="preserve">КИМ №1(6класс) </w:t>
      </w:r>
    </w:p>
    <w:p w:rsidR="00A448DF" w:rsidRPr="00A448DF" w:rsidRDefault="00A448DF" w:rsidP="00A448DF">
      <w:pPr>
        <w:spacing w:after="17" w:line="259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 </w:t>
      </w:r>
    </w:p>
    <w:p w:rsidR="00A448DF" w:rsidRPr="00A448DF" w:rsidRDefault="00A448DF" w:rsidP="00A448DF">
      <w:pPr>
        <w:spacing w:after="5" w:line="269" w:lineRule="auto"/>
        <w:jc w:val="both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i/>
          <w:lang w:val="ru-RU"/>
        </w:rPr>
        <w:t xml:space="preserve">Правильные ответы обведи кружочком </w:t>
      </w:r>
    </w:p>
    <w:tbl>
      <w:tblPr>
        <w:tblStyle w:val="TableGrid"/>
        <w:tblW w:w="10550" w:type="dxa"/>
        <w:tblInd w:w="0" w:type="dxa"/>
        <w:tblCellMar>
          <w:top w:w="53" w:type="dxa"/>
          <w:left w:w="108" w:type="dxa"/>
          <w:right w:w="95" w:type="dxa"/>
        </w:tblCellMar>
        <w:tblLook w:val="04A0" w:firstRow="1" w:lastRow="0" w:firstColumn="1" w:lastColumn="0" w:noHBand="0" w:noVBand="1"/>
      </w:tblPr>
      <w:tblGrid>
        <w:gridCol w:w="5149"/>
        <w:gridCol w:w="5401"/>
      </w:tblGrid>
      <w:tr w:rsidR="00A448DF" w:rsidRPr="009E482D" w:rsidTr="00246639">
        <w:trPr>
          <w:trHeight w:val="562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1. Какие цвета называют теплыми?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spacing w:after="22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жёлтый   Б) красный   В) зелёный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Г) синий      Д) голубой    Е) оранжевый </w:t>
            </w:r>
          </w:p>
        </w:tc>
      </w:tr>
      <w:tr w:rsidR="00A448DF" w:rsidRPr="00A448DF" w:rsidTr="00246639">
        <w:trPr>
          <w:trHeight w:val="840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2. Назовите основные цвета: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spacing w:after="22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желтый, зеленый, красный      </w:t>
            </w:r>
          </w:p>
          <w:p w:rsidR="00A448DF" w:rsidRPr="00A448DF" w:rsidRDefault="00A448DF" w:rsidP="00246639">
            <w:pPr>
              <w:spacing w:after="21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Б) красный, синий, зеленый       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В) желтый, красный, синий  </w:t>
            </w:r>
          </w:p>
        </w:tc>
      </w:tr>
      <w:tr w:rsidR="00A448DF" w:rsidRPr="009E482D" w:rsidTr="00246639">
        <w:trPr>
          <w:trHeight w:val="562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3. При соединении жёлтого и синего цветов можно получить: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фиолетовый  Б) зелёный  В) оранжевый </w:t>
            </w:r>
          </w:p>
        </w:tc>
      </w:tr>
      <w:tr w:rsidR="00A448DF" w:rsidRPr="00A448DF" w:rsidTr="00246639">
        <w:trPr>
          <w:trHeight w:val="838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4. Какие цвета относятся к холодным: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spacing w:after="22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синий, зеленый       </w:t>
            </w:r>
          </w:p>
          <w:p w:rsidR="00A448DF" w:rsidRPr="00A448DF" w:rsidRDefault="00A448DF" w:rsidP="00246639">
            <w:pPr>
              <w:spacing w:after="22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Б) голубой, черный     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В) фиолетовый, коричневый </w:t>
            </w:r>
          </w:p>
        </w:tc>
      </w:tr>
      <w:tr w:rsidR="00A448DF" w:rsidRPr="009E482D" w:rsidTr="00246639">
        <w:trPr>
          <w:trHeight w:val="823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both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5. Кто изображен на знаменитой картине Виктора Васнецова?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spacing w:after="22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Три богатыря.      Б) Три поросенка. 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В) Три мушкетера    Г) Три толстяка. </w:t>
            </w:r>
          </w:p>
        </w:tc>
      </w:tr>
      <w:tr w:rsidR="00A448DF" w:rsidRPr="009E482D" w:rsidTr="00246639">
        <w:trPr>
          <w:trHeight w:val="562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both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6. Геометрический орнамент может состоять из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spacing w:after="22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цветов         Б) животных        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В) кругов, треугольников, квадратов </w:t>
            </w:r>
          </w:p>
        </w:tc>
      </w:tr>
      <w:tr w:rsidR="00A448DF" w:rsidRPr="009E482D" w:rsidTr="00246639">
        <w:trPr>
          <w:trHeight w:val="1390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7. Кто такой живописец?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spacing w:after="1" w:line="278" w:lineRule="auto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Человек, умеющий быстро писать, стенографист. </w:t>
            </w:r>
          </w:p>
          <w:p w:rsidR="00A448DF" w:rsidRPr="00A448DF" w:rsidRDefault="00A448DF" w:rsidP="00246639">
            <w:pPr>
              <w:spacing w:after="19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Б) Писатель, пишущий живые, веселые рассказы. </w:t>
            </w:r>
          </w:p>
          <w:p w:rsidR="00A448DF" w:rsidRPr="00A448DF" w:rsidRDefault="00A448DF" w:rsidP="00246639">
            <w:pPr>
              <w:spacing w:after="23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В) Художник.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Г) Очень быстро и много рисующий человек. </w:t>
            </w:r>
          </w:p>
        </w:tc>
      </w:tr>
      <w:tr w:rsidR="00A448DF" w:rsidRPr="009E482D" w:rsidTr="00246639">
        <w:trPr>
          <w:trHeight w:val="564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both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 8. Как называют художественное произведение из двух частей?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Диптих    Б) Триптих     В) Полиптих </w:t>
            </w:r>
          </w:p>
        </w:tc>
      </w:tr>
      <w:tr w:rsidR="00A448DF" w:rsidRPr="009E482D" w:rsidTr="00246639">
        <w:trPr>
          <w:trHeight w:val="562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9. Какой из этих видов искусств не является изобразительным?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1988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Скульптура     Б) Музыка В) Живопись        Г) Графика </w:t>
            </w:r>
          </w:p>
        </w:tc>
      </w:tr>
      <w:tr w:rsidR="00A448DF" w:rsidRPr="009E482D" w:rsidTr="00246639">
        <w:trPr>
          <w:trHeight w:val="562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10. Какой из этих цветов не относится к теплым?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spacing w:after="22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Оранжевый      Б) Синий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В) Желтый             Г) Коричневый </w:t>
            </w:r>
          </w:p>
        </w:tc>
      </w:tr>
      <w:tr w:rsidR="00A448DF" w:rsidRPr="009E482D" w:rsidTr="00246639">
        <w:trPr>
          <w:trHeight w:val="562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11. Какого цвета нет у радуги?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1392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Оранжевый       Б) Фиолетовый В) Зеленый             Г) Розовый </w:t>
            </w:r>
          </w:p>
        </w:tc>
      </w:tr>
      <w:tr w:rsidR="00A448DF" w:rsidRPr="009E482D" w:rsidTr="00246639">
        <w:trPr>
          <w:trHeight w:val="562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12. В каком жанре написаны наиболее известные картины Ивана Шишкина?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Пейзаж      Б) Портрет     В) Натюрморт </w:t>
            </w:r>
          </w:p>
        </w:tc>
      </w:tr>
      <w:tr w:rsidR="00A448DF" w:rsidRPr="009E482D" w:rsidTr="00246639">
        <w:trPr>
          <w:trHeight w:val="562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both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lastRenderedPageBreak/>
              <w:t xml:space="preserve">13. Кто написал картину «Царевна Лебедь»?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507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Василий Суриков  Б) Алексей Саврасов В) Михаил Врубель    Г) Илья Репин </w:t>
            </w:r>
          </w:p>
        </w:tc>
      </w:tr>
      <w:tr w:rsidR="00A448DF" w:rsidRPr="009E482D" w:rsidTr="00246639">
        <w:trPr>
          <w:trHeight w:val="565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14. Какой цвет в радуге соседствует с красным?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637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Желтый    Б) Зеленый    В) Оранжевый Г) Голубой </w:t>
            </w:r>
          </w:p>
        </w:tc>
      </w:tr>
      <w:tr w:rsidR="00A448DF" w:rsidRPr="009E482D" w:rsidTr="00246639">
        <w:trPr>
          <w:trHeight w:val="562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15. Какой цвет имеет краска «индиго»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707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Желтый     Б) Синий      В) Сиреневый Г) Розовый </w:t>
            </w:r>
          </w:p>
        </w:tc>
      </w:tr>
      <w:tr w:rsidR="00A448DF" w:rsidRPr="009E482D" w:rsidTr="00246639">
        <w:trPr>
          <w:trHeight w:val="562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16. Какой материал не используют в своей работе скульпторы?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959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Дерево      Б) Мрамор       В) Стекло Г) Глину </w:t>
            </w:r>
          </w:p>
        </w:tc>
      </w:tr>
      <w:tr w:rsidR="00A448DF" w:rsidRPr="009E482D" w:rsidTr="00246639">
        <w:trPr>
          <w:trHeight w:val="562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17. Орнамент – это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1119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 А) вышивка               Б) мозаика          В) узор, основанный на ритме </w:t>
            </w:r>
          </w:p>
        </w:tc>
      </w:tr>
    </w:tbl>
    <w:p w:rsidR="00A448DF" w:rsidRPr="00A448DF" w:rsidRDefault="00A448DF" w:rsidP="00A448DF">
      <w:pPr>
        <w:spacing w:after="26" w:line="259" w:lineRule="auto"/>
        <w:jc w:val="center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 </w:t>
      </w:r>
    </w:p>
    <w:p w:rsidR="00A448DF" w:rsidRPr="00A448DF" w:rsidRDefault="00A448DF" w:rsidP="00A448DF">
      <w:pPr>
        <w:spacing w:after="5" w:line="271" w:lineRule="auto"/>
        <w:jc w:val="both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>Правильные ответы к  КИМ №1(6класс)</w:t>
      </w:r>
      <w:r w:rsidRPr="00A448DF">
        <w:rPr>
          <w:rFonts w:ascii="Times New Roman" w:hAnsi="Times New Roman" w:cs="Times New Roman"/>
          <w:lang w:val="ru-RU"/>
        </w:rPr>
        <w:t xml:space="preserve"> </w:t>
      </w:r>
    </w:p>
    <w:tbl>
      <w:tblPr>
        <w:tblStyle w:val="TableGrid"/>
        <w:tblW w:w="10567" w:type="dxa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244"/>
        <w:gridCol w:w="5245"/>
        <w:gridCol w:w="1277"/>
        <w:gridCol w:w="2801"/>
      </w:tblGrid>
      <w:tr w:rsidR="00A448DF" w:rsidRPr="00A448DF" w:rsidTr="00246639">
        <w:trPr>
          <w:trHeight w:val="562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spacing w:after="24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      №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задания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   Правильные   ответы </w:t>
            </w: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spacing w:after="24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      №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задания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>Правильные   ответы</w:t>
            </w: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448DF" w:rsidRPr="00A448DF" w:rsidTr="00246639">
        <w:trPr>
          <w:trHeight w:val="288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А; Б; В; Е.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Б </w:t>
            </w:r>
          </w:p>
        </w:tc>
      </w:tr>
      <w:tr w:rsidR="00A448DF" w:rsidRPr="00A448DF" w:rsidTr="00246639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В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11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Г </w:t>
            </w:r>
          </w:p>
        </w:tc>
      </w:tr>
      <w:tr w:rsidR="00A448DF" w:rsidRPr="00A448DF" w:rsidTr="00246639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Б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12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 </w:t>
            </w:r>
          </w:p>
        </w:tc>
      </w:tr>
      <w:tr w:rsidR="00A448DF" w:rsidRPr="00A448DF" w:rsidTr="00246639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13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В </w:t>
            </w:r>
          </w:p>
        </w:tc>
      </w:tr>
      <w:tr w:rsidR="00A448DF" w:rsidRPr="00A448DF" w:rsidTr="00246639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14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В </w:t>
            </w:r>
          </w:p>
        </w:tc>
      </w:tr>
      <w:tr w:rsidR="00A448DF" w:rsidRPr="00A448DF" w:rsidTr="00246639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В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15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Г </w:t>
            </w:r>
          </w:p>
        </w:tc>
      </w:tr>
      <w:tr w:rsidR="00A448DF" w:rsidRPr="00A448DF" w:rsidTr="00246639">
        <w:trPr>
          <w:trHeight w:val="288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В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16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В </w:t>
            </w:r>
          </w:p>
        </w:tc>
      </w:tr>
      <w:tr w:rsidR="00A448DF" w:rsidRPr="00A448DF" w:rsidTr="00246639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17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В </w:t>
            </w:r>
          </w:p>
        </w:tc>
      </w:tr>
      <w:tr w:rsidR="00A448DF" w:rsidRPr="00A448DF" w:rsidTr="00246639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Б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A448DF" w:rsidRPr="00A448DF" w:rsidRDefault="00A448DF" w:rsidP="00A448DF">
      <w:pPr>
        <w:spacing w:after="26" w:line="259" w:lineRule="auto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b/>
        </w:rPr>
        <w:t xml:space="preserve"> </w:t>
      </w:r>
    </w:p>
    <w:p w:rsidR="00A448DF" w:rsidRPr="00A448DF" w:rsidRDefault="00A448DF" w:rsidP="00A448DF">
      <w:pPr>
        <w:keepNext/>
        <w:keepLines/>
        <w:spacing w:after="0" w:line="259" w:lineRule="auto"/>
        <w:ind w:right="2153"/>
        <w:jc w:val="center"/>
        <w:outlineLvl w:val="0"/>
        <w:rPr>
          <w:rFonts w:ascii="Times New Roman" w:hAnsi="Times New Roman" w:cs="Times New Roman"/>
          <w:b/>
        </w:rPr>
      </w:pPr>
      <w:r w:rsidRPr="00A448DF">
        <w:rPr>
          <w:rFonts w:ascii="Times New Roman" w:hAnsi="Times New Roman" w:cs="Times New Roman"/>
          <w:b/>
        </w:rPr>
        <w:t xml:space="preserve">Критерии оценивания </w:t>
      </w:r>
    </w:p>
    <w:tbl>
      <w:tblPr>
        <w:tblStyle w:val="TableGrid"/>
        <w:tblW w:w="10567" w:type="dxa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5283"/>
        <w:gridCol w:w="5284"/>
      </w:tblGrid>
      <w:tr w:rsidR="00A448DF" w:rsidRPr="00A448DF" w:rsidTr="00246639">
        <w:trPr>
          <w:trHeight w:val="286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Оценка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Количество правильных ответов </w:t>
            </w:r>
          </w:p>
        </w:tc>
      </w:tr>
      <w:tr w:rsidR="00A448DF" w:rsidRPr="00A448DF" w:rsidTr="00246639">
        <w:trPr>
          <w:trHeight w:val="286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«отлично»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16-17 </w:t>
            </w:r>
          </w:p>
        </w:tc>
      </w:tr>
      <w:tr w:rsidR="00A448DF" w:rsidRPr="00A448DF" w:rsidTr="00246639">
        <w:trPr>
          <w:trHeight w:val="286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«хорошо»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tabs>
                <w:tab w:val="center" w:pos="687"/>
                <w:tab w:val="center" w:pos="2534"/>
              </w:tabs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 </w:t>
            </w:r>
            <w:r w:rsidRPr="00A448DF">
              <w:rPr>
                <w:rFonts w:ascii="Times New Roman" w:hAnsi="Times New Roman" w:cs="Times New Roman"/>
              </w:rPr>
              <w:tab/>
              <w:t xml:space="preserve"> </w:t>
            </w:r>
            <w:r w:rsidRPr="00A448DF">
              <w:rPr>
                <w:rFonts w:ascii="Times New Roman" w:hAnsi="Times New Roman" w:cs="Times New Roman"/>
              </w:rPr>
              <w:tab/>
              <w:t xml:space="preserve">13-15 </w:t>
            </w:r>
          </w:p>
        </w:tc>
      </w:tr>
      <w:tr w:rsidR="00A448DF" w:rsidRPr="00A448DF" w:rsidTr="00246639">
        <w:trPr>
          <w:trHeight w:val="288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«удовлетворительно»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8-12 </w:t>
            </w:r>
          </w:p>
        </w:tc>
      </w:tr>
      <w:tr w:rsidR="00A448DF" w:rsidRPr="00A448DF" w:rsidTr="00246639">
        <w:trPr>
          <w:trHeight w:val="286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 «неудовлетворительно»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1-7 </w:t>
            </w:r>
          </w:p>
        </w:tc>
      </w:tr>
    </w:tbl>
    <w:p w:rsidR="00A448DF" w:rsidRPr="00A448DF" w:rsidRDefault="00A448DF" w:rsidP="00A448DF">
      <w:pPr>
        <w:spacing w:after="15" w:line="259" w:lineRule="auto"/>
        <w:jc w:val="center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b/>
        </w:rPr>
        <w:t xml:space="preserve"> </w:t>
      </w:r>
    </w:p>
    <w:p w:rsidR="00A448DF" w:rsidRPr="00A448DF" w:rsidRDefault="00A448DF" w:rsidP="00A448DF">
      <w:pPr>
        <w:spacing w:after="5" w:line="271" w:lineRule="auto"/>
        <w:jc w:val="both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                              КИМ №2(6класс). Полугодовая проверочная работа.   </w:t>
      </w:r>
    </w:p>
    <w:p w:rsidR="00A448DF" w:rsidRPr="00A448DF" w:rsidRDefault="00A448DF" w:rsidP="00A448DF">
      <w:pPr>
        <w:spacing w:after="5" w:line="271" w:lineRule="auto"/>
        <w:ind w:right="3141"/>
        <w:jc w:val="both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i/>
          <w:lang w:val="ru-RU"/>
        </w:rPr>
        <w:t xml:space="preserve">Соедини правильные пары стрелками </w:t>
      </w:r>
      <w:r w:rsidRPr="00A448DF">
        <w:rPr>
          <w:rFonts w:ascii="Times New Roman" w:hAnsi="Times New Roman" w:cs="Times New Roman"/>
          <w:b/>
          <w:lang w:val="ru-RU"/>
        </w:rPr>
        <w:t>1.</w:t>
      </w:r>
      <w:r w:rsidRPr="00A448DF">
        <w:rPr>
          <w:rFonts w:ascii="Times New Roman" w:eastAsia="Arial" w:hAnsi="Times New Roman" w:cs="Times New Roman"/>
          <w:b/>
          <w:lang w:val="ru-RU"/>
        </w:rPr>
        <w:t xml:space="preserve"> </w:t>
      </w:r>
      <w:r w:rsidRPr="00A448DF">
        <w:rPr>
          <w:rFonts w:ascii="Times New Roman" w:hAnsi="Times New Roman" w:cs="Times New Roman"/>
          <w:b/>
          <w:lang w:val="ru-RU"/>
        </w:rPr>
        <w:t xml:space="preserve">Каким ты цветом будешь рисовать  </w:t>
      </w:r>
    </w:p>
    <w:tbl>
      <w:tblPr>
        <w:tblStyle w:val="TableGrid"/>
        <w:tblW w:w="5720" w:type="dxa"/>
        <w:tblInd w:w="1738" w:type="dxa"/>
        <w:tblLook w:val="04A0" w:firstRow="1" w:lastRow="0" w:firstColumn="1" w:lastColumn="0" w:noHBand="0" w:noVBand="1"/>
      </w:tblPr>
      <w:tblGrid>
        <w:gridCol w:w="3687"/>
        <w:gridCol w:w="2033"/>
      </w:tblGrid>
      <w:tr w:rsidR="00A448DF" w:rsidRPr="009E482D" w:rsidTr="00246639">
        <w:trPr>
          <w:trHeight w:val="2481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A448DF" w:rsidRPr="00A448DF" w:rsidRDefault="00A448DF" w:rsidP="00246639">
            <w:pPr>
              <w:spacing w:after="20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i/>
              </w:rPr>
              <w:t xml:space="preserve">Тёплым     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i/>
              </w:rPr>
              <w:t xml:space="preserve">             </w:t>
            </w:r>
            <w:r w:rsidRPr="00A448DF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:rsidR="00A448DF" w:rsidRPr="00A448DF" w:rsidRDefault="00A448DF" w:rsidP="00246639">
            <w:pPr>
              <w:spacing w:after="21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1.костёр    </w:t>
            </w:r>
          </w:p>
          <w:p w:rsidR="00A448DF" w:rsidRPr="00A448DF" w:rsidRDefault="00A448DF" w:rsidP="00246639">
            <w:pPr>
              <w:spacing w:after="21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2.сугроб    </w:t>
            </w:r>
          </w:p>
          <w:p w:rsidR="00A448DF" w:rsidRPr="00A448DF" w:rsidRDefault="00A448DF" w:rsidP="00246639">
            <w:pPr>
              <w:spacing w:after="21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3.снежинку    </w:t>
            </w:r>
          </w:p>
          <w:p w:rsidR="00A448DF" w:rsidRPr="00A448DF" w:rsidRDefault="00A448DF" w:rsidP="00246639">
            <w:pPr>
              <w:spacing w:after="21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4.подсолнух     </w:t>
            </w:r>
          </w:p>
          <w:p w:rsidR="00A448DF" w:rsidRPr="00A448DF" w:rsidRDefault="00A448DF" w:rsidP="00246639">
            <w:pPr>
              <w:spacing w:after="21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5.солнце    </w:t>
            </w:r>
          </w:p>
          <w:p w:rsidR="00A448DF" w:rsidRPr="00A448DF" w:rsidRDefault="00A448DF" w:rsidP="00246639">
            <w:pPr>
              <w:spacing w:after="22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6.хмурое небо    </w:t>
            </w:r>
          </w:p>
          <w:p w:rsidR="00A448DF" w:rsidRPr="00A448DF" w:rsidRDefault="00A448DF" w:rsidP="00246639">
            <w:pPr>
              <w:spacing w:after="21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7.горную речку    </w:t>
            </w:r>
          </w:p>
          <w:p w:rsidR="00A448DF" w:rsidRPr="00A448DF" w:rsidRDefault="00A448DF" w:rsidP="00246639">
            <w:pPr>
              <w:spacing w:after="22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8.осенний лес    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9.золотую рыбку </w:t>
            </w:r>
          </w:p>
        </w:tc>
      </w:tr>
      <w:tr w:rsidR="00A448DF" w:rsidRPr="00A448DF" w:rsidTr="00246639">
        <w:trPr>
          <w:trHeight w:val="269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i/>
              </w:rPr>
              <w:t>Холодным</w:t>
            </w:r>
            <w:r w:rsidRPr="00A448DF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10.песок </w:t>
            </w:r>
          </w:p>
        </w:tc>
      </w:tr>
    </w:tbl>
    <w:p w:rsidR="00A448DF" w:rsidRPr="00A448DF" w:rsidRDefault="00A448DF" w:rsidP="00A448DF">
      <w:pPr>
        <w:spacing w:line="259" w:lineRule="auto"/>
        <w:jc w:val="center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b/>
        </w:rPr>
        <w:t xml:space="preserve"> </w:t>
      </w:r>
    </w:p>
    <w:p w:rsidR="00A448DF" w:rsidRPr="00A448DF" w:rsidRDefault="00A448DF" w:rsidP="00A448DF">
      <w:pPr>
        <w:spacing w:after="5" w:line="271" w:lineRule="auto"/>
        <w:jc w:val="both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2. К какому виду изобразительного искусства относится работа? </w:t>
      </w:r>
    </w:p>
    <w:p w:rsidR="00A448DF" w:rsidRPr="00A448DF" w:rsidRDefault="00A448DF" w:rsidP="00A448DF">
      <w:pPr>
        <w:spacing w:after="5" w:line="269" w:lineRule="auto"/>
        <w:jc w:val="both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i/>
          <w:lang w:val="ru-RU"/>
        </w:rPr>
        <w:t xml:space="preserve">Выбери номер правильного варианта ответа </w:t>
      </w:r>
    </w:p>
    <w:p w:rsidR="00A448DF" w:rsidRPr="00A448DF" w:rsidRDefault="00A448DF" w:rsidP="00A448DF">
      <w:pPr>
        <w:spacing w:after="0" w:line="259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 wp14:anchorId="35446303" wp14:editId="1B974894">
            <wp:extent cx="1181100" cy="871855"/>
            <wp:effectExtent l="0" t="0" r="0" b="0"/>
            <wp:docPr id="21" name="Picture 2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" name="Picture 209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48DF">
        <w:rPr>
          <w:rFonts w:ascii="Times New Roman" w:hAnsi="Times New Roman" w:cs="Times New Roman"/>
          <w:lang w:val="ru-RU"/>
        </w:rPr>
        <w:t xml:space="preserve">                                </w:t>
      </w:r>
      <w:r w:rsidRPr="00A448DF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 wp14:anchorId="15C80B1E" wp14:editId="365F3DF7">
            <wp:extent cx="1478280" cy="995680"/>
            <wp:effectExtent l="0" t="0" r="0" b="0"/>
            <wp:docPr id="22" name="Picture 2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" name="Picture 2095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48DF">
        <w:rPr>
          <w:rFonts w:ascii="Times New Roman" w:hAnsi="Times New Roman" w:cs="Times New Roman"/>
          <w:lang w:val="ru-RU"/>
        </w:rPr>
        <w:t xml:space="preserve">         </w:t>
      </w:r>
    </w:p>
    <w:p w:rsidR="00A448DF" w:rsidRPr="00A448DF" w:rsidRDefault="00A448DF" w:rsidP="00A448DF">
      <w:pPr>
        <w:spacing w:after="5" w:line="270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lastRenderedPageBreak/>
        <w:t>1)</w:t>
      </w:r>
      <w:r w:rsidRPr="00A448DF">
        <w:rPr>
          <w:rFonts w:ascii="Times New Roman" w:hAnsi="Times New Roman" w:cs="Times New Roman"/>
          <w:lang w:val="ru-RU"/>
        </w:rPr>
        <w:t xml:space="preserve">   вариант  ответа _____</w:t>
      </w:r>
      <w:r w:rsidRPr="00A448DF">
        <w:rPr>
          <w:rFonts w:ascii="Times New Roman" w:hAnsi="Times New Roman" w:cs="Times New Roman"/>
          <w:b/>
          <w:lang w:val="ru-RU"/>
        </w:rPr>
        <w:t xml:space="preserve">                    2</w:t>
      </w:r>
      <w:r w:rsidRPr="00A448DF">
        <w:rPr>
          <w:rFonts w:ascii="Times New Roman" w:hAnsi="Times New Roman" w:cs="Times New Roman"/>
          <w:b/>
          <w:i/>
          <w:lang w:val="ru-RU"/>
        </w:rPr>
        <w:t xml:space="preserve">) </w:t>
      </w:r>
      <w:r w:rsidRPr="00A448DF">
        <w:rPr>
          <w:rFonts w:ascii="Times New Roman" w:hAnsi="Times New Roman" w:cs="Times New Roman"/>
          <w:lang w:val="ru-RU"/>
        </w:rPr>
        <w:t xml:space="preserve">вариант  ответа ___ </w:t>
      </w:r>
    </w:p>
    <w:p w:rsidR="00A448DF" w:rsidRPr="00A448DF" w:rsidRDefault="00A448DF" w:rsidP="00A448DF">
      <w:pPr>
        <w:spacing w:after="0" w:line="259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lang w:val="ru-RU"/>
        </w:rPr>
        <w:t xml:space="preserve"> </w:t>
      </w:r>
    </w:p>
    <w:p w:rsidR="00A448DF" w:rsidRPr="00A448DF" w:rsidRDefault="00A448DF" w:rsidP="00A448DF">
      <w:pPr>
        <w:spacing w:after="0" w:line="259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lang w:val="ru-RU"/>
        </w:rPr>
        <w:t xml:space="preserve">  </w:t>
      </w:r>
      <w:r w:rsidRPr="00A448DF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 wp14:anchorId="7ED8EBD1" wp14:editId="62DBAEE1">
            <wp:extent cx="996950" cy="1346835"/>
            <wp:effectExtent l="0" t="0" r="0" b="0"/>
            <wp:docPr id="23" name="Picture 2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" name="Picture 211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48DF">
        <w:rPr>
          <w:rFonts w:ascii="Times New Roman" w:hAnsi="Times New Roman" w:cs="Times New Roman"/>
          <w:lang w:val="ru-RU"/>
        </w:rPr>
        <w:t xml:space="preserve">                                                          </w:t>
      </w:r>
      <w:r w:rsidRPr="00A448DF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 wp14:anchorId="20D0D49E" wp14:editId="067973F0">
            <wp:extent cx="873125" cy="1303020"/>
            <wp:effectExtent l="0" t="0" r="0" b="0"/>
            <wp:docPr id="24" name="Picture 2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" name="Picture 2117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7312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48DF">
        <w:rPr>
          <w:rFonts w:ascii="Times New Roman" w:hAnsi="Times New Roman" w:cs="Times New Roman"/>
          <w:lang w:val="ru-RU"/>
        </w:rPr>
        <w:t xml:space="preserve">  </w:t>
      </w:r>
    </w:p>
    <w:p w:rsidR="00A448DF" w:rsidRPr="00A448DF" w:rsidRDefault="00A448DF" w:rsidP="00A448DF">
      <w:pPr>
        <w:spacing w:after="5" w:line="270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lang w:val="ru-RU"/>
        </w:rPr>
        <w:t xml:space="preserve">  </w:t>
      </w:r>
      <w:r w:rsidRPr="00A448DF">
        <w:rPr>
          <w:rFonts w:ascii="Times New Roman" w:hAnsi="Times New Roman" w:cs="Times New Roman"/>
          <w:b/>
          <w:lang w:val="ru-RU"/>
        </w:rPr>
        <w:t>3)</w:t>
      </w:r>
      <w:r w:rsidRPr="00A448DF">
        <w:rPr>
          <w:rFonts w:ascii="Times New Roman" w:hAnsi="Times New Roman" w:cs="Times New Roman"/>
          <w:lang w:val="ru-RU"/>
        </w:rPr>
        <w:t xml:space="preserve">   вариант  ответа _____                                                           </w:t>
      </w:r>
      <w:r w:rsidRPr="00A448DF">
        <w:rPr>
          <w:rFonts w:ascii="Times New Roman" w:hAnsi="Times New Roman" w:cs="Times New Roman"/>
          <w:b/>
          <w:lang w:val="ru-RU"/>
        </w:rPr>
        <w:t>4)</w:t>
      </w:r>
      <w:r w:rsidRPr="00A448DF">
        <w:rPr>
          <w:rFonts w:ascii="Times New Roman" w:hAnsi="Times New Roman" w:cs="Times New Roman"/>
          <w:lang w:val="ru-RU"/>
        </w:rPr>
        <w:t xml:space="preserve">  вариант  ответа _____ </w:t>
      </w:r>
    </w:p>
    <w:p w:rsidR="00A448DF" w:rsidRPr="00A448DF" w:rsidRDefault="00A448DF" w:rsidP="00A448DF">
      <w:pPr>
        <w:spacing w:after="0" w:line="259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lang w:val="ru-RU"/>
        </w:rPr>
        <w:t xml:space="preserve"> </w:t>
      </w:r>
    </w:p>
    <w:p w:rsidR="00A448DF" w:rsidRPr="00885F8E" w:rsidRDefault="00A448DF" w:rsidP="00A448DF">
      <w:pPr>
        <w:spacing w:after="0" w:line="259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lang w:val="ru-RU"/>
        </w:rPr>
        <w:t xml:space="preserve">                                          </w:t>
      </w:r>
      <w:r w:rsidRPr="00A448DF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 wp14:anchorId="7C617D0D" wp14:editId="430744C6">
            <wp:extent cx="1539240" cy="991870"/>
            <wp:effectExtent l="0" t="0" r="0" b="0"/>
            <wp:docPr id="25" name="Picture 2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" name="Picture 215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5F8E">
        <w:rPr>
          <w:rFonts w:ascii="Times New Roman" w:hAnsi="Times New Roman" w:cs="Times New Roman"/>
          <w:lang w:val="ru-RU"/>
        </w:rPr>
        <w:t xml:space="preserve">           </w:t>
      </w:r>
    </w:p>
    <w:p w:rsidR="00A448DF" w:rsidRPr="00A448DF" w:rsidRDefault="00A448DF" w:rsidP="00A448DF">
      <w:pPr>
        <w:spacing w:after="5" w:line="270" w:lineRule="auto"/>
        <w:rPr>
          <w:rFonts w:ascii="Times New Roman" w:eastAsia="Calibri" w:hAnsi="Times New Roman" w:cs="Times New Roman"/>
        </w:rPr>
      </w:pPr>
      <w:r w:rsidRPr="00885F8E">
        <w:rPr>
          <w:rFonts w:ascii="Times New Roman" w:hAnsi="Times New Roman" w:cs="Times New Roman"/>
          <w:lang w:val="ru-RU"/>
        </w:rPr>
        <w:t xml:space="preserve">                                          </w:t>
      </w:r>
      <w:r w:rsidRPr="00A448DF">
        <w:rPr>
          <w:rFonts w:ascii="Times New Roman" w:hAnsi="Times New Roman" w:cs="Times New Roman"/>
          <w:b/>
        </w:rPr>
        <w:t>5)</w:t>
      </w:r>
      <w:r w:rsidRPr="00A448DF">
        <w:rPr>
          <w:rFonts w:ascii="Times New Roman" w:hAnsi="Times New Roman" w:cs="Times New Roman"/>
        </w:rPr>
        <w:t xml:space="preserve">  вариант  ответа _____ </w:t>
      </w:r>
    </w:p>
    <w:p w:rsidR="00A448DF" w:rsidRPr="00A448DF" w:rsidRDefault="00A448DF" w:rsidP="00A448DF">
      <w:pPr>
        <w:spacing w:after="22" w:line="259" w:lineRule="auto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</w:rPr>
        <w:t xml:space="preserve"> </w:t>
      </w:r>
    </w:p>
    <w:p w:rsidR="00A448DF" w:rsidRPr="00A448DF" w:rsidRDefault="00A448DF" w:rsidP="00A448DF">
      <w:pPr>
        <w:spacing w:after="5" w:line="269" w:lineRule="auto"/>
        <w:jc w:val="both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i/>
        </w:rPr>
        <w:t xml:space="preserve">Варианты ответов: </w:t>
      </w:r>
    </w:p>
    <w:p w:rsidR="00A448DF" w:rsidRPr="00A448DF" w:rsidRDefault="00A448DF" w:rsidP="00A448DF">
      <w:pPr>
        <w:numPr>
          <w:ilvl w:val="0"/>
          <w:numId w:val="40"/>
        </w:numPr>
        <w:spacing w:after="5" w:line="270" w:lineRule="auto"/>
        <w:ind w:hanging="360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</w:rPr>
        <w:t xml:space="preserve">Живопись  </w:t>
      </w:r>
      <w:r w:rsidRPr="00A448DF">
        <w:rPr>
          <w:rFonts w:ascii="Times New Roman" w:hAnsi="Times New Roman" w:cs="Times New Roman"/>
        </w:rPr>
        <w:tab/>
        <w:t>4.</w:t>
      </w:r>
      <w:r w:rsidRPr="00A448DF">
        <w:rPr>
          <w:rFonts w:ascii="Times New Roman" w:eastAsia="Arial" w:hAnsi="Times New Roman" w:cs="Times New Roman"/>
        </w:rPr>
        <w:t xml:space="preserve"> </w:t>
      </w:r>
      <w:r w:rsidRPr="00A448DF">
        <w:rPr>
          <w:rFonts w:ascii="Times New Roman" w:hAnsi="Times New Roman" w:cs="Times New Roman"/>
        </w:rPr>
        <w:t xml:space="preserve">Архитектура  </w:t>
      </w:r>
    </w:p>
    <w:p w:rsidR="00A448DF" w:rsidRPr="00A448DF" w:rsidRDefault="00A448DF" w:rsidP="00A448DF">
      <w:pPr>
        <w:numPr>
          <w:ilvl w:val="0"/>
          <w:numId w:val="40"/>
        </w:numPr>
        <w:spacing w:after="14" w:line="259" w:lineRule="auto"/>
        <w:ind w:hanging="360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</w:rPr>
        <w:t xml:space="preserve">Графика  </w:t>
      </w:r>
      <w:r w:rsidRPr="00A448DF">
        <w:rPr>
          <w:rFonts w:ascii="Times New Roman" w:hAnsi="Times New Roman" w:cs="Times New Roman"/>
        </w:rPr>
        <w:tab/>
        <w:t>5.</w:t>
      </w:r>
      <w:r w:rsidRPr="00A448DF">
        <w:rPr>
          <w:rFonts w:ascii="Times New Roman" w:eastAsia="Arial" w:hAnsi="Times New Roman" w:cs="Times New Roman"/>
        </w:rPr>
        <w:t xml:space="preserve"> </w:t>
      </w:r>
      <w:r w:rsidRPr="00A448DF">
        <w:rPr>
          <w:rFonts w:ascii="Times New Roman" w:hAnsi="Times New Roman" w:cs="Times New Roman"/>
        </w:rPr>
        <w:t xml:space="preserve">Декоративно-прикладное искусство  </w:t>
      </w:r>
    </w:p>
    <w:p w:rsidR="00A448DF" w:rsidRPr="00A448DF" w:rsidRDefault="00A448DF" w:rsidP="00A448DF">
      <w:pPr>
        <w:numPr>
          <w:ilvl w:val="0"/>
          <w:numId w:val="40"/>
        </w:numPr>
        <w:spacing w:after="160" w:line="270" w:lineRule="auto"/>
        <w:ind w:hanging="360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</w:rPr>
        <w:t xml:space="preserve">Скульптура  </w:t>
      </w:r>
      <w:r w:rsidRPr="00A448DF">
        <w:rPr>
          <w:rFonts w:ascii="Times New Roman" w:hAnsi="Times New Roman" w:cs="Times New Roman"/>
        </w:rPr>
        <w:tab/>
        <w:t>6.</w:t>
      </w:r>
      <w:r w:rsidRPr="00A448DF">
        <w:rPr>
          <w:rFonts w:ascii="Times New Roman" w:eastAsia="Arial" w:hAnsi="Times New Roman" w:cs="Times New Roman"/>
        </w:rPr>
        <w:t xml:space="preserve"> </w:t>
      </w:r>
      <w:r w:rsidRPr="00A448DF">
        <w:rPr>
          <w:rFonts w:ascii="Times New Roman" w:hAnsi="Times New Roman" w:cs="Times New Roman"/>
        </w:rPr>
        <w:t xml:space="preserve">Художественная фотография </w:t>
      </w:r>
    </w:p>
    <w:p w:rsidR="00A448DF" w:rsidRPr="00A448DF" w:rsidRDefault="00A448DF" w:rsidP="00A448DF">
      <w:pPr>
        <w:spacing w:after="5" w:line="271" w:lineRule="auto"/>
        <w:jc w:val="both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>Правильные ответы к КИМ №2(6класс)</w:t>
      </w:r>
      <w:r w:rsidRPr="00A448DF">
        <w:rPr>
          <w:rFonts w:ascii="Times New Roman" w:hAnsi="Times New Roman" w:cs="Times New Roman"/>
          <w:lang w:val="ru-RU"/>
        </w:rPr>
        <w:t xml:space="preserve"> </w:t>
      </w:r>
    </w:p>
    <w:tbl>
      <w:tblPr>
        <w:tblStyle w:val="TableGrid"/>
        <w:tblW w:w="7197" w:type="dxa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952"/>
        <w:gridCol w:w="5245"/>
      </w:tblGrid>
      <w:tr w:rsidR="00A448DF" w:rsidRPr="00A448DF" w:rsidTr="00246639">
        <w:trPr>
          <w:trHeight w:val="286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      № задания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   Правильные   ответы </w:t>
            </w: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448DF" w:rsidRPr="00A448DF" w:rsidTr="00246639">
        <w:trPr>
          <w:trHeight w:val="562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1183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Теплые-1,4,5,8,9,10 Холодные-2,3,6,7 </w:t>
            </w:r>
          </w:p>
        </w:tc>
      </w:tr>
      <w:tr w:rsidR="00A448DF" w:rsidRPr="009E482D" w:rsidTr="00246639">
        <w:trPr>
          <w:trHeight w:val="1390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spacing w:after="15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1-графика </w:t>
            </w:r>
          </w:p>
          <w:p w:rsidR="00A448DF" w:rsidRPr="00A448DF" w:rsidRDefault="00A448DF" w:rsidP="00246639">
            <w:pPr>
              <w:spacing w:after="8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2-архитектура </w:t>
            </w:r>
          </w:p>
          <w:p w:rsidR="00A448DF" w:rsidRPr="00A448DF" w:rsidRDefault="00A448DF" w:rsidP="00246639">
            <w:pPr>
              <w:spacing w:after="18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3-ДПИ </w:t>
            </w:r>
          </w:p>
          <w:p w:rsidR="00A448DF" w:rsidRPr="00A448DF" w:rsidRDefault="00A448DF" w:rsidP="00246639">
            <w:pPr>
              <w:spacing w:after="13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4-художественное фото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5-живопись </w:t>
            </w:r>
          </w:p>
        </w:tc>
      </w:tr>
    </w:tbl>
    <w:p w:rsidR="00A448DF" w:rsidRPr="00A448DF" w:rsidRDefault="00A448DF" w:rsidP="00A448DF">
      <w:pPr>
        <w:keepNext/>
        <w:keepLines/>
        <w:spacing w:after="0" w:line="259" w:lineRule="auto"/>
        <w:ind w:right="2153"/>
        <w:jc w:val="center"/>
        <w:outlineLvl w:val="0"/>
        <w:rPr>
          <w:rFonts w:ascii="Times New Roman" w:hAnsi="Times New Roman" w:cs="Times New Roman"/>
          <w:b/>
        </w:rPr>
      </w:pPr>
      <w:r w:rsidRPr="00A448DF">
        <w:rPr>
          <w:rFonts w:ascii="Times New Roman" w:hAnsi="Times New Roman" w:cs="Times New Roman"/>
          <w:b/>
        </w:rPr>
        <w:t xml:space="preserve">Критерии оценивания </w:t>
      </w:r>
    </w:p>
    <w:tbl>
      <w:tblPr>
        <w:tblStyle w:val="TableGrid"/>
        <w:tblW w:w="10567" w:type="dxa"/>
        <w:tblInd w:w="0" w:type="dxa"/>
        <w:tblCellMar>
          <w:top w:w="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283"/>
        <w:gridCol w:w="5284"/>
      </w:tblGrid>
      <w:tr w:rsidR="00A448DF" w:rsidRPr="00A448DF" w:rsidTr="00246639">
        <w:trPr>
          <w:trHeight w:val="286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Оценка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5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Количество правильных ответов </w:t>
            </w:r>
          </w:p>
        </w:tc>
      </w:tr>
      <w:tr w:rsidR="00A448DF" w:rsidRPr="00A448DF" w:rsidTr="00246639">
        <w:trPr>
          <w:trHeight w:val="288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«отлично»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7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15 </w:t>
            </w:r>
          </w:p>
        </w:tc>
      </w:tr>
      <w:tr w:rsidR="00A448DF" w:rsidRPr="00A448DF" w:rsidTr="00246639">
        <w:trPr>
          <w:trHeight w:val="286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«хорошо»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5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10-14 </w:t>
            </w:r>
          </w:p>
        </w:tc>
      </w:tr>
      <w:tr w:rsidR="00A448DF" w:rsidRPr="00A448DF" w:rsidTr="00246639">
        <w:trPr>
          <w:trHeight w:val="286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«удовлетворительно»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5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5-9 </w:t>
            </w:r>
          </w:p>
        </w:tc>
      </w:tr>
      <w:tr w:rsidR="00A448DF" w:rsidRPr="00A448DF" w:rsidTr="00246639">
        <w:trPr>
          <w:trHeight w:val="286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«неудовлетворительно»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5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1-4 </w:t>
            </w:r>
          </w:p>
        </w:tc>
      </w:tr>
    </w:tbl>
    <w:p w:rsidR="00A448DF" w:rsidRPr="00A448DF" w:rsidRDefault="00A448DF" w:rsidP="00A448DF">
      <w:pPr>
        <w:spacing w:after="26" w:line="259" w:lineRule="auto"/>
        <w:jc w:val="center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b/>
        </w:rPr>
        <w:t xml:space="preserve"> </w:t>
      </w:r>
    </w:p>
    <w:p w:rsidR="00A448DF" w:rsidRPr="00A448DF" w:rsidRDefault="00A448DF" w:rsidP="00A448DF">
      <w:pPr>
        <w:spacing w:after="5" w:line="271" w:lineRule="auto"/>
        <w:jc w:val="both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b/>
        </w:rPr>
        <w:t>№3(6класс). Годовая проверочная работа</w:t>
      </w:r>
      <w:r w:rsidRPr="00A448DF">
        <w:rPr>
          <w:rFonts w:ascii="Times New Roman" w:hAnsi="Times New Roman" w:cs="Times New Roman"/>
        </w:rPr>
        <w:t xml:space="preserve"> </w:t>
      </w:r>
    </w:p>
    <w:p w:rsidR="00A448DF" w:rsidRPr="00A448DF" w:rsidRDefault="00A448DF" w:rsidP="00A448DF">
      <w:pPr>
        <w:keepNext/>
        <w:keepLines/>
        <w:spacing w:line="259" w:lineRule="auto"/>
        <w:ind w:right="2156"/>
        <w:jc w:val="center"/>
        <w:outlineLvl w:val="0"/>
        <w:rPr>
          <w:rFonts w:ascii="Times New Roman" w:hAnsi="Times New Roman" w:cs="Times New Roman"/>
          <w:b/>
        </w:rPr>
      </w:pPr>
      <w:r w:rsidRPr="00A448DF">
        <w:rPr>
          <w:rFonts w:ascii="Times New Roman" w:hAnsi="Times New Roman" w:cs="Times New Roman"/>
          <w:b/>
        </w:rPr>
        <w:t xml:space="preserve"> УСТАНОВИ СООТВЕТСТВИЕ</w:t>
      </w:r>
      <w:r w:rsidRPr="00A448DF">
        <w:rPr>
          <w:rFonts w:ascii="Times New Roman" w:hAnsi="Times New Roman" w:cs="Times New Roman"/>
        </w:rPr>
        <w:t xml:space="preserve"> </w:t>
      </w:r>
    </w:p>
    <w:p w:rsidR="00A448DF" w:rsidRPr="00A448DF" w:rsidRDefault="00A448DF" w:rsidP="00A448DF">
      <w:pPr>
        <w:spacing w:after="4" w:line="259" w:lineRule="auto"/>
        <w:ind w:right="819"/>
        <w:jc w:val="right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>1. Какие профессии художников связаны с данными видами художественного творчества?</w:t>
      </w:r>
      <w:r w:rsidRPr="00A448DF">
        <w:rPr>
          <w:rFonts w:ascii="Times New Roman" w:hAnsi="Times New Roman" w:cs="Times New Roman"/>
          <w:lang w:val="ru-RU"/>
        </w:rPr>
        <w:t xml:space="preserve"> </w:t>
      </w:r>
    </w:p>
    <w:p w:rsidR="00A448DF" w:rsidRPr="00A448DF" w:rsidRDefault="00A448DF" w:rsidP="00A448DF">
      <w:pPr>
        <w:tabs>
          <w:tab w:val="center" w:pos="2553"/>
          <w:tab w:val="center" w:pos="5379"/>
          <w:tab w:val="center" w:pos="5693"/>
          <w:tab w:val="center" w:pos="8561"/>
        </w:tabs>
        <w:spacing w:after="5" w:line="270" w:lineRule="auto"/>
        <w:rPr>
          <w:rFonts w:ascii="Times New Roman" w:eastAsia="Calibri" w:hAnsi="Times New Roman" w:cs="Times New Roman"/>
        </w:rPr>
      </w:pPr>
      <w:r w:rsidRPr="00A448DF">
        <w:rPr>
          <w:rFonts w:ascii="Times New Roman" w:eastAsia="Calibri" w:hAnsi="Times New Roman" w:cs="Times New Roman"/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0" wp14:anchorId="08E62CE2" wp14:editId="0154A27D">
            <wp:simplePos x="0" y="0"/>
            <wp:positionH relativeFrom="column">
              <wp:posOffset>2484120</wp:posOffset>
            </wp:positionH>
            <wp:positionV relativeFrom="paragraph">
              <wp:posOffset>0</wp:posOffset>
            </wp:positionV>
            <wp:extent cx="930910" cy="955675"/>
            <wp:effectExtent l="0" t="0" r="0" b="0"/>
            <wp:wrapSquare wrapText="bothSides"/>
            <wp:docPr id="26" name="Picture 2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7" name="Picture 2367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48DF">
        <w:rPr>
          <w:rFonts w:ascii="Times New Roman" w:eastAsia="Calibri" w:hAnsi="Times New Roman" w:cs="Times New Roman"/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0" wp14:anchorId="26EA345B" wp14:editId="01E76194">
            <wp:simplePos x="0" y="0"/>
            <wp:positionH relativeFrom="column">
              <wp:posOffset>681355</wp:posOffset>
            </wp:positionH>
            <wp:positionV relativeFrom="paragraph">
              <wp:posOffset>0</wp:posOffset>
            </wp:positionV>
            <wp:extent cx="839470" cy="1039495"/>
            <wp:effectExtent l="0" t="0" r="0" b="0"/>
            <wp:wrapSquare wrapText="bothSides"/>
            <wp:docPr id="27" name="Picture 2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" name="Picture 235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48DF">
        <w:rPr>
          <w:rFonts w:ascii="Times New Roman" w:eastAsia="Calibri" w:hAnsi="Times New Roman" w:cs="Times New Roman"/>
          <w:lang w:val="ru-RU"/>
        </w:rPr>
        <w:tab/>
      </w:r>
      <w:r w:rsidRPr="00A448DF">
        <w:rPr>
          <w:rFonts w:ascii="Times New Roman" w:hAnsi="Times New Roman" w:cs="Times New Roman"/>
          <w:sz w:val="2"/>
          <w:lang w:val="ru-RU"/>
        </w:rPr>
        <w:t xml:space="preserve"> </w:t>
      </w:r>
      <w:r w:rsidRPr="00A448DF">
        <w:rPr>
          <w:rFonts w:ascii="Times New Roman" w:hAnsi="Times New Roman" w:cs="Times New Roman"/>
        </w:rPr>
        <w:t xml:space="preserve">1. </w:t>
      </w:r>
      <w:r w:rsidRPr="00A448DF">
        <w:rPr>
          <w:rFonts w:ascii="Times New Roman" w:hAnsi="Times New Roman" w:cs="Times New Roman"/>
        </w:rPr>
        <w:tab/>
      </w:r>
      <w:r w:rsidRPr="00A448DF">
        <w:rPr>
          <w:rFonts w:ascii="Times New Roman" w:hAnsi="Times New Roman" w:cs="Times New Roman"/>
          <w:sz w:val="2"/>
          <w:vertAlign w:val="superscript"/>
        </w:rPr>
        <w:t xml:space="preserve"> </w:t>
      </w:r>
      <w:r w:rsidRPr="00A448DF">
        <w:rPr>
          <w:rFonts w:ascii="Times New Roman" w:hAnsi="Times New Roman" w:cs="Times New Roman"/>
          <w:sz w:val="2"/>
          <w:vertAlign w:val="superscript"/>
        </w:rPr>
        <w:tab/>
      </w:r>
      <w:r w:rsidRPr="00A448DF">
        <w:rPr>
          <w:rFonts w:ascii="Times New Roman" w:hAnsi="Times New Roman" w:cs="Times New Roman"/>
        </w:rPr>
        <w:t xml:space="preserve">2. </w:t>
      </w:r>
      <w:r w:rsidRPr="00A448DF">
        <w:rPr>
          <w:rFonts w:ascii="Times New Roman" w:hAnsi="Times New Roman" w:cs="Times New Roman"/>
        </w:rPr>
        <w:tab/>
      </w:r>
      <w:r w:rsidRPr="00A448DF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 wp14:anchorId="24971391" wp14:editId="52D664A0">
            <wp:extent cx="873125" cy="970915"/>
            <wp:effectExtent l="0" t="0" r="0" b="0"/>
            <wp:docPr id="28" name="Picture 2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7" name="Picture 2377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73125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48DF">
        <w:rPr>
          <w:rFonts w:ascii="Times New Roman" w:hAnsi="Times New Roman" w:cs="Times New Roman"/>
          <w:sz w:val="2"/>
          <w:vertAlign w:val="superscript"/>
        </w:rPr>
        <w:t xml:space="preserve"> </w:t>
      </w:r>
      <w:r w:rsidRPr="00A448DF">
        <w:rPr>
          <w:rFonts w:ascii="Times New Roman" w:hAnsi="Times New Roman" w:cs="Times New Roman"/>
        </w:rPr>
        <w:t xml:space="preserve">3. </w:t>
      </w:r>
    </w:p>
    <w:tbl>
      <w:tblPr>
        <w:tblStyle w:val="TableGrid"/>
        <w:tblW w:w="9132" w:type="dxa"/>
        <w:tblInd w:w="336" w:type="dxa"/>
        <w:tblLook w:val="04A0" w:firstRow="1" w:lastRow="0" w:firstColumn="1" w:lastColumn="0" w:noHBand="0" w:noVBand="1"/>
      </w:tblPr>
      <w:tblGrid>
        <w:gridCol w:w="2233"/>
        <w:gridCol w:w="706"/>
        <w:gridCol w:w="2105"/>
        <w:gridCol w:w="543"/>
        <w:gridCol w:w="3545"/>
      </w:tblGrid>
      <w:tr w:rsidR="00A448DF" w:rsidRPr="00A448DF" w:rsidTr="00246639">
        <w:trPr>
          <w:trHeight w:val="271"/>
        </w:trPr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ОТВЕТ № _____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ОТВЕТ № ______ 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</w:tcPr>
          <w:p w:rsidR="00A448DF" w:rsidRPr="00A448DF" w:rsidRDefault="00A448DF" w:rsidP="00246639">
            <w:pPr>
              <w:tabs>
                <w:tab w:val="center" w:pos="3485"/>
              </w:tabs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 ОТВЕТ № ____ </w:t>
            </w:r>
            <w:r w:rsidRPr="00A448DF">
              <w:rPr>
                <w:rFonts w:ascii="Times New Roman" w:hAnsi="Times New Roman" w:cs="Times New Roman"/>
              </w:rPr>
              <w:tab/>
              <w:t xml:space="preserve"> </w:t>
            </w:r>
          </w:p>
        </w:tc>
      </w:tr>
      <w:tr w:rsidR="00A448DF" w:rsidRPr="00A448DF" w:rsidTr="00246639">
        <w:trPr>
          <w:trHeight w:val="271"/>
        </w:trPr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A448DF" w:rsidRPr="00A448DF" w:rsidRDefault="00A448DF" w:rsidP="00246639">
            <w:pPr>
              <w:ind w:right="202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</w:tcPr>
          <w:p w:rsidR="00A448DF" w:rsidRPr="00A448DF" w:rsidRDefault="00A448DF" w:rsidP="00246639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 </w:t>
            </w:r>
            <w:r w:rsidRPr="00A448DF">
              <w:rPr>
                <w:rFonts w:ascii="Times New Roman" w:hAnsi="Times New Roman" w:cs="Times New Roman"/>
              </w:rPr>
              <w:tab/>
              <w:t xml:space="preserve"> </w:t>
            </w:r>
          </w:p>
        </w:tc>
      </w:tr>
    </w:tbl>
    <w:p w:rsidR="00A448DF" w:rsidRPr="00A448DF" w:rsidRDefault="00A448DF" w:rsidP="00A448DF">
      <w:pPr>
        <w:spacing w:after="76" w:line="259" w:lineRule="auto"/>
        <w:rPr>
          <w:rFonts w:ascii="Times New Roman" w:eastAsia="Calibri" w:hAnsi="Times New Roman" w:cs="Times New Roman"/>
        </w:rPr>
      </w:pPr>
      <w:r w:rsidRPr="00A448DF">
        <w:rPr>
          <w:rFonts w:ascii="Times New Roman" w:eastAsia="Calibri" w:hAnsi="Times New Roman" w:cs="Times New Roman"/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 wp14:anchorId="05DF3724" wp14:editId="5F53162D">
                <wp:extent cx="5172710" cy="830580"/>
                <wp:effectExtent l="0" t="0" r="0" b="0"/>
                <wp:docPr id="50607" name="Group 50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2710" cy="830580"/>
                          <a:chOff x="0" y="0"/>
                          <a:chExt cx="5172710" cy="830580"/>
                        </a:xfrm>
                      </wpg:grpSpPr>
                      <pic:pic xmlns:pic="http://schemas.openxmlformats.org/drawingml/2006/picture">
                        <pic:nvPicPr>
                          <pic:cNvPr id="2403" name="Picture 2403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5" cy="830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3" name="Picture 2413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2147570" y="1"/>
                            <a:ext cx="664210" cy="8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3" name="Picture 2423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3941445" y="1"/>
                            <a:ext cx="1231265" cy="822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FF6702" id="Group 50607" o:spid="_x0000_s1026" style="width:407.3pt;height:65.4pt;mso-position-horizontal-relative:char;mso-position-vertical-relative:line" coordsize="51727,83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">
                <v:shape id="Picture 2403" o:spid="_x0000_s1027" type="#_x0000_t75" style="position:absolute;width:9175;height:8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">
                  <v:imagedata r:id="rId74" o:title=""/>
                </v:shape>
                <v:shape id="Picture 2413" o:spid="_x0000_s1028" type="#_x0000_t75" style="position:absolute;left:21475;width:6642;height:8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">
                  <v:imagedata r:id="rId75" o:title=""/>
                </v:shape>
                <v:shape id="Picture 2423" o:spid="_x0000_s1029" type="#_x0000_t75" style="position:absolute;left:39414;width:12313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">
                  <v:imagedata r:id="rId76" o:title=""/>
                </v:shape>
                <w10:anchorlock/>
              </v:group>
            </w:pict>
          </mc:Fallback>
        </mc:AlternateContent>
      </w:r>
    </w:p>
    <w:p w:rsidR="00A448DF" w:rsidRPr="00A448DF" w:rsidRDefault="00A448DF" w:rsidP="00A448DF">
      <w:pPr>
        <w:tabs>
          <w:tab w:val="center" w:pos="2702"/>
          <w:tab w:val="center" w:pos="5693"/>
          <w:tab w:val="center" w:pos="9409"/>
        </w:tabs>
        <w:spacing w:after="5" w:line="270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eastAsia="Calibri" w:hAnsi="Times New Roman" w:cs="Times New Roman"/>
        </w:rPr>
        <w:tab/>
      </w:r>
      <w:r w:rsidRPr="00A448DF">
        <w:rPr>
          <w:rFonts w:ascii="Times New Roman" w:hAnsi="Times New Roman" w:cs="Times New Roman"/>
          <w:lang w:val="ru-RU"/>
        </w:rPr>
        <w:t xml:space="preserve">4. </w:t>
      </w:r>
      <w:r w:rsidRPr="00A448DF">
        <w:rPr>
          <w:rFonts w:ascii="Times New Roman" w:hAnsi="Times New Roman" w:cs="Times New Roman"/>
          <w:lang w:val="ru-RU"/>
        </w:rPr>
        <w:tab/>
        <w:t xml:space="preserve">5. </w:t>
      </w:r>
      <w:r w:rsidRPr="00A448DF">
        <w:rPr>
          <w:rFonts w:ascii="Times New Roman" w:hAnsi="Times New Roman" w:cs="Times New Roman"/>
          <w:lang w:val="ru-RU"/>
        </w:rPr>
        <w:tab/>
        <w:t xml:space="preserve">6. </w:t>
      </w:r>
    </w:p>
    <w:p w:rsidR="00A448DF" w:rsidRPr="00A448DF" w:rsidRDefault="00A448DF" w:rsidP="00A448DF">
      <w:pPr>
        <w:tabs>
          <w:tab w:val="center" w:pos="1195"/>
          <w:tab w:val="center" w:pos="2612"/>
          <w:tab w:val="center" w:pos="4195"/>
          <w:tab w:val="center" w:pos="5692"/>
          <w:tab w:val="center" w:pos="7548"/>
          <w:tab w:val="center" w:pos="9408"/>
        </w:tabs>
        <w:spacing w:after="5" w:line="270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eastAsia="Calibri" w:hAnsi="Times New Roman" w:cs="Times New Roman"/>
          <w:lang w:val="ru-RU"/>
        </w:rPr>
        <w:tab/>
      </w:r>
      <w:r w:rsidRPr="00A448DF">
        <w:rPr>
          <w:rFonts w:ascii="Times New Roman" w:hAnsi="Times New Roman" w:cs="Times New Roman"/>
          <w:lang w:val="ru-RU"/>
        </w:rPr>
        <w:t xml:space="preserve"> ОТВЕТ № ____ </w:t>
      </w:r>
      <w:r w:rsidRPr="00A448DF">
        <w:rPr>
          <w:rFonts w:ascii="Times New Roman" w:hAnsi="Times New Roman" w:cs="Times New Roman"/>
          <w:lang w:val="ru-RU"/>
        </w:rPr>
        <w:tab/>
        <w:t xml:space="preserve"> </w:t>
      </w:r>
      <w:r w:rsidRPr="00A448DF">
        <w:rPr>
          <w:rFonts w:ascii="Times New Roman" w:hAnsi="Times New Roman" w:cs="Times New Roman"/>
          <w:lang w:val="ru-RU"/>
        </w:rPr>
        <w:tab/>
        <w:t xml:space="preserve">ОТВЕТ № ______ </w:t>
      </w:r>
      <w:r w:rsidRPr="00A448DF">
        <w:rPr>
          <w:rFonts w:ascii="Times New Roman" w:hAnsi="Times New Roman" w:cs="Times New Roman"/>
          <w:lang w:val="ru-RU"/>
        </w:rPr>
        <w:tab/>
        <w:t xml:space="preserve"> </w:t>
      </w:r>
      <w:r w:rsidRPr="00A448DF">
        <w:rPr>
          <w:rFonts w:ascii="Times New Roman" w:hAnsi="Times New Roman" w:cs="Times New Roman"/>
          <w:lang w:val="ru-RU"/>
        </w:rPr>
        <w:tab/>
        <w:t xml:space="preserve">ОТВЕТ № _______ </w:t>
      </w:r>
      <w:r w:rsidRPr="00A448DF">
        <w:rPr>
          <w:rFonts w:ascii="Times New Roman" w:hAnsi="Times New Roman" w:cs="Times New Roman"/>
          <w:lang w:val="ru-RU"/>
        </w:rPr>
        <w:tab/>
        <w:t xml:space="preserve"> </w:t>
      </w:r>
    </w:p>
    <w:p w:rsidR="00A448DF" w:rsidRPr="00A448DF" w:rsidRDefault="00A448DF" w:rsidP="00A448DF">
      <w:pPr>
        <w:spacing w:after="28" w:line="259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lang w:val="ru-RU"/>
        </w:rPr>
        <w:t xml:space="preserve"> </w:t>
      </w:r>
      <w:r w:rsidRPr="00A448DF">
        <w:rPr>
          <w:rFonts w:ascii="Times New Roman" w:hAnsi="Times New Roman" w:cs="Times New Roman"/>
          <w:lang w:val="ru-RU"/>
        </w:rPr>
        <w:tab/>
        <w:t xml:space="preserve"> </w:t>
      </w:r>
    </w:p>
    <w:p w:rsidR="00A448DF" w:rsidRPr="00A448DF" w:rsidRDefault="00A448DF" w:rsidP="00A448DF">
      <w:pPr>
        <w:spacing w:after="5" w:line="269" w:lineRule="auto"/>
        <w:jc w:val="both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i/>
          <w:lang w:val="ru-RU"/>
        </w:rPr>
        <w:t xml:space="preserve">ВАРИАНТЫ ОТВЕТОВ: </w:t>
      </w:r>
    </w:p>
    <w:p w:rsidR="00A448DF" w:rsidRPr="00A448DF" w:rsidRDefault="00A448DF" w:rsidP="00A448DF">
      <w:pPr>
        <w:tabs>
          <w:tab w:val="center" w:pos="1204"/>
          <w:tab w:val="center" w:pos="2416"/>
          <w:tab w:val="center" w:pos="6012"/>
          <w:tab w:val="center" w:pos="7119"/>
        </w:tabs>
        <w:spacing w:after="5" w:line="270" w:lineRule="auto"/>
        <w:rPr>
          <w:rFonts w:ascii="Times New Roman" w:eastAsia="Calibri" w:hAnsi="Times New Roman" w:cs="Times New Roman"/>
        </w:rPr>
      </w:pPr>
      <w:r w:rsidRPr="00A448DF">
        <w:rPr>
          <w:rFonts w:ascii="Times New Roman" w:eastAsia="Calibri" w:hAnsi="Times New Roman" w:cs="Times New Roman"/>
          <w:lang w:val="ru-RU"/>
        </w:rPr>
        <w:tab/>
      </w:r>
      <w:r w:rsidRPr="00A448DF">
        <w:rPr>
          <w:rFonts w:ascii="Times New Roman" w:hAnsi="Times New Roman" w:cs="Times New Roman"/>
        </w:rPr>
        <w:t>1.</w:t>
      </w:r>
      <w:r w:rsidRPr="00A448DF">
        <w:rPr>
          <w:rFonts w:ascii="Times New Roman" w:eastAsia="Arial" w:hAnsi="Times New Roman" w:cs="Times New Roman"/>
        </w:rPr>
        <w:t xml:space="preserve"> </w:t>
      </w:r>
      <w:r w:rsidRPr="00A448DF">
        <w:rPr>
          <w:rFonts w:ascii="Times New Roman" w:eastAsia="Arial" w:hAnsi="Times New Roman" w:cs="Times New Roman"/>
        </w:rPr>
        <w:tab/>
      </w:r>
      <w:r w:rsidRPr="00A448DF">
        <w:rPr>
          <w:rFonts w:ascii="Times New Roman" w:hAnsi="Times New Roman" w:cs="Times New Roman"/>
        </w:rPr>
        <w:t xml:space="preserve">Портретист </w:t>
      </w:r>
      <w:r w:rsidRPr="00A448DF">
        <w:rPr>
          <w:rFonts w:ascii="Times New Roman" w:hAnsi="Times New Roman" w:cs="Times New Roman"/>
        </w:rPr>
        <w:tab/>
        <w:t>5.</w:t>
      </w:r>
      <w:r w:rsidRPr="00A448DF">
        <w:rPr>
          <w:rFonts w:ascii="Times New Roman" w:eastAsia="Arial" w:hAnsi="Times New Roman" w:cs="Times New Roman"/>
        </w:rPr>
        <w:t xml:space="preserve"> </w:t>
      </w:r>
      <w:r w:rsidRPr="00A448DF">
        <w:rPr>
          <w:rFonts w:ascii="Times New Roman" w:eastAsia="Arial" w:hAnsi="Times New Roman" w:cs="Times New Roman"/>
        </w:rPr>
        <w:tab/>
      </w:r>
      <w:r w:rsidRPr="00A448DF">
        <w:rPr>
          <w:rFonts w:ascii="Times New Roman" w:hAnsi="Times New Roman" w:cs="Times New Roman"/>
        </w:rPr>
        <w:t xml:space="preserve">Дизайнер </w:t>
      </w:r>
    </w:p>
    <w:p w:rsidR="00A448DF" w:rsidRPr="00A448DF" w:rsidRDefault="00A448DF" w:rsidP="00A448DF">
      <w:pPr>
        <w:numPr>
          <w:ilvl w:val="0"/>
          <w:numId w:val="41"/>
        </w:numPr>
        <w:spacing w:after="5" w:line="270" w:lineRule="auto"/>
        <w:ind w:hanging="708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</w:rPr>
        <w:t xml:space="preserve">Архитектор </w:t>
      </w:r>
      <w:r w:rsidRPr="00A448DF">
        <w:rPr>
          <w:rFonts w:ascii="Times New Roman" w:hAnsi="Times New Roman" w:cs="Times New Roman"/>
        </w:rPr>
        <w:tab/>
        <w:t>6.</w:t>
      </w:r>
      <w:r w:rsidRPr="00A448DF">
        <w:rPr>
          <w:rFonts w:ascii="Times New Roman" w:eastAsia="Arial" w:hAnsi="Times New Roman" w:cs="Times New Roman"/>
        </w:rPr>
        <w:t xml:space="preserve"> </w:t>
      </w:r>
      <w:r w:rsidRPr="00A448DF">
        <w:rPr>
          <w:rFonts w:ascii="Times New Roman" w:eastAsia="Arial" w:hAnsi="Times New Roman" w:cs="Times New Roman"/>
        </w:rPr>
        <w:tab/>
      </w:r>
      <w:r w:rsidRPr="00A448DF">
        <w:rPr>
          <w:rFonts w:ascii="Times New Roman" w:hAnsi="Times New Roman" w:cs="Times New Roman"/>
        </w:rPr>
        <w:t xml:space="preserve">Пейзажист   </w:t>
      </w:r>
    </w:p>
    <w:p w:rsidR="00A448DF" w:rsidRPr="00A448DF" w:rsidRDefault="00A448DF" w:rsidP="00A448DF">
      <w:pPr>
        <w:numPr>
          <w:ilvl w:val="0"/>
          <w:numId w:val="41"/>
        </w:numPr>
        <w:spacing w:after="5" w:line="270" w:lineRule="auto"/>
        <w:ind w:hanging="708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</w:rPr>
        <w:t xml:space="preserve">Художник-модельер </w:t>
      </w:r>
      <w:r w:rsidRPr="00A448DF">
        <w:rPr>
          <w:rFonts w:ascii="Times New Roman" w:hAnsi="Times New Roman" w:cs="Times New Roman"/>
        </w:rPr>
        <w:tab/>
        <w:t>7.</w:t>
      </w:r>
      <w:r w:rsidRPr="00A448DF">
        <w:rPr>
          <w:rFonts w:ascii="Times New Roman" w:eastAsia="Arial" w:hAnsi="Times New Roman" w:cs="Times New Roman"/>
        </w:rPr>
        <w:t xml:space="preserve"> </w:t>
      </w:r>
      <w:r w:rsidRPr="00A448DF">
        <w:rPr>
          <w:rFonts w:ascii="Times New Roman" w:eastAsia="Arial" w:hAnsi="Times New Roman" w:cs="Times New Roman"/>
        </w:rPr>
        <w:tab/>
      </w:r>
      <w:r w:rsidRPr="00A448DF">
        <w:rPr>
          <w:rFonts w:ascii="Times New Roman" w:hAnsi="Times New Roman" w:cs="Times New Roman"/>
        </w:rPr>
        <w:t xml:space="preserve">Резчик по дереву </w:t>
      </w:r>
    </w:p>
    <w:p w:rsidR="00A448DF" w:rsidRPr="00A448DF" w:rsidRDefault="00A448DF" w:rsidP="00A448DF">
      <w:pPr>
        <w:numPr>
          <w:ilvl w:val="0"/>
          <w:numId w:val="41"/>
        </w:numPr>
        <w:spacing w:after="5" w:line="270" w:lineRule="auto"/>
        <w:ind w:hanging="708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</w:rPr>
        <w:t xml:space="preserve">Вышивальщица </w:t>
      </w:r>
      <w:r w:rsidRPr="00A448DF">
        <w:rPr>
          <w:rFonts w:ascii="Times New Roman" w:hAnsi="Times New Roman" w:cs="Times New Roman"/>
        </w:rPr>
        <w:tab/>
        <w:t>8.</w:t>
      </w:r>
      <w:r w:rsidRPr="00A448DF">
        <w:rPr>
          <w:rFonts w:ascii="Times New Roman" w:eastAsia="Arial" w:hAnsi="Times New Roman" w:cs="Times New Roman"/>
        </w:rPr>
        <w:t xml:space="preserve"> </w:t>
      </w:r>
      <w:r w:rsidRPr="00A448DF">
        <w:rPr>
          <w:rFonts w:ascii="Times New Roman" w:eastAsia="Arial" w:hAnsi="Times New Roman" w:cs="Times New Roman"/>
        </w:rPr>
        <w:tab/>
      </w:r>
      <w:r w:rsidRPr="00A448DF">
        <w:rPr>
          <w:rFonts w:ascii="Times New Roman" w:hAnsi="Times New Roman" w:cs="Times New Roman"/>
        </w:rPr>
        <w:t xml:space="preserve">Скульптор </w:t>
      </w:r>
    </w:p>
    <w:p w:rsidR="00A448DF" w:rsidRPr="00A448DF" w:rsidRDefault="00A448DF" w:rsidP="00A448DF">
      <w:pPr>
        <w:numPr>
          <w:ilvl w:val="0"/>
          <w:numId w:val="41"/>
        </w:numPr>
        <w:spacing w:after="5" w:line="270" w:lineRule="auto"/>
        <w:ind w:hanging="708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</w:rPr>
        <w:t xml:space="preserve">Иконописец </w:t>
      </w:r>
      <w:r w:rsidRPr="00A448DF">
        <w:rPr>
          <w:rFonts w:ascii="Times New Roman" w:hAnsi="Times New Roman" w:cs="Times New Roman"/>
        </w:rPr>
        <w:tab/>
        <w:t>9.</w:t>
      </w:r>
      <w:r w:rsidRPr="00A448DF">
        <w:rPr>
          <w:rFonts w:ascii="Times New Roman" w:eastAsia="Arial" w:hAnsi="Times New Roman" w:cs="Times New Roman"/>
        </w:rPr>
        <w:t xml:space="preserve"> </w:t>
      </w:r>
      <w:r w:rsidRPr="00A448DF">
        <w:rPr>
          <w:rFonts w:ascii="Times New Roman" w:eastAsia="Arial" w:hAnsi="Times New Roman" w:cs="Times New Roman"/>
        </w:rPr>
        <w:tab/>
      </w:r>
      <w:r w:rsidRPr="00A448DF">
        <w:rPr>
          <w:rFonts w:ascii="Times New Roman" w:hAnsi="Times New Roman" w:cs="Times New Roman"/>
        </w:rPr>
        <w:t xml:space="preserve">Реставратор </w:t>
      </w:r>
    </w:p>
    <w:p w:rsidR="00A448DF" w:rsidRPr="00A448DF" w:rsidRDefault="00A448DF" w:rsidP="00A448DF">
      <w:pPr>
        <w:tabs>
          <w:tab w:val="center" w:pos="1114"/>
          <w:tab w:val="center" w:pos="6072"/>
          <w:tab w:val="center" w:pos="7006"/>
        </w:tabs>
        <w:spacing w:after="5" w:line="270" w:lineRule="auto"/>
        <w:rPr>
          <w:rFonts w:ascii="Times New Roman" w:eastAsia="Calibri" w:hAnsi="Times New Roman" w:cs="Times New Roman"/>
        </w:rPr>
      </w:pPr>
      <w:r w:rsidRPr="00A448DF">
        <w:rPr>
          <w:rFonts w:ascii="Times New Roman" w:eastAsia="Calibri" w:hAnsi="Times New Roman" w:cs="Times New Roman"/>
        </w:rPr>
        <w:tab/>
      </w:r>
      <w:r w:rsidRPr="00A448DF">
        <w:rPr>
          <w:rFonts w:ascii="Times New Roman" w:hAnsi="Times New Roman" w:cs="Times New Roman"/>
          <w:i/>
        </w:rPr>
        <w:t xml:space="preserve"> </w:t>
      </w:r>
      <w:r w:rsidRPr="00A448DF">
        <w:rPr>
          <w:rFonts w:ascii="Times New Roman" w:hAnsi="Times New Roman" w:cs="Times New Roman"/>
          <w:i/>
        </w:rPr>
        <w:tab/>
      </w:r>
      <w:r w:rsidRPr="00A448DF">
        <w:rPr>
          <w:rFonts w:ascii="Times New Roman" w:hAnsi="Times New Roman" w:cs="Times New Roman"/>
        </w:rPr>
        <w:t>10.</w:t>
      </w:r>
      <w:r w:rsidRPr="00A448DF">
        <w:rPr>
          <w:rFonts w:ascii="Times New Roman" w:eastAsia="Arial" w:hAnsi="Times New Roman" w:cs="Times New Roman"/>
        </w:rPr>
        <w:t xml:space="preserve"> </w:t>
      </w:r>
      <w:r w:rsidRPr="00A448DF">
        <w:rPr>
          <w:rFonts w:ascii="Times New Roman" w:eastAsia="Arial" w:hAnsi="Times New Roman" w:cs="Times New Roman"/>
        </w:rPr>
        <w:tab/>
      </w:r>
      <w:r w:rsidRPr="00A448DF">
        <w:rPr>
          <w:rFonts w:ascii="Times New Roman" w:hAnsi="Times New Roman" w:cs="Times New Roman"/>
        </w:rPr>
        <w:t xml:space="preserve">График </w:t>
      </w:r>
    </w:p>
    <w:p w:rsidR="00A448DF" w:rsidRPr="00A448DF" w:rsidRDefault="00A448DF" w:rsidP="00A448DF">
      <w:pPr>
        <w:spacing w:after="31" w:line="259" w:lineRule="auto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i/>
        </w:rPr>
        <w:t xml:space="preserve"> </w:t>
      </w:r>
    </w:p>
    <w:p w:rsidR="00A448DF" w:rsidRPr="00A448DF" w:rsidRDefault="00A448DF" w:rsidP="00A448DF">
      <w:pPr>
        <w:spacing w:after="5" w:line="271" w:lineRule="auto"/>
        <w:jc w:val="both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>2.Определи, кисти какого художника принадлежит картина.</w:t>
      </w:r>
      <w:r w:rsidRPr="00A448DF">
        <w:rPr>
          <w:rFonts w:ascii="Times New Roman" w:hAnsi="Times New Roman" w:cs="Times New Roman"/>
          <w:lang w:val="ru-RU"/>
        </w:rPr>
        <w:t xml:space="preserve"> </w:t>
      </w:r>
    </w:p>
    <w:p w:rsidR="00A448DF" w:rsidRPr="00A448DF" w:rsidRDefault="00A448DF" w:rsidP="00A448DF">
      <w:pPr>
        <w:spacing w:after="5" w:line="271" w:lineRule="auto"/>
        <w:jc w:val="both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b/>
        </w:rPr>
        <w:t>Правильные пары соедини стрелками</w:t>
      </w:r>
      <w:r w:rsidRPr="00A448DF"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W w:w="8452" w:type="dxa"/>
        <w:tblInd w:w="0" w:type="dxa"/>
        <w:tblCellMar>
          <w:top w:w="45" w:type="dxa"/>
        </w:tblCellMar>
        <w:tblLook w:val="04A0" w:firstRow="1" w:lastRow="0" w:firstColumn="1" w:lastColumn="0" w:noHBand="0" w:noVBand="1"/>
      </w:tblPr>
      <w:tblGrid>
        <w:gridCol w:w="3198"/>
        <w:gridCol w:w="5254"/>
      </w:tblGrid>
      <w:tr w:rsidR="00A448DF" w:rsidRPr="00A448DF" w:rsidTr="00246639">
        <w:trPr>
          <w:trHeight w:val="271"/>
        </w:trPr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В. Суриков </w:t>
            </w:r>
          </w:p>
        </w:tc>
        <w:tc>
          <w:tcPr>
            <w:tcW w:w="5255" w:type="dxa"/>
            <w:tcBorders>
              <w:top w:val="nil"/>
              <w:left w:val="nil"/>
              <w:bottom w:val="nil"/>
              <w:right w:val="nil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«Бурлаки на Волге» </w:t>
            </w:r>
          </w:p>
        </w:tc>
      </w:tr>
      <w:tr w:rsidR="00A448DF" w:rsidRPr="00A448DF" w:rsidTr="00246639">
        <w:trPr>
          <w:trHeight w:val="276"/>
        </w:trPr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И.Репин </w:t>
            </w:r>
          </w:p>
        </w:tc>
        <w:tc>
          <w:tcPr>
            <w:tcW w:w="5255" w:type="dxa"/>
            <w:tcBorders>
              <w:top w:val="nil"/>
              <w:left w:val="nil"/>
              <w:bottom w:val="nil"/>
              <w:right w:val="nil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«Мона Лиза» </w:t>
            </w:r>
          </w:p>
        </w:tc>
      </w:tr>
      <w:tr w:rsidR="00A448DF" w:rsidRPr="00A448DF" w:rsidTr="00246639">
        <w:trPr>
          <w:trHeight w:val="276"/>
        </w:trPr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В.Васнецов </w:t>
            </w:r>
          </w:p>
        </w:tc>
        <w:tc>
          <w:tcPr>
            <w:tcW w:w="5255" w:type="dxa"/>
            <w:tcBorders>
              <w:top w:val="nil"/>
              <w:left w:val="nil"/>
              <w:bottom w:val="nil"/>
              <w:right w:val="nil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«Боярыня Морозова» </w:t>
            </w:r>
          </w:p>
        </w:tc>
      </w:tr>
      <w:tr w:rsidR="00A448DF" w:rsidRPr="00A448DF" w:rsidTr="00246639">
        <w:trPr>
          <w:trHeight w:val="276"/>
        </w:trPr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И. Айвазовский </w:t>
            </w:r>
          </w:p>
        </w:tc>
        <w:tc>
          <w:tcPr>
            <w:tcW w:w="5255" w:type="dxa"/>
            <w:tcBorders>
              <w:top w:val="nil"/>
              <w:left w:val="nil"/>
              <w:bottom w:val="nil"/>
              <w:right w:val="nil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«Аленушка» </w:t>
            </w:r>
          </w:p>
        </w:tc>
      </w:tr>
      <w:tr w:rsidR="00A448DF" w:rsidRPr="00A448DF" w:rsidTr="00246639">
        <w:trPr>
          <w:trHeight w:val="276"/>
        </w:trPr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И.Левитан </w:t>
            </w:r>
          </w:p>
        </w:tc>
        <w:tc>
          <w:tcPr>
            <w:tcW w:w="5255" w:type="dxa"/>
            <w:tcBorders>
              <w:top w:val="nil"/>
              <w:left w:val="nil"/>
              <w:bottom w:val="nil"/>
              <w:right w:val="nil"/>
            </w:tcBorders>
          </w:tcPr>
          <w:p w:rsidR="00A448DF" w:rsidRPr="00A448DF" w:rsidRDefault="00A448DF" w:rsidP="00246639">
            <w:pPr>
              <w:tabs>
                <w:tab w:val="left" w:pos="1752"/>
                <w:tab w:val="center" w:pos="2627"/>
              </w:tabs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«Девятый вал» </w:t>
            </w:r>
          </w:p>
        </w:tc>
      </w:tr>
      <w:tr w:rsidR="00A448DF" w:rsidRPr="00A448DF" w:rsidTr="00246639">
        <w:trPr>
          <w:trHeight w:val="276"/>
        </w:trPr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А.Федотов </w:t>
            </w:r>
          </w:p>
        </w:tc>
        <w:tc>
          <w:tcPr>
            <w:tcW w:w="5255" w:type="dxa"/>
            <w:tcBorders>
              <w:top w:val="nil"/>
              <w:left w:val="nil"/>
              <w:bottom w:val="nil"/>
              <w:right w:val="nil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«Золотая осень» </w:t>
            </w:r>
          </w:p>
        </w:tc>
      </w:tr>
      <w:tr w:rsidR="00A448DF" w:rsidRPr="00A448DF" w:rsidTr="00246639">
        <w:trPr>
          <w:trHeight w:val="276"/>
        </w:trPr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К.Брюллов </w:t>
            </w:r>
          </w:p>
        </w:tc>
        <w:tc>
          <w:tcPr>
            <w:tcW w:w="5255" w:type="dxa"/>
            <w:tcBorders>
              <w:top w:val="nil"/>
              <w:left w:val="nil"/>
              <w:bottom w:val="nil"/>
              <w:right w:val="nil"/>
            </w:tcBorders>
          </w:tcPr>
          <w:p w:rsidR="00A448DF" w:rsidRPr="00A448DF" w:rsidRDefault="00A448DF" w:rsidP="00246639">
            <w:pPr>
              <w:ind w:right="57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«Последний день Помпеи» </w:t>
            </w:r>
          </w:p>
        </w:tc>
      </w:tr>
      <w:tr w:rsidR="00A448DF" w:rsidRPr="00A448DF" w:rsidTr="00246639">
        <w:trPr>
          <w:trHeight w:val="276"/>
        </w:trPr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Рафаэль </w:t>
            </w:r>
          </w:p>
        </w:tc>
        <w:tc>
          <w:tcPr>
            <w:tcW w:w="5255" w:type="dxa"/>
            <w:tcBorders>
              <w:top w:val="nil"/>
              <w:left w:val="nil"/>
              <w:bottom w:val="nil"/>
              <w:right w:val="nil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«Сватовство майора» </w:t>
            </w:r>
          </w:p>
        </w:tc>
      </w:tr>
      <w:tr w:rsidR="00A448DF" w:rsidRPr="00A448DF" w:rsidTr="00246639">
        <w:trPr>
          <w:trHeight w:val="271"/>
        </w:trPr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Леонардо да Винчи </w:t>
            </w:r>
          </w:p>
        </w:tc>
        <w:tc>
          <w:tcPr>
            <w:tcW w:w="5255" w:type="dxa"/>
            <w:tcBorders>
              <w:top w:val="nil"/>
              <w:left w:val="nil"/>
              <w:bottom w:val="nil"/>
              <w:right w:val="nil"/>
            </w:tcBorders>
          </w:tcPr>
          <w:p w:rsidR="00A448DF" w:rsidRPr="00A448DF" w:rsidRDefault="00A448DF" w:rsidP="00246639">
            <w:pPr>
              <w:ind w:right="363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«Сикстинская мадонна» </w:t>
            </w:r>
          </w:p>
        </w:tc>
      </w:tr>
    </w:tbl>
    <w:p w:rsidR="00A448DF" w:rsidRPr="00A448DF" w:rsidRDefault="00A448DF" w:rsidP="00A448DF">
      <w:pPr>
        <w:spacing w:after="5" w:line="271" w:lineRule="auto"/>
        <w:jc w:val="both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>Правильные ответы к КИМ №3 (6класс)</w:t>
      </w:r>
      <w:r w:rsidRPr="00A448DF">
        <w:rPr>
          <w:rFonts w:ascii="Times New Roman" w:hAnsi="Times New Roman" w:cs="Times New Roman"/>
          <w:lang w:val="ru-RU"/>
        </w:rPr>
        <w:t xml:space="preserve"> </w:t>
      </w:r>
    </w:p>
    <w:tbl>
      <w:tblPr>
        <w:tblStyle w:val="TableGrid"/>
        <w:tblW w:w="10567" w:type="dxa"/>
        <w:tblInd w:w="0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660"/>
        <w:gridCol w:w="7907"/>
      </w:tblGrid>
      <w:tr w:rsidR="00A448DF" w:rsidRPr="00A448DF" w:rsidTr="00246639">
        <w:trPr>
          <w:trHeight w:val="28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      № задания </w:t>
            </w:r>
          </w:p>
        </w:tc>
        <w:tc>
          <w:tcPr>
            <w:tcW w:w="7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   Правильные   ответы </w:t>
            </w: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448DF" w:rsidRPr="00A448DF" w:rsidTr="00246639">
        <w:trPr>
          <w:trHeight w:val="28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7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1-4;    2-1;    3-5;    4-2;    5-1;    6-6 </w:t>
            </w:r>
          </w:p>
        </w:tc>
      </w:tr>
      <w:tr w:rsidR="00A448DF" w:rsidRPr="009E482D" w:rsidTr="00246639">
        <w:trPr>
          <w:trHeight w:val="249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7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spacing w:after="12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В. Суриков    ------------ «Боярыня Морозова»                  </w:t>
            </w:r>
          </w:p>
          <w:p w:rsidR="00A448DF" w:rsidRPr="00A448DF" w:rsidRDefault="00A448DF" w:rsidP="00246639">
            <w:pPr>
              <w:spacing w:after="8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И.Репин        -------------«Бурлаки на Волге» </w:t>
            </w:r>
          </w:p>
          <w:p w:rsidR="00A448DF" w:rsidRPr="00A448DF" w:rsidRDefault="00A448DF" w:rsidP="00246639">
            <w:pPr>
              <w:spacing w:after="13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В.Васнецов  --------------«Аленушка» </w:t>
            </w:r>
          </w:p>
          <w:p w:rsidR="00A448DF" w:rsidRPr="00A448DF" w:rsidRDefault="00A448DF" w:rsidP="00246639">
            <w:pPr>
              <w:spacing w:after="9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И. Айвазовский----------«Девятый вал» </w:t>
            </w:r>
          </w:p>
          <w:p w:rsidR="00A448DF" w:rsidRPr="00A448DF" w:rsidRDefault="00A448DF" w:rsidP="00246639">
            <w:pPr>
              <w:spacing w:after="10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И.Левитан   ---------------«Золотая осень» </w:t>
            </w:r>
          </w:p>
          <w:p w:rsidR="00A448DF" w:rsidRPr="00A448DF" w:rsidRDefault="00A448DF" w:rsidP="00246639">
            <w:pPr>
              <w:spacing w:after="11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А.Федотов  ----------------«Сватовство майора» </w:t>
            </w:r>
          </w:p>
          <w:p w:rsidR="00A448DF" w:rsidRPr="00A448DF" w:rsidRDefault="00A448DF" w:rsidP="00246639">
            <w:pPr>
              <w:spacing w:after="8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К.Брюллов  ----------------«Последний день Помпеи» </w:t>
            </w:r>
          </w:p>
          <w:p w:rsidR="00A448DF" w:rsidRPr="00A448DF" w:rsidRDefault="00A448DF" w:rsidP="00246639">
            <w:pPr>
              <w:spacing w:after="29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Рафаэль  --------------------«Сикстинская мадонна»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sz w:val="2"/>
              </w:rPr>
              <w:t xml:space="preserve"> </w:t>
            </w:r>
            <w:r w:rsidRPr="00A448DF">
              <w:rPr>
                <w:rFonts w:ascii="Times New Roman" w:hAnsi="Times New Roman" w:cs="Times New Roman"/>
              </w:rPr>
              <w:t xml:space="preserve">Леонардо да Винчи ------«Мона Лиза» </w:t>
            </w:r>
          </w:p>
        </w:tc>
      </w:tr>
    </w:tbl>
    <w:p w:rsidR="00A448DF" w:rsidRPr="00A448DF" w:rsidRDefault="00A448DF" w:rsidP="00A448DF">
      <w:pPr>
        <w:spacing w:after="26" w:line="259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 </w:t>
      </w:r>
    </w:p>
    <w:p w:rsidR="00A448DF" w:rsidRPr="00A448DF" w:rsidRDefault="00A448DF" w:rsidP="00A448DF">
      <w:pPr>
        <w:keepNext/>
        <w:keepLines/>
        <w:spacing w:after="0" w:line="259" w:lineRule="auto"/>
        <w:ind w:right="2153"/>
        <w:jc w:val="center"/>
        <w:outlineLvl w:val="0"/>
        <w:rPr>
          <w:rFonts w:ascii="Times New Roman" w:hAnsi="Times New Roman" w:cs="Times New Roman"/>
          <w:b/>
        </w:rPr>
      </w:pPr>
      <w:r w:rsidRPr="00A448DF">
        <w:rPr>
          <w:rFonts w:ascii="Times New Roman" w:hAnsi="Times New Roman" w:cs="Times New Roman"/>
          <w:b/>
        </w:rPr>
        <w:t xml:space="preserve">Критерии оценивания </w:t>
      </w:r>
    </w:p>
    <w:tbl>
      <w:tblPr>
        <w:tblStyle w:val="TableGrid"/>
        <w:tblW w:w="10567" w:type="dxa"/>
        <w:tblInd w:w="0" w:type="dxa"/>
        <w:tblCellMar>
          <w:top w:w="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283"/>
        <w:gridCol w:w="5284"/>
      </w:tblGrid>
      <w:tr w:rsidR="00A448DF" w:rsidRPr="00A448DF" w:rsidTr="00246639">
        <w:trPr>
          <w:trHeight w:val="286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Оценка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5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Количество правильных ответов </w:t>
            </w:r>
          </w:p>
        </w:tc>
      </w:tr>
      <w:tr w:rsidR="00A448DF" w:rsidRPr="00A448DF" w:rsidTr="00246639">
        <w:trPr>
          <w:trHeight w:val="286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«отлично»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5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14-15 </w:t>
            </w:r>
          </w:p>
        </w:tc>
      </w:tr>
      <w:tr w:rsidR="00A448DF" w:rsidRPr="00A448DF" w:rsidTr="00246639">
        <w:trPr>
          <w:trHeight w:val="286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«хорошо»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5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10-13 </w:t>
            </w:r>
          </w:p>
        </w:tc>
      </w:tr>
      <w:tr w:rsidR="00A448DF" w:rsidRPr="00A448DF" w:rsidTr="00246639">
        <w:trPr>
          <w:trHeight w:val="286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«удовлетворительно»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5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6-9 </w:t>
            </w:r>
          </w:p>
        </w:tc>
      </w:tr>
      <w:tr w:rsidR="00A448DF" w:rsidRPr="00A448DF" w:rsidTr="00246639">
        <w:trPr>
          <w:trHeight w:val="288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«неудовлетворительно»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5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1-5 </w:t>
            </w:r>
          </w:p>
        </w:tc>
      </w:tr>
    </w:tbl>
    <w:p w:rsidR="00A448DF" w:rsidRPr="00A448DF" w:rsidRDefault="00A448DF" w:rsidP="00A448DF">
      <w:pPr>
        <w:spacing w:after="25" w:line="259" w:lineRule="auto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</w:rPr>
        <w:t xml:space="preserve"> </w:t>
      </w:r>
    </w:p>
    <w:p w:rsidR="00A448DF" w:rsidRPr="00A448DF" w:rsidRDefault="00A448DF" w:rsidP="00A448DF">
      <w:pPr>
        <w:spacing w:after="5" w:line="271" w:lineRule="auto"/>
        <w:jc w:val="both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</w:rPr>
        <w:t xml:space="preserve">          </w:t>
      </w:r>
      <w:r w:rsidRPr="00A448DF">
        <w:rPr>
          <w:rFonts w:ascii="Times New Roman" w:hAnsi="Times New Roman" w:cs="Times New Roman"/>
          <w:b/>
        </w:rPr>
        <w:t>КИМ №1(7класс). Входная диагностика.</w:t>
      </w:r>
      <w:r w:rsidRPr="00A448DF"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W w:w="10850" w:type="dxa"/>
        <w:tblInd w:w="-108" w:type="dxa"/>
        <w:tblCellMar>
          <w:top w:w="53" w:type="dxa"/>
          <w:left w:w="106" w:type="dxa"/>
        </w:tblCellMar>
        <w:tblLook w:val="04A0" w:firstRow="1" w:lastRow="0" w:firstColumn="1" w:lastColumn="0" w:noHBand="0" w:noVBand="1"/>
      </w:tblPr>
      <w:tblGrid>
        <w:gridCol w:w="6455"/>
        <w:gridCol w:w="4395"/>
      </w:tblGrid>
      <w:tr w:rsidR="00A448DF" w:rsidRPr="009E482D" w:rsidTr="00246639">
        <w:trPr>
          <w:trHeight w:val="562"/>
        </w:trPr>
        <w:tc>
          <w:tcPr>
            <w:tcW w:w="6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>1.  Какие  цвета являются ахроматическими?</w:t>
            </w: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ind w:right="533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белый    Б) серый    В) зелёный Г) желтый   Д) черный   Е) синий </w:t>
            </w:r>
          </w:p>
        </w:tc>
      </w:tr>
      <w:tr w:rsidR="00A448DF" w:rsidRPr="009E482D" w:rsidTr="00246639">
        <w:trPr>
          <w:trHeight w:val="1666"/>
        </w:trPr>
        <w:tc>
          <w:tcPr>
            <w:tcW w:w="6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lastRenderedPageBreak/>
              <w:t>2. Что относится к графическим художественным материалам?</w:t>
            </w: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spacing w:after="22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  пастель   Б)   сангина  В)   акварель  </w:t>
            </w:r>
          </w:p>
          <w:p w:rsidR="00A448DF" w:rsidRPr="00A448DF" w:rsidRDefault="00A448DF" w:rsidP="00246639">
            <w:pPr>
              <w:spacing w:after="22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Г)   уголь   Д)   тушь       Е)   темпера   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Ж)  масло    З)   фломастеры   </w:t>
            </w:r>
          </w:p>
          <w:p w:rsidR="00A448DF" w:rsidRPr="00A448DF" w:rsidRDefault="00A448DF" w:rsidP="00246639">
            <w:pPr>
              <w:ind w:right="112"/>
              <w:jc w:val="both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И)   восковые мелки  К)   акриловые краски   Л)   гуашь М)  анилиновые красители </w:t>
            </w:r>
          </w:p>
        </w:tc>
      </w:tr>
      <w:tr w:rsidR="00A448DF" w:rsidRPr="009E482D" w:rsidTr="00246639">
        <w:trPr>
          <w:trHeight w:val="1114"/>
        </w:trPr>
        <w:tc>
          <w:tcPr>
            <w:tcW w:w="6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spacing w:after="26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3. Назови способ получения изображения,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>заключающийся в накладывании на какую-либо основу разных по цвету кусков бумаг, картона, ткани и других материалов.</w:t>
            </w: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ind w:right="1389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лепка    Б) флористика В) коллаж </w:t>
            </w:r>
          </w:p>
        </w:tc>
      </w:tr>
      <w:tr w:rsidR="00A448DF" w:rsidRPr="009E482D" w:rsidTr="00246639">
        <w:trPr>
          <w:trHeight w:val="562"/>
        </w:trPr>
        <w:tc>
          <w:tcPr>
            <w:tcW w:w="6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>4.Воздушная перспектива четче  выражена на картинах, изображающих</w:t>
            </w: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 пейзаж  Б)  натюрморт    В)  портрет </w:t>
            </w:r>
          </w:p>
        </w:tc>
      </w:tr>
      <w:tr w:rsidR="00A448DF" w:rsidRPr="009E482D" w:rsidTr="00246639">
        <w:trPr>
          <w:trHeight w:val="562"/>
        </w:trPr>
        <w:tc>
          <w:tcPr>
            <w:tcW w:w="6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>5. Хроматические цвета, расположенные в определенном порядке по цветовым тонам, образуют</w:t>
            </w: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спектр      Б) радугу         В) контраст </w:t>
            </w:r>
          </w:p>
        </w:tc>
      </w:tr>
      <w:tr w:rsidR="00A448DF" w:rsidRPr="009E482D" w:rsidTr="00246639">
        <w:trPr>
          <w:trHeight w:val="564"/>
        </w:trPr>
        <w:tc>
          <w:tcPr>
            <w:tcW w:w="6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>6. Что из перечисленного является композиционным правилом</w:t>
            </w: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ind w:right="146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полотно     Б) золотое сечение         В) творчество </w:t>
            </w:r>
          </w:p>
        </w:tc>
      </w:tr>
      <w:tr w:rsidR="00A448DF" w:rsidRPr="009E482D" w:rsidTr="00246639">
        <w:trPr>
          <w:trHeight w:val="1390"/>
        </w:trPr>
        <w:tc>
          <w:tcPr>
            <w:tcW w:w="6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>7. Орнамент – это:</w:t>
            </w: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spacing w:after="22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узор с организованным    </w:t>
            </w:r>
          </w:p>
          <w:p w:rsidR="00A448DF" w:rsidRPr="00A448DF" w:rsidRDefault="00A448DF" w:rsidP="00246639">
            <w:pPr>
              <w:spacing w:after="20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расположением  элементов     </w:t>
            </w:r>
          </w:p>
          <w:p w:rsidR="00A448DF" w:rsidRPr="00A448DF" w:rsidRDefault="00A448DF" w:rsidP="00246639">
            <w:pPr>
              <w:spacing w:after="22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 Б) мозаика        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 В) узор с ритмическим чередованием элементов </w:t>
            </w:r>
          </w:p>
        </w:tc>
      </w:tr>
      <w:tr w:rsidR="00A448DF" w:rsidRPr="00A448DF" w:rsidTr="00246639">
        <w:trPr>
          <w:trHeight w:val="286"/>
        </w:trPr>
        <w:tc>
          <w:tcPr>
            <w:tcW w:w="6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8. К какому виду изобразительного искусства  относится 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 архитектура   Б)  рисунок   </w:t>
            </w:r>
          </w:p>
        </w:tc>
      </w:tr>
      <w:tr w:rsidR="00A448DF" w:rsidRPr="00A448DF" w:rsidTr="00246639">
        <w:trPr>
          <w:trHeight w:val="288"/>
        </w:trPr>
        <w:tc>
          <w:tcPr>
            <w:tcW w:w="6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>барельеф?</w:t>
            </w: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В)  скульптура </w:t>
            </w:r>
          </w:p>
        </w:tc>
      </w:tr>
      <w:tr w:rsidR="00A448DF" w:rsidRPr="009E482D" w:rsidTr="00246639">
        <w:trPr>
          <w:trHeight w:val="562"/>
        </w:trPr>
        <w:tc>
          <w:tcPr>
            <w:tcW w:w="6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>9.Произведение декоративного искусства, выполненное  из цветного  стекла, называется</w:t>
            </w: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 витраж  Б) мозаика   В) аппликация </w:t>
            </w:r>
          </w:p>
        </w:tc>
      </w:tr>
      <w:tr w:rsidR="00A448DF" w:rsidRPr="009E482D" w:rsidTr="00246639">
        <w:trPr>
          <w:trHeight w:val="838"/>
        </w:trPr>
        <w:tc>
          <w:tcPr>
            <w:tcW w:w="6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>10. Печатное воспроизведение рисунка, выполненное различными способами на доске (деревянной, металлической)</w:t>
            </w: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Гравюра     Б) Эскиз          В) Этюд </w:t>
            </w:r>
          </w:p>
        </w:tc>
      </w:tr>
      <w:tr w:rsidR="00A448DF" w:rsidRPr="009E482D" w:rsidTr="00246639">
        <w:trPr>
          <w:trHeight w:val="562"/>
        </w:trPr>
        <w:tc>
          <w:tcPr>
            <w:tcW w:w="6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>11. При выполнении парадного портрета человека изображают</w:t>
            </w: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ind w:right="1036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в полный рост  Б) по пояс В) по плечи </w:t>
            </w:r>
          </w:p>
        </w:tc>
      </w:tr>
      <w:tr w:rsidR="00A448DF" w:rsidRPr="009E482D" w:rsidTr="00246639">
        <w:trPr>
          <w:trHeight w:val="562"/>
        </w:trPr>
        <w:tc>
          <w:tcPr>
            <w:tcW w:w="6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>12. В анималистическом жанре изображают</w:t>
            </w: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боевые сражения     Б) животных      В) природу </w:t>
            </w:r>
          </w:p>
        </w:tc>
      </w:tr>
      <w:tr w:rsidR="00A448DF" w:rsidRPr="009E482D" w:rsidTr="00246639">
        <w:trPr>
          <w:trHeight w:val="286"/>
        </w:trPr>
        <w:tc>
          <w:tcPr>
            <w:tcW w:w="6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>13. Какое понятие не является архитектурным</w:t>
            </w: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картина    Б) арка    В) колонна </w:t>
            </w:r>
          </w:p>
        </w:tc>
      </w:tr>
      <w:tr w:rsidR="00A448DF" w:rsidRPr="009E482D" w:rsidTr="00246639">
        <w:trPr>
          <w:trHeight w:val="286"/>
        </w:trPr>
        <w:tc>
          <w:tcPr>
            <w:tcW w:w="6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>14. Что не является скульптурой</w:t>
            </w: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статуя    Б) бордюр   В) бюст </w:t>
            </w:r>
          </w:p>
        </w:tc>
      </w:tr>
      <w:tr w:rsidR="00A448DF" w:rsidRPr="009E482D" w:rsidTr="00246639">
        <w:trPr>
          <w:trHeight w:val="564"/>
        </w:trPr>
        <w:tc>
          <w:tcPr>
            <w:tcW w:w="6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>15. Как называется картина И.Е. Репина, на которой он запечатлел свою дочь Веру?</w:t>
            </w: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spacing w:after="22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«Бабочка»     Б) «Козочка»   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В) «Стрекоза»      Г) «Сорока». </w:t>
            </w:r>
          </w:p>
        </w:tc>
      </w:tr>
      <w:tr w:rsidR="00A448DF" w:rsidRPr="00A448DF" w:rsidTr="00246639">
        <w:trPr>
          <w:trHeight w:val="562"/>
        </w:trPr>
        <w:tc>
          <w:tcPr>
            <w:tcW w:w="6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>16. Сколько мишек на картине И.И. Шишкина « Утро в сосновом лесу»?</w:t>
            </w: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2       Б) 4        В) 3        Г) 6 </w:t>
            </w:r>
          </w:p>
        </w:tc>
      </w:tr>
      <w:tr w:rsidR="00A448DF" w:rsidRPr="009E482D" w:rsidTr="00246639">
        <w:trPr>
          <w:trHeight w:val="562"/>
        </w:trPr>
        <w:tc>
          <w:tcPr>
            <w:tcW w:w="6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>17. У какого художника нет картины с названием «Березовая роща»?</w:t>
            </w: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spacing w:after="23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 И. Левитан      Б)  А. Куинджи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В)  И. Шишкин   Г)  И. Айвазовский </w:t>
            </w:r>
          </w:p>
        </w:tc>
      </w:tr>
      <w:tr w:rsidR="00A448DF" w:rsidRPr="009E482D" w:rsidTr="00246639">
        <w:trPr>
          <w:trHeight w:val="1114"/>
        </w:trPr>
        <w:tc>
          <w:tcPr>
            <w:tcW w:w="6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>18. На какой из этих картин нет изображения лошадей?</w:t>
            </w: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spacing w:after="22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 «Богатыри» В. Васнецова </w:t>
            </w:r>
          </w:p>
          <w:p w:rsidR="00A448DF" w:rsidRPr="00A448DF" w:rsidRDefault="00A448DF" w:rsidP="00246639">
            <w:pPr>
              <w:spacing w:after="22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Б)  «Март» И. Левитана </w:t>
            </w:r>
          </w:p>
          <w:p w:rsidR="00A448DF" w:rsidRPr="00A448DF" w:rsidRDefault="00A448DF" w:rsidP="00246639">
            <w:pPr>
              <w:spacing w:after="22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В)  «Всадница» К. Брюллова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Г)  «Тройка» В. Перова </w:t>
            </w:r>
          </w:p>
        </w:tc>
      </w:tr>
      <w:tr w:rsidR="00A448DF" w:rsidRPr="009E482D" w:rsidTr="00246639">
        <w:trPr>
          <w:trHeight w:val="838"/>
        </w:trPr>
        <w:tc>
          <w:tcPr>
            <w:tcW w:w="6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spacing w:line="281" w:lineRule="auto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>19. Какие народные промыслы известны росписью по дереву (три):</w:t>
            </w: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spacing w:after="21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 Жостово  Б)  Хохлома   В)  Городец    </w:t>
            </w:r>
          </w:p>
          <w:p w:rsidR="00A448DF" w:rsidRPr="00A448DF" w:rsidRDefault="00A448DF" w:rsidP="00246639">
            <w:pPr>
              <w:spacing w:after="19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Г) Палех  Д) Полхов-Майдан  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 Е) Дымково </w:t>
            </w:r>
          </w:p>
        </w:tc>
      </w:tr>
      <w:tr w:rsidR="00A448DF" w:rsidRPr="009E482D" w:rsidTr="00246639">
        <w:trPr>
          <w:trHeight w:val="838"/>
        </w:trPr>
        <w:tc>
          <w:tcPr>
            <w:tcW w:w="6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>20. К какому виду искусств относится экслибрис?</w:t>
            </w: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ind w:right="671"/>
              <w:jc w:val="both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живопись   Б)  печатная графика            В) рисунок    Г)  декоративноприкладное искусство </w:t>
            </w:r>
          </w:p>
        </w:tc>
      </w:tr>
      <w:tr w:rsidR="00A448DF" w:rsidRPr="009E482D" w:rsidTr="00246639">
        <w:trPr>
          <w:trHeight w:val="838"/>
        </w:trPr>
        <w:tc>
          <w:tcPr>
            <w:tcW w:w="6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lastRenderedPageBreak/>
              <w:t xml:space="preserve">21. Как называются произведения декоративноприкладного искусства, выполненные из обожжённой глины? 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керамика   Б) гобелен      В) макраме </w:t>
            </w:r>
          </w:p>
        </w:tc>
      </w:tr>
      <w:tr w:rsidR="00A448DF" w:rsidRPr="009E482D" w:rsidTr="00246639">
        <w:trPr>
          <w:trHeight w:val="840"/>
        </w:trPr>
        <w:tc>
          <w:tcPr>
            <w:tcW w:w="6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ind w:right="4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22. Какой из этих глаголов русского языка совпадает с фамилией замечательного художника, выходца из России? 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448DF" w:rsidRPr="00A448DF" w:rsidRDefault="00A448DF" w:rsidP="00246639">
            <w:pPr>
              <w:ind w:right="125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А)  Бежал        Б) Лежал     В)  Шагал    Г)  Сидел </w:t>
            </w:r>
          </w:p>
        </w:tc>
      </w:tr>
    </w:tbl>
    <w:p w:rsidR="00A448DF" w:rsidRPr="00A448DF" w:rsidRDefault="00A448DF" w:rsidP="00A448DF">
      <w:pPr>
        <w:spacing w:after="5" w:line="271" w:lineRule="auto"/>
        <w:jc w:val="both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>Правильные ответы к  КИМ №1(7класс)</w:t>
      </w:r>
      <w:r w:rsidRPr="00A448DF">
        <w:rPr>
          <w:rFonts w:ascii="Times New Roman" w:hAnsi="Times New Roman" w:cs="Times New Roman"/>
          <w:lang w:val="ru-RU"/>
        </w:rPr>
        <w:t xml:space="preserve"> </w:t>
      </w:r>
    </w:p>
    <w:tbl>
      <w:tblPr>
        <w:tblStyle w:val="TableGrid"/>
        <w:tblW w:w="10567" w:type="dxa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244"/>
        <w:gridCol w:w="5245"/>
        <w:gridCol w:w="1277"/>
        <w:gridCol w:w="2801"/>
      </w:tblGrid>
      <w:tr w:rsidR="00A448DF" w:rsidRPr="00A448DF" w:rsidTr="00246639">
        <w:trPr>
          <w:trHeight w:val="562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spacing w:after="24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      №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задания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   Правильные   ответы </w:t>
            </w: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spacing w:after="24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      №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задания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>Правильные   ответы</w:t>
            </w: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448DF" w:rsidRPr="00A448DF" w:rsidTr="00246639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А; Б; Д.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12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Б-животных </w:t>
            </w:r>
          </w:p>
        </w:tc>
      </w:tr>
      <w:tr w:rsidR="00A448DF" w:rsidRPr="00A448DF" w:rsidTr="00246639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А; Б; Г; Д; З.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13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А-картина </w:t>
            </w:r>
          </w:p>
        </w:tc>
      </w:tr>
      <w:tr w:rsidR="00A448DF" w:rsidRPr="00A448DF" w:rsidTr="00246639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В-коллаж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14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Б-бордюр </w:t>
            </w:r>
          </w:p>
        </w:tc>
      </w:tr>
      <w:tr w:rsidR="00A448DF" w:rsidRPr="00A448DF" w:rsidTr="00246639">
        <w:trPr>
          <w:trHeight w:val="288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А-пейзаж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15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А-стрекоза </w:t>
            </w:r>
          </w:p>
        </w:tc>
      </w:tr>
      <w:tr w:rsidR="00A448DF" w:rsidRPr="00A448DF" w:rsidTr="00246639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А-спектр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16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Б-четыре </w:t>
            </w:r>
          </w:p>
        </w:tc>
      </w:tr>
      <w:tr w:rsidR="00A448DF" w:rsidRPr="00A448DF" w:rsidTr="00246639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Б-золотое сечение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17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Г- И.Айвазовский </w:t>
            </w:r>
          </w:p>
        </w:tc>
      </w:tr>
      <w:tr w:rsidR="00A448DF" w:rsidRPr="00A448DF" w:rsidTr="00246639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В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18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Г-«Тройка» </w:t>
            </w:r>
          </w:p>
        </w:tc>
      </w:tr>
      <w:tr w:rsidR="00A448DF" w:rsidRPr="00A448DF" w:rsidTr="00246639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В-скульптура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19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Б;  В;  Г. </w:t>
            </w:r>
          </w:p>
        </w:tc>
      </w:tr>
      <w:tr w:rsidR="00A448DF" w:rsidRPr="00A448DF" w:rsidTr="00246639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Б-мозаика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20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Б-печатная графика </w:t>
            </w:r>
          </w:p>
        </w:tc>
      </w:tr>
      <w:tr w:rsidR="00A448DF" w:rsidRPr="00A448DF" w:rsidTr="00246639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А-гравюра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21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А-керамика </w:t>
            </w:r>
          </w:p>
        </w:tc>
      </w:tr>
      <w:tr w:rsidR="00A448DF" w:rsidRPr="00A448DF" w:rsidTr="00246639">
        <w:trPr>
          <w:trHeight w:val="288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11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А-полный рост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22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В-Шагал </w:t>
            </w:r>
          </w:p>
        </w:tc>
      </w:tr>
    </w:tbl>
    <w:p w:rsidR="00A448DF" w:rsidRPr="00A448DF" w:rsidRDefault="00A448DF" w:rsidP="00A448DF">
      <w:pPr>
        <w:spacing w:after="5" w:line="271" w:lineRule="auto"/>
        <w:jc w:val="both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b/>
        </w:rPr>
        <w:t xml:space="preserve">Критерии оценивания </w:t>
      </w:r>
    </w:p>
    <w:tbl>
      <w:tblPr>
        <w:tblStyle w:val="TableGrid"/>
        <w:tblW w:w="10567" w:type="dxa"/>
        <w:tblInd w:w="0" w:type="dxa"/>
        <w:tblCellMar>
          <w:top w:w="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283"/>
        <w:gridCol w:w="5284"/>
      </w:tblGrid>
      <w:tr w:rsidR="00A448DF" w:rsidRPr="00A448DF" w:rsidTr="00246639">
        <w:trPr>
          <w:trHeight w:val="286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Оценка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5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Количество правильных ответов </w:t>
            </w:r>
          </w:p>
        </w:tc>
      </w:tr>
      <w:tr w:rsidR="00A448DF" w:rsidRPr="00A448DF" w:rsidTr="00246639">
        <w:trPr>
          <w:trHeight w:val="286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«отлично»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5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20-22 </w:t>
            </w:r>
          </w:p>
        </w:tc>
      </w:tr>
      <w:tr w:rsidR="00A448DF" w:rsidRPr="00A448DF" w:rsidTr="00246639">
        <w:trPr>
          <w:trHeight w:val="286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«хорошо»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5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15-19 </w:t>
            </w:r>
          </w:p>
        </w:tc>
      </w:tr>
      <w:tr w:rsidR="00A448DF" w:rsidRPr="00A448DF" w:rsidTr="00246639">
        <w:trPr>
          <w:trHeight w:val="286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«удовлетворительно»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5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10-14 </w:t>
            </w:r>
          </w:p>
        </w:tc>
      </w:tr>
      <w:tr w:rsidR="00A448DF" w:rsidRPr="00A448DF" w:rsidTr="00246639">
        <w:trPr>
          <w:trHeight w:val="288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«неудовлетворительно»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5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1-9 </w:t>
            </w:r>
          </w:p>
        </w:tc>
      </w:tr>
    </w:tbl>
    <w:p w:rsidR="00A448DF" w:rsidRPr="009E482D" w:rsidRDefault="00A448DF" w:rsidP="00A448DF">
      <w:pPr>
        <w:spacing w:after="5" w:line="271" w:lineRule="auto"/>
        <w:jc w:val="both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 xml:space="preserve"> КИМ №2(7класс).  Полугодовая проверочная работа.  </w:t>
      </w:r>
      <w:r w:rsidRPr="009E482D">
        <w:rPr>
          <w:rFonts w:ascii="Times New Roman" w:hAnsi="Times New Roman" w:cs="Times New Roman"/>
          <w:b/>
          <w:lang w:val="ru-RU"/>
        </w:rPr>
        <w:t xml:space="preserve">Слайд-тесты. </w:t>
      </w:r>
    </w:p>
    <w:p w:rsidR="00A448DF" w:rsidRPr="009E482D" w:rsidRDefault="00A448DF" w:rsidP="00A448DF">
      <w:pPr>
        <w:spacing w:after="0" w:line="259" w:lineRule="auto"/>
        <w:ind w:right="471"/>
        <w:jc w:val="right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eastAsia="Calibri" w:hAnsi="Times New Roman" w:cs="Times New Roman"/>
          <w:noProof/>
          <w:lang w:val="ru-RU" w:eastAsia="ru-RU"/>
        </w:rPr>
        <mc:AlternateContent>
          <mc:Choice Requires="wpg">
            <w:drawing>
              <wp:inline distT="0" distB="0" distL="0" distR="0" wp14:anchorId="11869BBC" wp14:editId="74113789">
                <wp:extent cx="6415406" cy="3370479"/>
                <wp:effectExtent l="0" t="0" r="0" b="0"/>
                <wp:docPr id="44892" name="Group 44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5406" cy="3370479"/>
                          <a:chOff x="0" y="0"/>
                          <a:chExt cx="6415406" cy="3370479"/>
                        </a:xfrm>
                      </wpg:grpSpPr>
                      <wps:wsp>
                        <wps:cNvPr id="3596" name="Rectangle 3596"/>
                        <wps:cNvSpPr/>
                        <wps:spPr>
                          <a:xfrm>
                            <a:off x="2090674" y="7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639" w:rsidRDefault="00246639" w:rsidP="00A448D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7" name="Rectangle 3597"/>
                        <wps:cNvSpPr/>
                        <wps:spPr>
                          <a:xfrm>
                            <a:off x="2128774" y="7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639" w:rsidRDefault="00246639" w:rsidP="00A448D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9" name="Picture 3599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2089785" y="212726"/>
                            <a:ext cx="1988820" cy="1492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0" name="Rectangle 3600"/>
                        <wps:cNvSpPr/>
                        <wps:spPr>
                          <a:xfrm>
                            <a:off x="4079748" y="1569187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639" w:rsidRDefault="00246639" w:rsidP="00A448DF"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2" name="Picture 360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4192905" y="174626"/>
                            <a:ext cx="2034540" cy="1530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3" name="Rectangle 3603"/>
                        <wps:cNvSpPr/>
                        <wps:spPr>
                          <a:xfrm>
                            <a:off x="6228970" y="15691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639" w:rsidRDefault="00246639" w:rsidP="00A448D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5" name="Picture 3605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635" y="1875156"/>
                            <a:ext cx="1947545" cy="1461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6" name="Rectangle 3606"/>
                        <wps:cNvSpPr/>
                        <wps:spPr>
                          <a:xfrm>
                            <a:off x="1948942" y="3201772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639" w:rsidRDefault="00246639" w:rsidP="00A448DF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8" name="Picture 3608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2024380" y="1786891"/>
                            <a:ext cx="2066925" cy="1550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9" name="Rectangle 3609"/>
                        <wps:cNvSpPr/>
                        <wps:spPr>
                          <a:xfrm>
                            <a:off x="4091940" y="3201772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639" w:rsidRDefault="00246639" w:rsidP="00A448DF"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1" name="Picture 3611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4243706" y="1704976"/>
                            <a:ext cx="2171700" cy="1631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6" name="Picture 3646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1485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869BBC" id="Group 44892" o:spid="_x0000_s1047" style="width:505.15pt;height:265.4pt;mso-position-horizontal-relative:char;mso-position-vertical-relative:line" coordsize="64154,337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lQSwME&#10;CgAAAAAAAAAhAIiQ6faZlwAAmZcAABQAAABkcnMvbWVkaWEvaW1hZ2UyLmpwZ//Y/+AAEEpGSUYA&#10;AQEBAGAAYAAA/9sAQwAEAgMDAwIEAwMDBAQEBAUJBgUFBQULCAgGCQ0LDQ0NCwwMDhAUEQ4PEw8M&#10;DBIYEhMVFhcXFw4RGRsZFhoUFhcW/9sAQwEEBAQFBQUKBgYKFg8MDxYWFhYWFhYWFhYWFhYWFhYW&#10;FhYWFhYWFhYWFhYWFhYWFhYWFhYWFhYWFhYWFhYWFhYW/8AAEQgBaAH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">
                <v:rect id="Rectangle 3596" o:spid="_x0000_s1048" style="position:absolute;left:20906;top: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" filled="f" stroked="f">
                  <v:textbox inset="0,0,0,0">
                    <w:txbxContent>
                      <w:p w:rsidR="00246639" w:rsidRDefault="00246639" w:rsidP="00A448D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97" o:spid="_x0000_s1049" style="position:absolute;left:21287;top: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4JW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kZv8Rieb8ITkPMHAAAA//8DAFBLAQItABQABgAIAAAAIQDb4fbL7gAAAIUBAAATAAAAAAAA&#10;AAAAAAAAAAAAAABbQ29udGVudF9UeXBlc10ueG1sUEsBAi0AFAAGAAgAAAAhAFr0LFu/AAAAFQEA&#10;AAsAAAAAAAAAAAAAAAAAHwEAAF9yZWxzLy5yZWxzUEsBAi0AFAAGAAgAAAAhADKXglbHAAAA3QAA&#10;AA8AAAAAAAAAAAAAAAAABwIAAGRycy9kb3ducmV2LnhtbFBLBQYAAAAAAwADALcAAAD7AgAAAAA=&#10;" filled="f" stroked="f">
                  <v:textbox inset="0,0,0,0">
                    <w:txbxContent>
                      <w:p w:rsidR="00246639" w:rsidRDefault="00246639" w:rsidP="00A448DF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599" o:spid="_x0000_s1050" type="#_x0000_t75" style="position:absolute;left:20897;top:2127;width:19889;height:14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">
                  <v:imagedata r:id="rId83" o:title=""/>
                </v:shape>
                <v:rect id="Rectangle 3600" o:spid="_x0000_s1051" style="position:absolute;left:40797;top:15691;width:152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" filled="f" stroked="f">
                  <v:textbox inset="0,0,0,0">
                    <w:txbxContent>
                      <w:p w:rsidR="00246639" w:rsidRDefault="00246639" w:rsidP="00A448DF">
                        <w:r>
                          <w:t xml:space="preserve">   </w:t>
                        </w:r>
                      </w:p>
                    </w:txbxContent>
                  </v:textbox>
                </v:rect>
                <v:shape id="Picture 3602" o:spid="_x0000_s1052" type="#_x0000_t75" style="position:absolute;left:41929;top:1746;width:20345;height:1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">
                  <v:imagedata r:id="rId84" o:title=""/>
                </v:shape>
                <v:rect id="Rectangle 3603" o:spid="_x0000_s1053" style="position:absolute;left:62289;top:1569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3CuxQAAAN0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" filled="f" stroked="f">
                  <v:textbox inset="0,0,0,0">
                    <w:txbxContent>
                      <w:p w:rsidR="00246639" w:rsidRDefault="00246639" w:rsidP="00A448DF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605" o:spid="_x0000_s1054" type="#_x0000_t75" style="position:absolute;left:6;top:18751;width:19475;height:1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">
                  <v:imagedata r:id="rId85" o:title=""/>
                </v:shape>
                <v:rect id="Rectangle 3606" o:spid="_x0000_s1055" style="position:absolute;left:19489;top:32017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" filled="f" stroked="f">
                  <v:textbox inset="0,0,0,0">
                    <w:txbxContent>
                      <w:p w:rsidR="00246639" w:rsidRDefault="00246639" w:rsidP="00A448DF">
                        <w:r>
                          <w:t xml:space="preserve">  </w:t>
                        </w:r>
                      </w:p>
                    </w:txbxContent>
                  </v:textbox>
                </v:rect>
                <v:shape id="Picture 3608" o:spid="_x0000_s1056" type="#_x0000_t75" style="position:absolute;left:20243;top:17868;width:20670;height:15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">
                  <v:imagedata r:id="rId86" o:title=""/>
                </v:shape>
                <v:rect id="Rectangle 3609" o:spid="_x0000_s1057" style="position:absolute;left:40919;top:32017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" filled="f" stroked="f">
                  <v:textbox inset="0,0,0,0">
                    <w:txbxContent>
                      <w:p w:rsidR="00246639" w:rsidRDefault="00246639" w:rsidP="00A448DF">
                        <w:r>
                          <w:t xml:space="preserve">    </w:t>
                        </w:r>
                      </w:p>
                    </w:txbxContent>
                  </v:textbox>
                </v:rect>
                <v:shape id="Picture 3611" o:spid="_x0000_s1058" type="#_x0000_t75" style="position:absolute;left:42437;top:17049;width:21717;height:16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">
                  <v:imagedata r:id="rId87" o:title=""/>
                </v:shape>
                <v:shape id="Picture 3646" o:spid="_x0000_s1059" type="#_x0000_t75" style="position:absolute;width:19761;height:1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">
                  <v:imagedata r:id="rId88" o:title=""/>
                </v:shape>
                <w10:anchorlock/>
              </v:group>
            </w:pict>
          </mc:Fallback>
        </mc:AlternateContent>
      </w:r>
      <w:r w:rsidRPr="009E482D">
        <w:rPr>
          <w:rFonts w:ascii="Times New Roman" w:hAnsi="Times New Roman" w:cs="Times New Roman"/>
          <w:lang w:val="ru-RU"/>
        </w:rPr>
        <w:t xml:space="preserve"> </w:t>
      </w:r>
    </w:p>
    <w:p w:rsidR="00A448DF" w:rsidRPr="009E482D" w:rsidRDefault="00A448DF" w:rsidP="00A448DF">
      <w:pPr>
        <w:spacing w:after="0" w:line="259" w:lineRule="auto"/>
        <w:rPr>
          <w:rFonts w:ascii="Times New Roman" w:eastAsia="Calibri" w:hAnsi="Times New Roman" w:cs="Times New Roman"/>
          <w:lang w:val="ru-RU"/>
        </w:rPr>
      </w:pPr>
      <w:r w:rsidRPr="009E482D">
        <w:rPr>
          <w:rFonts w:ascii="Times New Roman" w:hAnsi="Times New Roman" w:cs="Times New Roman"/>
          <w:lang w:val="ru-RU"/>
        </w:rPr>
        <w:t xml:space="preserve"> </w:t>
      </w:r>
    </w:p>
    <w:p w:rsidR="00A448DF" w:rsidRPr="009E482D" w:rsidRDefault="00A448DF" w:rsidP="00A448DF">
      <w:pPr>
        <w:spacing w:after="0" w:line="259" w:lineRule="auto"/>
        <w:ind w:right="61"/>
        <w:jc w:val="right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eastAsia="Calibri" w:hAnsi="Times New Roman" w:cs="Times New Roman"/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 wp14:anchorId="538C8478" wp14:editId="50C2D99E">
                <wp:extent cx="6687059" cy="5010048"/>
                <wp:effectExtent l="0" t="0" r="0" b="0"/>
                <wp:docPr id="44893" name="Group 44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7059" cy="5010048"/>
                          <a:chOff x="0" y="0"/>
                          <a:chExt cx="6687059" cy="5010048"/>
                        </a:xfrm>
                      </wpg:grpSpPr>
                      <pic:pic xmlns:pic="http://schemas.openxmlformats.org/drawingml/2006/picture">
                        <pic:nvPicPr>
                          <pic:cNvPr id="3615" name="Picture 3615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445" cy="1717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6" name="Rectangle 3616"/>
                        <wps:cNvSpPr/>
                        <wps:spPr>
                          <a:xfrm>
                            <a:off x="2291207" y="158239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639" w:rsidRDefault="00246639" w:rsidP="00A448DF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8" name="Picture 3618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2366645" y="91440"/>
                            <a:ext cx="2167255" cy="1626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9" name="Rectangle 3619"/>
                        <wps:cNvSpPr/>
                        <wps:spPr>
                          <a:xfrm>
                            <a:off x="4534789" y="15823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639" w:rsidRDefault="00246639" w:rsidP="00A448D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1" name="Picture 3621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160020"/>
                            <a:ext cx="2075815" cy="1557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2" name="Rectangle 3622"/>
                        <wps:cNvSpPr/>
                        <wps:spPr>
                          <a:xfrm>
                            <a:off x="6648959" y="15823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639" w:rsidRDefault="00246639" w:rsidP="00A448D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4" name="Picture 3624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1897380"/>
                            <a:ext cx="1906270" cy="1429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5" name="Rectangle 3625"/>
                        <wps:cNvSpPr/>
                        <wps:spPr>
                          <a:xfrm>
                            <a:off x="1907159" y="3191993"/>
                            <a:ext cx="152019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639" w:rsidRDefault="00246639" w:rsidP="00A448DF"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7" name="Picture 3627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2020570" y="1856105"/>
                            <a:ext cx="2528570" cy="1470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9" name="Picture 3629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4551553" y="1721358"/>
                            <a:ext cx="2123567" cy="1605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2" name="Picture 3632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3326765"/>
                            <a:ext cx="2272030" cy="1649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3" name="Rectangle 3633"/>
                        <wps:cNvSpPr/>
                        <wps:spPr>
                          <a:xfrm>
                            <a:off x="2272919" y="4841342"/>
                            <a:ext cx="152019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639" w:rsidRDefault="00246639" w:rsidP="00A448DF"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5" name="Picture 3635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2386330" y="3363595"/>
                            <a:ext cx="2423160" cy="1612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6" name="Rectangle 3636"/>
                        <wps:cNvSpPr/>
                        <wps:spPr>
                          <a:xfrm>
                            <a:off x="4810633" y="4841342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639" w:rsidRDefault="00246639" w:rsidP="00A448D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8C8478" id="Group 44893" o:spid="_x0000_s1060" style="width:526.55pt;height:394.5pt;mso-position-horizontal-relative:char;mso-position-vertical-relative:line" coordsize="66870,501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2VBLAwQKAAAAAAAAACEAhexzH5ykAACcpAAAFAAAAGRycy9tZWRpYS9pbWFnZTEuanBn/9j/4AAQ&#10;SkZJRgABAQEAYABgAAD/2wBDAAQCAwMDAgQDAwMEBAQEBQkGBQUFBQsICAYJDQsNDQ0LDAwOEBQR&#10;Dg8TDwwMEhgSExUWFxcXDhEZGxkWGhQWFxb/2wBDAQQEBAUFBQoGBgoWDwwPFhYWFhYWFhYWFhYW&#10;FhYWFhYWFhYWFhYWFhYWFhYWFhYWFhYWFhYWFhYWFhYWFhYWFhb/wAARCAFoAe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">
                <v:shape id="Picture 3615" o:spid="_x0000_s1061" type="#_x0000_t75" style="position:absolute;width:22904;height:17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">
                  <v:imagedata r:id="rId97" o:title=""/>
                </v:shape>
                <v:rect id="Rectangle 3616" o:spid="_x0000_s1062" style="position:absolute;left:22912;top:15823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" filled="f" stroked="f">
                  <v:textbox inset="0,0,0,0">
                    <w:txbxContent>
                      <w:p w:rsidR="00246639" w:rsidRDefault="00246639" w:rsidP="00A448DF">
                        <w:r>
                          <w:t xml:space="preserve">  </w:t>
                        </w:r>
                      </w:p>
                    </w:txbxContent>
                  </v:textbox>
                </v:rect>
                <v:shape id="Picture 3618" o:spid="_x0000_s1063" type="#_x0000_t75" style="position:absolute;left:23666;top:914;width:21673;height:16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">
                  <v:imagedata r:id="rId98" o:title=""/>
                </v:shape>
                <v:rect id="Rectangle 3619" o:spid="_x0000_s1064" style="position:absolute;left:45347;top:1582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" filled="f" stroked="f">
                  <v:textbox inset="0,0,0,0">
                    <w:txbxContent>
                      <w:p w:rsidR="00246639" w:rsidRDefault="00246639" w:rsidP="00A448DF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621" o:spid="_x0000_s1065" type="#_x0000_t75" style="position:absolute;left:45720;top:1600;width:20758;height:15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">
                  <v:imagedata r:id="rId99" o:title=""/>
                </v:shape>
                <v:rect id="Rectangle 3622" o:spid="_x0000_s1066" style="position:absolute;left:66489;top:1582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" filled="f" stroked="f">
                  <v:textbox inset="0,0,0,0">
                    <w:txbxContent>
                      <w:p w:rsidR="00246639" w:rsidRDefault="00246639" w:rsidP="00A448DF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624" o:spid="_x0000_s1067" type="#_x0000_t75" style="position:absolute;top:18973;width:19062;height:14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">
                  <v:imagedata r:id="rId100" o:title=""/>
                </v:shape>
                <v:rect id="Rectangle 3625" o:spid="_x0000_s1068" style="position:absolute;left:19071;top:31919;width:152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Eh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l5m01e4vQlPQK6vAAAA//8DAFBLAQItABQABgAIAAAAIQDb4fbL7gAAAIUBAAATAAAAAAAA&#10;AAAAAAAAAAAAAABbQ29udGVudF9UeXBlc10ueG1sUEsBAi0AFAAGAAgAAAAhAFr0LFu/AAAAFQEA&#10;AAsAAAAAAAAAAAAAAAAAHwEAAF9yZWxzLy5yZWxzUEsBAi0AFAAGAAgAAAAhANWTESHHAAAA3QAA&#10;AA8AAAAAAAAAAAAAAAAABwIAAGRycy9kb3ducmV2LnhtbFBLBQYAAAAAAwADALcAAAD7AgAAAAA=&#10;" filled="f" stroked="f">
                  <v:textbox inset="0,0,0,0">
                    <w:txbxContent>
                      <w:p w:rsidR="00246639" w:rsidRDefault="00246639" w:rsidP="00A448DF">
                        <w:r>
                          <w:t xml:space="preserve">   </w:t>
                        </w:r>
                      </w:p>
                    </w:txbxContent>
                  </v:textbox>
                </v:rect>
                <v:shape id="Picture 3627" o:spid="_x0000_s1069" type="#_x0000_t75" style="position:absolute;left:20205;top:18561;width:25286;height:1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">
                  <v:imagedata r:id="rId101" o:title=""/>
                </v:shape>
                <v:shape id="Picture 3629" o:spid="_x0000_s1070" type="#_x0000_t75" style="position:absolute;left:45515;top:17213;width:21236;height:16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">
                  <v:imagedata r:id="rId102" o:title=""/>
                </v:shape>
                <v:shape id="Picture 3632" o:spid="_x0000_s1071" type="#_x0000_t75" style="position:absolute;top:33267;width:22720;height:16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">
                  <v:imagedata r:id="rId103" o:title=""/>
                </v:shape>
                <v:rect id="Rectangle 3633" o:spid="_x0000_s1072" style="position:absolute;left:22729;top:48413;width:152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" filled="f" stroked="f">
                  <v:textbox inset="0,0,0,0">
                    <w:txbxContent>
                      <w:p w:rsidR="00246639" w:rsidRDefault="00246639" w:rsidP="00A448DF">
                        <w:r>
                          <w:t xml:space="preserve">   </w:t>
                        </w:r>
                      </w:p>
                    </w:txbxContent>
                  </v:textbox>
                </v:rect>
                <v:shape id="Picture 3635" o:spid="_x0000_s1073" type="#_x0000_t75" style="position:absolute;left:23863;top:33635;width:24231;height:16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">
                  <v:imagedata r:id="rId104" o:title=""/>
                </v:shape>
                <v:rect id="Rectangle 3636" o:spid="_x0000_s1074" style="position:absolute;left:48106;top:4841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" filled="f" stroked="f">
                  <v:textbox inset="0,0,0,0">
                    <w:txbxContent>
                      <w:p w:rsidR="00246639" w:rsidRDefault="00246639" w:rsidP="00A448DF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9E482D">
        <w:rPr>
          <w:rFonts w:ascii="Times New Roman" w:hAnsi="Times New Roman" w:cs="Times New Roman"/>
          <w:lang w:val="ru-RU"/>
        </w:rPr>
        <w:t xml:space="preserve"> </w:t>
      </w:r>
    </w:p>
    <w:p w:rsidR="00A448DF" w:rsidRPr="009E482D" w:rsidRDefault="00A448DF" w:rsidP="00A448DF">
      <w:pPr>
        <w:spacing w:after="0" w:line="259" w:lineRule="auto"/>
        <w:rPr>
          <w:rFonts w:ascii="Times New Roman" w:eastAsia="Calibri" w:hAnsi="Times New Roman" w:cs="Times New Roman"/>
          <w:lang w:val="ru-RU"/>
        </w:rPr>
      </w:pPr>
      <w:r w:rsidRPr="009E482D">
        <w:rPr>
          <w:rFonts w:ascii="Times New Roman" w:hAnsi="Times New Roman" w:cs="Times New Roman"/>
          <w:lang w:val="ru-RU"/>
        </w:rPr>
        <w:t xml:space="preserve"> </w:t>
      </w:r>
    </w:p>
    <w:p w:rsidR="00A448DF" w:rsidRPr="009E482D" w:rsidRDefault="00A448DF" w:rsidP="00A448DF">
      <w:pPr>
        <w:spacing w:after="0" w:line="259" w:lineRule="auto"/>
        <w:rPr>
          <w:rFonts w:ascii="Times New Roman" w:eastAsia="Calibri" w:hAnsi="Times New Roman" w:cs="Times New Roman"/>
          <w:lang w:val="ru-RU"/>
        </w:rPr>
      </w:pPr>
      <w:r w:rsidRPr="009E482D">
        <w:rPr>
          <w:rFonts w:ascii="Times New Roman" w:hAnsi="Times New Roman" w:cs="Times New Roman"/>
          <w:lang w:val="ru-RU"/>
        </w:rPr>
        <w:t xml:space="preserve"> </w:t>
      </w:r>
    </w:p>
    <w:p w:rsidR="00A448DF" w:rsidRPr="009E482D" w:rsidRDefault="00A448DF" w:rsidP="00A448DF">
      <w:pPr>
        <w:spacing w:after="0" w:line="259" w:lineRule="auto"/>
        <w:rPr>
          <w:rFonts w:ascii="Times New Roman" w:eastAsia="Calibri" w:hAnsi="Times New Roman" w:cs="Times New Roman"/>
          <w:lang w:val="ru-RU"/>
        </w:rPr>
      </w:pPr>
      <w:r w:rsidRPr="009E482D">
        <w:rPr>
          <w:rFonts w:ascii="Times New Roman" w:hAnsi="Times New Roman" w:cs="Times New Roman"/>
          <w:lang w:val="ru-RU"/>
        </w:rPr>
        <w:t xml:space="preserve"> </w:t>
      </w:r>
    </w:p>
    <w:p w:rsidR="00A448DF" w:rsidRPr="00A448DF" w:rsidRDefault="00A448DF" w:rsidP="00A448DF">
      <w:pPr>
        <w:spacing w:after="0" w:line="259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lang w:val="ru-RU"/>
        </w:rPr>
        <w:t xml:space="preserve"> </w:t>
      </w:r>
    </w:p>
    <w:p w:rsidR="00A448DF" w:rsidRPr="00A448DF" w:rsidRDefault="00A448DF" w:rsidP="00A448DF">
      <w:pPr>
        <w:spacing w:after="0" w:line="259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lang w:val="ru-RU"/>
        </w:rPr>
        <w:t xml:space="preserve"> </w:t>
      </w:r>
    </w:p>
    <w:p w:rsidR="00A448DF" w:rsidRPr="00A448DF" w:rsidRDefault="00A448DF" w:rsidP="00A448DF">
      <w:pPr>
        <w:spacing w:after="31" w:line="259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lang w:val="ru-RU"/>
        </w:rPr>
        <w:t xml:space="preserve"> </w:t>
      </w:r>
    </w:p>
    <w:p w:rsidR="00A448DF" w:rsidRPr="00A448DF" w:rsidRDefault="00A448DF" w:rsidP="00A448DF">
      <w:pPr>
        <w:spacing w:after="5" w:line="271" w:lineRule="auto"/>
        <w:jc w:val="both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>Правильные ответы к КИМ №2(7класс)</w:t>
      </w:r>
      <w:r w:rsidRPr="00A448DF">
        <w:rPr>
          <w:rFonts w:ascii="Times New Roman" w:hAnsi="Times New Roman" w:cs="Times New Roman"/>
          <w:lang w:val="ru-RU"/>
        </w:rPr>
        <w:t xml:space="preserve"> </w:t>
      </w:r>
    </w:p>
    <w:tbl>
      <w:tblPr>
        <w:tblStyle w:val="TableGrid"/>
        <w:tblW w:w="10567" w:type="dxa"/>
        <w:tblInd w:w="0" w:type="dxa"/>
        <w:tblCellMar>
          <w:top w:w="7" w:type="dxa"/>
          <w:left w:w="106" w:type="dxa"/>
        </w:tblCellMar>
        <w:tblLook w:val="04A0" w:firstRow="1" w:lastRow="0" w:firstColumn="1" w:lastColumn="0" w:noHBand="0" w:noVBand="1"/>
      </w:tblPr>
      <w:tblGrid>
        <w:gridCol w:w="1244"/>
        <w:gridCol w:w="5245"/>
        <w:gridCol w:w="1277"/>
        <w:gridCol w:w="2801"/>
      </w:tblGrid>
      <w:tr w:rsidR="00A448DF" w:rsidRPr="00A448DF" w:rsidTr="00246639">
        <w:trPr>
          <w:trHeight w:val="564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spacing w:after="24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      №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задания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   Правильные   ответы </w:t>
            </w: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spacing w:after="24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      № </w:t>
            </w:r>
          </w:p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задания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>Правильные   ответы</w:t>
            </w: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448DF" w:rsidRPr="00A448DF" w:rsidTr="00246639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В.Васнецов «Три богатыря»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В-гжель </w:t>
            </w:r>
          </w:p>
        </w:tc>
      </w:tr>
      <w:tr w:rsidR="00A448DF" w:rsidRPr="00A448DF" w:rsidTr="00246639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-----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В-Готика </w:t>
            </w:r>
          </w:p>
        </w:tc>
      </w:tr>
      <w:tr w:rsidR="00A448DF" w:rsidRPr="00A448DF" w:rsidTr="00246639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А-натюрморт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11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Б-ионический                      </w:t>
            </w:r>
          </w:p>
        </w:tc>
      </w:tr>
      <w:tr w:rsidR="00A448DF" w:rsidRPr="00A448DF" w:rsidTr="00246639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А-маринист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12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а-плодородия </w:t>
            </w:r>
          </w:p>
        </w:tc>
      </w:tr>
      <w:tr w:rsidR="00A448DF" w:rsidRPr="00A448DF" w:rsidTr="00246639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А-И.Е.Репин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13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б-лотос </w:t>
            </w:r>
          </w:p>
        </w:tc>
      </w:tr>
      <w:tr w:rsidR="00A448DF" w:rsidRPr="00A448DF" w:rsidTr="00246639">
        <w:trPr>
          <w:trHeight w:val="288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Б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14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в-тревога </w:t>
            </w:r>
          </w:p>
        </w:tc>
      </w:tr>
      <w:tr w:rsidR="00A448DF" w:rsidRPr="00A448DF" w:rsidTr="00246639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В-батальный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15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Б-белый кувшин </w:t>
            </w:r>
          </w:p>
        </w:tc>
      </w:tr>
      <w:tr w:rsidR="00A448DF" w:rsidRPr="00A448DF" w:rsidTr="00246639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Б-И.Шишкин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A448DF" w:rsidRPr="00A448DF" w:rsidRDefault="00A448DF" w:rsidP="00A448DF">
      <w:pPr>
        <w:spacing w:after="26" w:line="259" w:lineRule="auto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b/>
        </w:rPr>
        <w:t xml:space="preserve"> </w:t>
      </w:r>
    </w:p>
    <w:p w:rsidR="00A448DF" w:rsidRPr="00A448DF" w:rsidRDefault="00A448DF" w:rsidP="00A448DF">
      <w:pPr>
        <w:keepNext/>
        <w:keepLines/>
        <w:spacing w:after="0" w:line="259" w:lineRule="auto"/>
        <w:ind w:right="2151"/>
        <w:jc w:val="center"/>
        <w:outlineLvl w:val="0"/>
        <w:rPr>
          <w:rFonts w:ascii="Times New Roman" w:hAnsi="Times New Roman" w:cs="Times New Roman"/>
          <w:b/>
        </w:rPr>
      </w:pPr>
      <w:r w:rsidRPr="00A448DF">
        <w:rPr>
          <w:rFonts w:ascii="Times New Roman" w:hAnsi="Times New Roman" w:cs="Times New Roman"/>
          <w:b/>
        </w:rPr>
        <w:t xml:space="preserve">Критерии оценивания </w:t>
      </w:r>
    </w:p>
    <w:tbl>
      <w:tblPr>
        <w:tblStyle w:val="TableGrid"/>
        <w:tblW w:w="10567" w:type="dxa"/>
        <w:tblInd w:w="0" w:type="dxa"/>
        <w:tblCellMar>
          <w:top w:w="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283"/>
        <w:gridCol w:w="5284"/>
      </w:tblGrid>
      <w:tr w:rsidR="00A448DF" w:rsidRPr="00A448DF" w:rsidTr="00246639">
        <w:trPr>
          <w:trHeight w:val="286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Оценка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5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Количество правильных ответов </w:t>
            </w:r>
          </w:p>
        </w:tc>
      </w:tr>
      <w:tr w:rsidR="00A448DF" w:rsidRPr="00A448DF" w:rsidTr="00246639">
        <w:trPr>
          <w:trHeight w:val="286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«отлично»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5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12-15 </w:t>
            </w:r>
          </w:p>
        </w:tc>
      </w:tr>
      <w:tr w:rsidR="00A448DF" w:rsidRPr="00A448DF" w:rsidTr="00246639">
        <w:trPr>
          <w:trHeight w:val="286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«хорошо»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5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9-11 </w:t>
            </w:r>
          </w:p>
        </w:tc>
      </w:tr>
      <w:tr w:rsidR="00A448DF" w:rsidRPr="00A448DF" w:rsidTr="00246639">
        <w:trPr>
          <w:trHeight w:val="288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«удовлетворительно»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5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6-8 </w:t>
            </w:r>
          </w:p>
        </w:tc>
      </w:tr>
      <w:tr w:rsidR="00A448DF" w:rsidRPr="00A448DF" w:rsidTr="00246639">
        <w:trPr>
          <w:trHeight w:val="286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«неудовлетворительно»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8DF" w:rsidRPr="00A448DF" w:rsidRDefault="00A448DF" w:rsidP="00246639">
            <w:pPr>
              <w:ind w:right="5"/>
              <w:jc w:val="center"/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1-5 </w:t>
            </w:r>
          </w:p>
        </w:tc>
      </w:tr>
    </w:tbl>
    <w:p w:rsidR="00A448DF" w:rsidRPr="00A448DF" w:rsidRDefault="00A448DF" w:rsidP="00A448DF">
      <w:pPr>
        <w:spacing w:after="8" w:line="259" w:lineRule="auto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</w:rPr>
        <w:t xml:space="preserve"> </w:t>
      </w:r>
    </w:p>
    <w:p w:rsidR="00A448DF" w:rsidRPr="00A448DF" w:rsidRDefault="00A448DF" w:rsidP="00A448DF">
      <w:pPr>
        <w:spacing w:after="25" w:line="259" w:lineRule="auto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</w:rPr>
        <w:t xml:space="preserve">                                                                </w:t>
      </w:r>
      <w:r w:rsidRPr="00A448DF">
        <w:rPr>
          <w:rFonts w:ascii="Times New Roman" w:hAnsi="Times New Roman" w:cs="Times New Roman"/>
          <w:b/>
        </w:rPr>
        <w:t xml:space="preserve"> </w:t>
      </w:r>
      <w:r w:rsidRPr="00A448DF">
        <w:rPr>
          <w:rFonts w:ascii="Times New Roman" w:hAnsi="Times New Roman" w:cs="Times New Roman"/>
          <w:b/>
          <w:u w:val="single" w:color="000000"/>
        </w:rPr>
        <w:t>КИМ № 3(7КЛАСС) . ИТОГОВАЯ РАБОТА</w:t>
      </w:r>
      <w:r w:rsidRPr="00A448DF">
        <w:rPr>
          <w:rFonts w:ascii="Times New Roman" w:hAnsi="Times New Roman" w:cs="Times New Roman"/>
        </w:rPr>
        <w:t xml:space="preserve"> </w:t>
      </w:r>
    </w:p>
    <w:p w:rsidR="00A448DF" w:rsidRPr="00A448DF" w:rsidRDefault="00A448DF" w:rsidP="00A448DF">
      <w:pPr>
        <w:keepNext/>
        <w:keepLines/>
        <w:spacing w:after="0" w:line="259" w:lineRule="auto"/>
        <w:jc w:val="center"/>
        <w:outlineLvl w:val="0"/>
        <w:rPr>
          <w:rFonts w:ascii="Times New Roman" w:hAnsi="Times New Roman" w:cs="Times New Roman"/>
          <w:b/>
        </w:rPr>
      </w:pPr>
      <w:r w:rsidRPr="00A448DF">
        <w:rPr>
          <w:rFonts w:ascii="Times New Roman" w:hAnsi="Times New Roman" w:cs="Times New Roman"/>
          <w:b/>
          <w:u w:val="single" w:color="000000"/>
        </w:rPr>
        <w:lastRenderedPageBreak/>
        <w:t>ТВОРЧЕСКОЕ ЗАДАНИЕ</w:t>
      </w:r>
      <w:r w:rsidRPr="00A448DF">
        <w:rPr>
          <w:rFonts w:ascii="Times New Roman" w:hAnsi="Times New Roman" w:cs="Times New Roman"/>
        </w:rPr>
        <w:t xml:space="preserve"> </w:t>
      </w:r>
    </w:p>
    <w:p w:rsidR="00A448DF" w:rsidRPr="00A448DF" w:rsidRDefault="00A448DF" w:rsidP="00A448DF">
      <w:pPr>
        <w:spacing w:after="0" w:line="258" w:lineRule="auto"/>
        <w:ind w:right="-5"/>
        <w:jc w:val="both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lang w:val="ru-RU"/>
        </w:rPr>
        <w:t xml:space="preserve">Выбери из каждого столбца по одному понравившемуся слову. Нарисуй образ, который возникает в твоём воображении. Особое внимание обрати на цветовое решение твоего замысла, постарайся, чтобы цвет передавал чувства, соответствующие слову, которое ты выберешь в первом столбце. </w:t>
      </w:r>
      <w:r w:rsidRPr="00A448DF">
        <w:rPr>
          <w:rFonts w:ascii="Times New Roman" w:hAnsi="Times New Roman" w:cs="Times New Roman"/>
        </w:rPr>
        <w:t xml:space="preserve">Используй разнообразные художественные материалы (акварель, гуашь, пастель и др.). </w:t>
      </w:r>
    </w:p>
    <w:tbl>
      <w:tblPr>
        <w:tblStyle w:val="TableGrid"/>
        <w:tblW w:w="5761" w:type="dxa"/>
        <w:tblInd w:w="-108" w:type="dxa"/>
        <w:tblCellMar>
          <w:top w:w="44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878"/>
        <w:gridCol w:w="2883"/>
      </w:tblGrid>
      <w:tr w:rsidR="00A448DF" w:rsidRPr="00A448DF" w:rsidTr="00246639">
        <w:trPr>
          <w:trHeight w:val="286"/>
        </w:trPr>
        <w:tc>
          <w:tcPr>
            <w:tcW w:w="2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        Чувства</w:t>
            </w: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  <w:b/>
              </w:rPr>
              <w:t xml:space="preserve">         Персонажи</w:t>
            </w:r>
            <w:r w:rsidRPr="00A448D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448DF" w:rsidRPr="00A448DF" w:rsidTr="00246639">
        <w:trPr>
          <w:trHeight w:val="286"/>
        </w:trPr>
        <w:tc>
          <w:tcPr>
            <w:tcW w:w="2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Радостный </w:t>
            </w:r>
          </w:p>
        </w:tc>
        <w:tc>
          <w:tcPr>
            <w:tcW w:w="2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Ребёнок </w:t>
            </w:r>
          </w:p>
        </w:tc>
      </w:tr>
      <w:tr w:rsidR="00A448DF" w:rsidRPr="00A448DF" w:rsidTr="00246639">
        <w:trPr>
          <w:trHeight w:val="286"/>
        </w:trPr>
        <w:tc>
          <w:tcPr>
            <w:tcW w:w="2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Счастливый </w:t>
            </w:r>
          </w:p>
        </w:tc>
        <w:tc>
          <w:tcPr>
            <w:tcW w:w="2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Старик </w:t>
            </w:r>
          </w:p>
        </w:tc>
      </w:tr>
      <w:tr w:rsidR="00A448DF" w:rsidRPr="00A448DF" w:rsidTr="00246639">
        <w:trPr>
          <w:trHeight w:val="286"/>
        </w:trPr>
        <w:tc>
          <w:tcPr>
            <w:tcW w:w="2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Печальный </w:t>
            </w:r>
          </w:p>
        </w:tc>
        <w:tc>
          <w:tcPr>
            <w:tcW w:w="2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Девушка </w:t>
            </w:r>
          </w:p>
        </w:tc>
      </w:tr>
      <w:tr w:rsidR="00A448DF" w:rsidRPr="00A448DF" w:rsidTr="00246639">
        <w:trPr>
          <w:trHeight w:val="288"/>
        </w:trPr>
        <w:tc>
          <w:tcPr>
            <w:tcW w:w="2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Героический </w:t>
            </w:r>
          </w:p>
        </w:tc>
        <w:tc>
          <w:tcPr>
            <w:tcW w:w="2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Собака </w:t>
            </w:r>
          </w:p>
        </w:tc>
      </w:tr>
      <w:tr w:rsidR="00A448DF" w:rsidRPr="00A448DF" w:rsidTr="00246639">
        <w:trPr>
          <w:trHeight w:val="286"/>
        </w:trPr>
        <w:tc>
          <w:tcPr>
            <w:tcW w:w="2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Дружелюбный </w:t>
            </w:r>
          </w:p>
        </w:tc>
        <w:tc>
          <w:tcPr>
            <w:tcW w:w="2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Бабушка </w:t>
            </w:r>
          </w:p>
        </w:tc>
      </w:tr>
      <w:tr w:rsidR="00A448DF" w:rsidRPr="00A448DF" w:rsidTr="00246639">
        <w:trPr>
          <w:trHeight w:val="286"/>
        </w:trPr>
        <w:tc>
          <w:tcPr>
            <w:tcW w:w="2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Сердитый </w:t>
            </w:r>
          </w:p>
        </w:tc>
        <w:tc>
          <w:tcPr>
            <w:tcW w:w="2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Солдат </w:t>
            </w:r>
          </w:p>
        </w:tc>
      </w:tr>
      <w:tr w:rsidR="00A448DF" w:rsidRPr="00A448DF" w:rsidTr="00246639">
        <w:trPr>
          <w:trHeight w:val="286"/>
        </w:trPr>
        <w:tc>
          <w:tcPr>
            <w:tcW w:w="2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Озабоченный </w:t>
            </w:r>
          </w:p>
        </w:tc>
        <w:tc>
          <w:tcPr>
            <w:tcW w:w="2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Путешественник </w:t>
            </w:r>
          </w:p>
        </w:tc>
      </w:tr>
      <w:tr w:rsidR="00A448DF" w:rsidRPr="00A448DF" w:rsidTr="00246639">
        <w:trPr>
          <w:trHeight w:val="286"/>
        </w:trPr>
        <w:tc>
          <w:tcPr>
            <w:tcW w:w="2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Таинственный </w:t>
            </w:r>
          </w:p>
        </w:tc>
        <w:tc>
          <w:tcPr>
            <w:tcW w:w="2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Индеец </w:t>
            </w:r>
          </w:p>
        </w:tc>
      </w:tr>
      <w:tr w:rsidR="00A448DF" w:rsidRPr="00A448DF" w:rsidTr="00246639">
        <w:trPr>
          <w:trHeight w:val="288"/>
        </w:trPr>
        <w:tc>
          <w:tcPr>
            <w:tcW w:w="2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Испуганный </w:t>
            </w:r>
          </w:p>
        </w:tc>
        <w:tc>
          <w:tcPr>
            <w:tcW w:w="2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A448DF" w:rsidRPr="00A448DF" w:rsidRDefault="00A448DF" w:rsidP="00246639">
            <w:pPr>
              <w:rPr>
                <w:rFonts w:ascii="Times New Roman" w:eastAsia="Calibri" w:hAnsi="Times New Roman" w:cs="Times New Roman"/>
              </w:rPr>
            </w:pPr>
            <w:r w:rsidRPr="00A448DF">
              <w:rPr>
                <w:rFonts w:ascii="Times New Roman" w:hAnsi="Times New Roman" w:cs="Times New Roman"/>
              </w:rPr>
              <w:t xml:space="preserve">Моряк </w:t>
            </w:r>
          </w:p>
        </w:tc>
      </w:tr>
    </w:tbl>
    <w:p w:rsidR="00A448DF" w:rsidRPr="00A448DF" w:rsidRDefault="00A448DF" w:rsidP="00A448DF">
      <w:pPr>
        <w:spacing w:after="26" w:line="259" w:lineRule="auto"/>
        <w:rPr>
          <w:rFonts w:ascii="Times New Roman" w:eastAsia="Calibri" w:hAnsi="Times New Roman" w:cs="Times New Roman"/>
        </w:rPr>
      </w:pPr>
      <w:r w:rsidRPr="00A448DF">
        <w:rPr>
          <w:rFonts w:ascii="Times New Roman" w:hAnsi="Times New Roman" w:cs="Times New Roman"/>
          <w:b/>
          <w:i/>
        </w:rPr>
        <w:t xml:space="preserve"> </w:t>
      </w:r>
    </w:p>
    <w:p w:rsidR="00A448DF" w:rsidRPr="00A448DF" w:rsidRDefault="00A448DF" w:rsidP="00A448DF">
      <w:pPr>
        <w:spacing w:after="17" w:line="259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i/>
          <w:lang w:val="ru-RU"/>
        </w:rPr>
        <w:t xml:space="preserve">Критерии оценивания детских работ по творческому заданию следующие: </w:t>
      </w:r>
    </w:p>
    <w:p w:rsidR="00A448DF" w:rsidRPr="00A448DF" w:rsidRDefault="00A448DF" w:rsidP="00A448DF">
      <w:pPr>
        <w:spacing w:after="5" w:line="270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>"отлично"</w:t>
      </w:r>
      <w:r w:rsidRPr="00A448DF">
        <w:rPr>
          <w:rFonts w:ascii="Times New Roman" w:hAnsi="Times New Roman" w:cs="Times New Roman"/>
          <w:lang w:val="ru-RU"/>
        </w:rPr>
        <w:t xml:space="preserve"> -  работа выполнена в соответствии вышеназванным требованиям, в ней раскрыта  поставленная проблема, сформулированы выводы, имеющие теоретическую  и, – или практическую направленность для современного общества.                 </w:t>
      </w:r>
    </w:p>
    <w:p w:rsidR="00A448DF" w:rsidRPr="00A448DF" w:rsidRDefault="00A448DF" w:rsidP="00A448DF">
      <w:pPr>
        <w:spacing w:after="5" w:line="270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>"хорошо"</w:t>
      </w:r>
      <w:r w:rsidRPr="00A448DF">
        <w:rPr>
          <w:rFonts w:ascii="Times New Roman" w:hAnsi="Times New Roman" w:cs="Times New Roman"/>
          <w:lang w:val="ru-RU"/>
        </w:rPr>
        <w:t xml:space="preserve">  - работа выполнена в соответствии вышеназванным требованиям, в ней раскрыта  поставленная проблема, однако, выводы сформулированы не четко, не достаточно раскрыто  теоретическое  и, – или практическое значение выполненной работы. </w:t>
      </w:r>
    </w:p>
    <w:p w:rsidR="00A448DF" w:rsidRPr="00A448DF" w:rsidRDefault="00A448DF" w:rsidP="00A448DF">
      <w:pPr>
        <w:spacing w:after="5" w:line="270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b/>
          <w:lang w:val="ru-RU"/>
        </w:rPr>
        <w:t>"удовлетворительно"-</w:t>
      </w:r>
      <w:r w:rsidRPr="00A448DF">
        <w:rPr>
          <w:rFonts w:ascii="Times New Roman" w:hAnsi="Times New Roman" w:cs="Times New Roman"/>
          <w:lang w:val="ru-RU"/>
        </w:rPr>
        <w:t xml:space="preserve"> работа выполнена в соответствии вышеназванным требованиям, в ней не достаточно четко сформулирована проблема,  выводы сформулированы не четко, не достаточно раскрыто ее теоретическое  и, – или практическое значение. </w:t>
      </w:r>
    </w:p>
    <w:p w:rsidR="00A448DF" w:rsidRPr="00A448DF" w:rsidRDefault="00A448DF" w:rsidP="00A448DF">
      <w:pPr>
        <w:spacing w:after="5" w:line="270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lang w:val="ru-RU"/>
        </w:rPr>
        <w:t xml:space="preserve">"неудовлетворительно"- работа не выполнена в соответствии с вышеназванными требованиями. </w:t>
      </w:r>
    </w:p>
    <w:p w:rsidR="00A448DF" w:rsidRPr="00A448DF" w:rsidRDefault="00A448DF" w:rsidP="00A448DF">
      <w:pPr>
        <w:spacing w:after="0" w:line="259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lang w:val="ru-RU"/>
        </w:rPr>
        <w:t xml:space="preserve"> </w:t>
      </w:r>
    </w:p>
    <w:p w:rsidR="00A448DF" w:rsidRPr="00A448DF" w:rsidRDefault="00A448DF" w:rsidP="00A448DF">
      <w:pPr>
        <w:spacing w:after="30" w:line="259" w:lineRule="auto"/>
        <w:rPr>
          <w:rFonts w:ascii="Times New Roman" w:eastAsia="Calibri" w:hAnsi="Times New Roman" w:cs="Times New Roman"/>
          <w:lang w:val="ru-RU"/>
        </w:rPr>
      </w:pPr>
      <w:r w:rsidRPr="00A448DF">
        <w:rPr>
          <w:rFonts w:ascii="Times New Roman" w:hAnsi="Times New Roman" w:cs="Times New Roman"/>
          <w:lang w:val="ru-RU"/>
        </w:rPr>
        <w:t xml:space="preserve"> </w:t>
      </w:r>
    </w:p>
    <w:p w:rsidR="00A448DF" w:rsidRPr="00A448DF" w:rsidRDefault="00A448DF" w:rsidP="00A448DF">
      <w:pPr>
        <w:spacing w:after="0" w:line="259" w:lineRule="auto"/>
        <w:rPr>
          <w:rFonts w:ascii="Times New Roman" w:hAnsi="Times New Roman" w:cs="Times New Roman"/>
          <w:lang w:val="ru-RU"/>
        </w:rPr>
      </w:pPr>
    </w:p>
    <w:p w:rsidR="008E78D0" w:rsidRPr="00A448DF" w:rsidRDefault="008E78D0" w:rsidP="001416B6">
      <w:pPr>
        <w:tabs>
          <w:tab w:val="left" w:pos="924"/>
        </w:tabs>
        <w:rPr>
          <w:rFonts w:ascii="Times New Roman" w:hAnsi="Times New Roman" w:cs="Times New Roman"/>
          <w:sz w:val="20"/>
          <w:szCs w:val="20"/>
          <w:lang w:val="ru-RU"/>
        </w:rPr>
      </w:pPr>
    </w:p>
    <w:sectPr w:rsidR="008E78D0" w:rsidRPr="00A448DF" w:rsidSect="008E78D0">
      <w:pgSz w:w="11900" w:h="16840"/>
      <w:pgMar w:top="666" w:right="843" w:bottom="426" w:left="940" w:header="720" w:footer="720" w:gutter="0"/>
      <w:cols w:space="720" w:equalWidth="0">
        <w:col w:w="10117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ejaVu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DF2433"/>
    <w:multiLevelType w:val="hybridMultilevel"/>
    <w:tmpl w:val="DEFE76AE"/>
    <w:lvl w:ilvl="0" w:tplc="A0EC1FC0">
      <w:start w:val="1"/>
      <w:numFmt w:val="bullet"/>
      <w:lvlText w:val="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01D43F0B"/>
    <w:multiLevelType w:val="hybridMultilevel"/>
    <w:tmpl w:val="94D2AE78"/>
    <w:lvl w:ilvl="0" w:tplc="A0EC1FC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03BC6C16"/>
    <w:multiLevelType w:val="hybridMultilevel"/>
    <w:tmpl w:val="AC7CAF62"/>
    <w:lvl w:ilvl="0" w:tplc="D0BEAABC">
      <w:start w:val="1"/>
      <w:numFmt w:val="decimal"/>
      <w:lvlText w:val="%1.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4A921E">
      <w:start w:val="1"/>
      <w:numFmt w:val="lowerLetter"/>
      <w:lvlText w:val="%2"/>
      <w:lvlJc w:val="left"/>
      <w:pPr>
        <w:ind w:left="2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C44A36">
      <w:start w:val="1"/>
      <w:numFmt w:val="lowerRoman"/>
      <w:lvlText w:val="%3"/>
      <w:lvlJc w:val="left"/>
      <w:pPr>
        <w:ind w:left="2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16F682">
      <w:start w:val="1"/>
      <w:numFmt w:val="decimal"/>
      <w:lvlText w:val="%4"/>
      <w:lvlJc w:val="left"/>
      <w:pPr>
        <w:ind w:left="3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A64C10">
      <w:start w:val="1"/>
      <w:numFmt w:val="lowerLetter"/>
      <w:lvlText w:val="%5"/>
      <w:lvlJc w:val="left"/>
      <w:pPr>
        <w:ind w:left="4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04888A">
      <w:start w:val="1"/>
      <w:numFmt w:val="lowerRoman"/>
      <w:lvlText w:val="%6"/>
      <w:lvlJc w:val="left"/>
      <w:pPr>
        <w:ind w:left="5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C86BEA">
      <w:start w:val="1"/>
      <w:numFmt w:val="decimal"/>
      <w:lvlText w:val="%7"/>
      <w:lvlJc w:val="left"/>
      <w:pPr>
        <w:ind w:left="5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AEF642">
      <w:start w:val="1"/>
      <w:numFmt w:val="lowerLetter"/>
      <w:lvlText w:val="%8"/>
      <w:lvlJc w:val="left"/>
      <w:pPr>
        <w:ind w:left="6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746742">
      <w:start w:val="1"/>
      <w:numFmt w:val="lowerRoman"/>
      <w:lvlText w:val="%9"/>
      <w:lvlJc w:val="left"/>
      <w:pPr>
        <w:ind w:left="7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3E164E0"/>
    <w:multiLevelType w:val="hybridMultilevel"/>
    <w:tmpl w:val="70F8525A"/>
    <w:lvl w:ilvl="0" w:tplc="A0EC1FC0">
      <w:start w:val="1"/>
      <w:numFmt w:val="bullet"/>
      <w:lvlText w:val="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1EFA0A74"/>
    <w:multiLevelType w:val="hybridMultilevel"/>
    <w:tmpl w:val="CA501DCC"/>
    <w:lvl w:ilvl="0" w:tplc="A0EC1FC0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39D6E94"/>
    <w:multiLevelType w:val="hybridMultilevel"/>
    <w:tmpl w:val="FC2E0D9A"/>
    <w:lvl w:ilvl="0" w:tplc="A0EC1FC0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8CC5843"/>
    <w:multiLevelType w:val="hybridMultilevel"/>
    <w:tmpl w:val="B64E7100"/>
    <w:lvl w:ilvl="0" w:tplc="A0EC1FC0">
      <w:start w:val="1"/>
      <w:numFmt w:val="bullet"/>
      <w:lvlText w:val="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 w15:restartNumberingAfterBreak="0">
    <w:nsid w:val="29264133"/>
    <w:multiLevelType w:val="hybridMultilevel"/>
    <w:tmpl w:val="FACC113E"/>
    <w:lvl w:ilvl="0" w:tplc="CA328F82">
      <w:start w:val="1"/>
      <w:numFmt w:val="decimal"/>
      <w:lvlText w:val="%1."/>
      <w:lvlJc w:val="left"/>
      <w:pPr>
        <w:ind w:left="4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F2C3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8EF6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2C5B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90F2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8691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520A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E415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9E8C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B4C3376"/>
    <w:multiLevelType w:val="hybridMultilevel"/>
    <w:tmpl w:val="0B9CA562"/>
    <w:lvl w:ilvl="0" w:tplc="A0EC1FC0">
      <w:start w:val="1"/>
      <w:numFmt w:val="bullet"/>
      <w:lvlText w:val="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5" w15:restartNumberingAfterBreak="0">
    <w:nsid w:val="334767C4"/>
    <w:multiLevelType w:val="hybridMultilevel"/>
    <w:tmpl w:val="2AF68750"/>
    <w:lvl w:ilvl="0" w:tplc="A0EC1FC0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3479564D"/>
    <w:multiLevelType w:val="hybridMultilevel"/>
    <w:tmpl w:val="7C9E36BC"/>
    <w:lvl w:ilvl="0" w:tplc="A0EC1FC0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39A945CC"/>
    <w:multiLevelType w:val="hybridMultilevel"/>
    <w:tmpl w:val="ED462FC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B057D96"/>
    <w:multiLevelType w:val="hybridMultilevel"/>
    <w:tmpl w:val="891EEFBC"/>
    <w:lvl w:ilvl="0" w:tplc="89BA24D0">
      <w:start w:val="16"/>
      <w:numFmt w:val="decimal"/>
      <w:lvlText w:val="%1."/>
      <w:lvlJc w:val="left"/>
      <w:pPr>
        <w:ind w:left="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40B9A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00003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D66AB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80501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222D5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4A193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82733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DEC94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E3E1970"/>
    <w:multiLevelType w:val="hybridMultilevel"/>
    <w:tmpl w:val="0B122AD8"/>
    <w:lvl w:ilvl="0" w:tplc="A0EC1FC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EBB441A"/>
    <w:multiLevelType w:val="hybridMultilevel"/>
    <w:tmpl w:val="D1880650"/>
    <w:lvl w:ilvl="0" w:tplc="A0EC1FC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DB07DB"/>
    <w:multiLevelType w:val="hybridMultilevel"/>
    <w:tmpl w:val="351A93C0"/>
    <w:lvl w:ilvl="0" w:tplc="A0EC1FC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3C22316"/>
    <w:multiLevelType w:val="hybridMultilevel"/>
    <w:tmpl w:val="9DBA54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E54141"/>
    <w:multiLevelType w:val="hybridMultilevel"/>
    <w:tmpl w:val="68B0824C"/>
    <w:lvl w:ilvl="0" w:tplc="A0EC1FC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7804113"/>
    <w:multiLevelType w:val="hybridMultilevel"/>
    <w:tmpl w:val="4B8E0238"/>
    <w:lvl w:ilvl="0" w:tplc="55CCFD86">
      <w:start w:val="2"/>
      <w:numFmt w:val="decimal"/>
      <w:lvlText w:val="%1."/>
      <w:lvlJc w:val="left"/>
      <w:pPr>
        <w:ind w:left="3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9E14B2">
      <w:start w:val="1"/>
      <w:numFmt w:val="lowerLetter"/>
      <w:lvlText w:val="%2"/>
      <w:lvlJc w:val="left"/>
      <w:pPr>
        <w:ind w:left="14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DEDD7A">
      <w:start w:val="1"/>
      <w:numFmt w:val="lowerRoman"/>
      <w:lvlText w:val="%3"/>
      <w:lvlJc w:val="left"/>
      <w:pPr>
        <w:ind w:left="21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44CECE">
      <w:start w:val="1"/>
      <w:numFmt w:val="decimal"/>
      <w:lvlText w:val="%4"/>
      <w:lvlJc w:val="left"/>
      <w:pPr>
        <w:ind w:left="28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948B30">
      <w:start w:val="1"/>
      <w:numFmt w:val="lowerLetter"/>
      <w:lvlText w:val="%5"/>
      <w:lvlJc w:val="left"/>
      <w:pPr>
        <w:ind w:left="35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D2ECA0">
      <w:start w:val="1"/>
      <w:numFmt w:val="lowerRoman"/>
      <w:lvlText w:val="%6"/>
      <w:lvlJc w:val="left"/>
      <w:pPr>
        <w:ind w:left="42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520436">
      <w:start w:val="1"/>
      <w:numFmt w:val="decimal"/>
      <w:lvlText w:val="%7"/>
      <w:lvlJc w:val="left"/>
      <w:pPr>
        <w:ind w:left="50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A6AE16">
      <w:start w:val="1"/>
      <w:numFmt w:val="lowerLetter"/>
      <w:lvlText w:val="%8"/>
      <w:lvlJc w:val="left"/>
      <w:pPr>
        <w:ind w:left="57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9A2C80">
      <w:start w:val="1"/>
      <w:numFmt w:val="lowerRoman"/>
      <w:lvlText w:val="%9"/>
      <w:lvlJc w:val="left"/>
      <w:pPr>
        <w:ind w:left="64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C6E5C84"/>
    <w:multiLevelType w:val="hybridMultilevel"/>
    <w:tmpl w:val="EB34CD62"/>
    <w:lvl w:ilvl="0" w:tplc="A0EC1FC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4C786631"/>
    <w:multiLevelType w:val="hybridMultilevel"/>
    <w:tmpl w:val="627A44A8"/>
    <w:lvl w:ilvl="0" w:tplc="A0EC1FC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EA6015E"/>
    <w:multiLevelType w:val="hybridMultilevel"/>
    <w:tmpl w:val="445C00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04D72B9"/>
    <w:multiLevelType w:val="hybridMultilevel"/>
    <w:tmpl w:val="5434A9C4"/>
    <w:lvl w:ilvl="0" w:tplc="A0EC1FC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28A3BB4"/>
    <w:multiLevelType w:val="hybridMultilevel"/>
    <w:tmpl w:val="3DF8CC42"/>
    <w:lvl w:ilvl="0" w:tplc="81BC8996">
      <w:start w:val="1"/>
      <w:numFmt w:val="decimal"/>
      <w:lvlText w:val="%1.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A0D9DC">
      <w:start w:val="1"/>
      <w:numFmt w:val="lowerLetter"/>
      <w:lvlText w:val="%2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028770">
      <w:start w:val="1"/>
      <w:numFmt w:val="lowerRoman"/>
      <w:lvlText w:val="%3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EA51B6">
      <w:start w:val="1"/>
      <w:numFmt w:val="decimal"/>
      <w:lvlText w:val="%4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563042">
      <w:start w:val="1"/>
      <w:numFmt w:val="lowerLetter"/>
      <w:lvlText w:val="%5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10B496">
      <w:start w:val="1"/>
      <w:numFmt w:val="lowerRoman"/>
      <w:lvlText w:val="%6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62FEFC">
      <w:start w:val="1"/>
      <w:numFmt w:val="decimal"/>
      <w:lvlText w:val="%7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44012E">
      <w:start w:val="1"/>
      <w:numFmt w:val="lowerLetter"/>
      <w:lvlText w:val="%8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764344">
      <w:start w:val="1"/>
      <w:numFmt w:val="lowerRoman"/>
      <w:lvlText w:val="%9"/>
      <w:lvlJc w:val="left"/>
      <w:pPr>
        <w:ind w:left="6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3D55A9B"/>
    <w:multiLevelType w:val="hybridMultilevel"/>
    <w:tmpl w:val="8F5C3C06"/>
    <w:lvl w:ilvl="0" w:tplc="45EA7BFA">
      <w:start w:val="2"/>
      <w:numFmt w:val="decimal"/>
      <w:lvlText w:val="%1."/>
      <w:lvlJc w:val="left"/>
      <w:pPr>
        <w:ind w:left="3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CC06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A848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0424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ECE7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8E17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048F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A2AE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E838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9DE75F3"/>
    <w:multiLevelType w:val="hybridMultilevel"/>
    <w:tmpl w:val="9ACABB52"/>
    <w:lvl w:ilvl="0" w:tplc="E80C9AB4">
      <w:start w:val="7"/>
      <w:numFmt w:val="decimal"/>
      <w:lvlText w:val="%1."/>
      <w:lvlJc w:val="left"/>
      <w:pPr>
        <w:ind w:left="3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2A65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E40C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BCAC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F2AD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96C2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7A66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BCE2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C288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A280893"/>
    <w:multiLevelType w:val="hybridMultilevel"/>
    <w:tmpl w:val="3CF61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493B47"/>
    <w:multiLevelType w:val="hybridMultilevel"/>
    <w:tmpl w:val="AC68C778"/>
    <w:lvl w:ilvl="0" w:tplc="A0EC1FC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4E452F0"/>
    <w:multiLevelType w:val="hybridMultilevel"/>
    <w:tmpl w:val="16704A50"/>
    <w:lvl w:ilvl="0" w:tplc="A0EC1FC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6C4A1DA5"/>
    <w:multiLevelType w:val="hybridMultilevel"/>
    <w:tmpl w:val="0EF64198"/>
    <w:lvl w:ilvl="0" w:tplc="A0EC1FC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D300F1"/>
    <w:multiLevelType w:val="hybridMultilevel"/>
    <w:tmpl w:val="1854BF42"/>
    <w:lvl w:ilvl="0" w:tplc="A0EC1FC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4D7AF6"/>
    <w:multiLevelType w:val="hybridMultilevel"/>
    <w:tmpl w:val="DED2D762"/>
    <w:lvl w:ilvl="0" w:tplc="A0EC1FC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9B4A40"/>
    <w:multiLevelType w:val="hybridMultilevel"/>
    <w:tmpl w:val="73C24A92"/>
    <w:lvl w:ilvl="0" w:tplc="5606B318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0AC3E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04F85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504B2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C840F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486D6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0A56B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0CB1A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7464E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3DE6F1D"/>
    <w:multiLevelType w:val="hybridMultilevel"/>
    <w:tmpl w:val="D8CE02C2"/>
    <w:lvl w:ilvl="0" w:tplc="30C41F4A">
      <w:start w:val="1"/>
      <w:numFmt w:val="decimal"/>
      <w:lvlText w:val="%1."/>
      <w:lvlJc w:val="left"/>
      <w:pPr>
        <w:ind w:left="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66435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06C5C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C4CEA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E235B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FE51B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E8A13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3AED6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D676E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42C0ED0"/>
    <w:multiLevelType w:val="hybridMultilevel"/>
    <w:tmpl w:val="7BC82E3E"/>
    <w:lvl w:ilvl="0" w:tplc="3482DAB8">
      <w:start w:val="1"/>
      <w:numFmt w:val="decimal"/>
      <w:lvlText w:val="%1."/>
      <w:lvlJc w:val="left"/>
      <w:pPr>
        <w:ind w:left="540" w:hanging="360"/>
      </w:pPr>
      <w:rPr>
        <w:rFonts w:eastAsia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1" w15:restartNumberingAfterBreak="0">
    <w:nsid w:val="76E874E4"/>
    <w:multiLevelType w:val="hybridMultilevel"/>
    <w:tmpl w:val="4404A0D6"/>
    <w:lvl w:ilvl="0" w:tplc="A0EC1FC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78B92862"/>
    <w:multiLevelType w:val="hybridMultilevel"/>
    <w:tmpl w:val="07A48EA8"/>
    <w:lvl w:ilvl="0" w:tplc="559EEE64">
      <w:start w:val="1"/>
      <w:numFmt w:val="decimal"/>
      <w:lvlText w:val="%1."/>
      <w:lvlJc w:val="left"/>
      <w:pPr>
        <w:ind w:left="8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E2A8BE">
      <w:start w:val="1"/>
      <w:numFmt w:val="lowerLetter"/>
      <w:lvlText w:val="%2"/>
      <w:lvlJc w:val="left"/>
      <w:pPr>
        <w:ind w:left="13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6C0D3E">
      <w:start w:val="1"/>
      <w:numFmt w:val="lowerRoman"/>
      <w:lvlText w:val="%3"/>
      <w:lvlJc w:val="left"/>
      <w:pPr>
        <w:ind w:left="20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B685F4">
      <w:start w:val="1"/>
      <w:numFmt w:val="decimal"/>
      <w:lvlText w:val="%4"/>
      <w:lvlJc w:val="left"/>
      <w:pPr>
        <w:ind w:left="27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8A1762">
      <w:start w:val="1"/>
      <w:numFmt w:val="lowerLetter"/>
      <w:lvlText w:val="%5"/>
      <w:lvlJc w:val="left"/>
      <w:pPr>
        <w:ind w:left="35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D26D26">
      <w:start w:val="1"/>
      <w:numFmt w:val="lowerRoman"/>
      <w:lvlText w:val="%6"/>
      <w:lvlJc w:val="left"/>
      <w:pPr>
        <w:ind w:left="42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92AD3A">
      <w:start w:val="1"/>
      <w:numFmt w:val="decimal"/>
      <w:lvlText w:val="%7"/>
      <w:lvlJc w:val="left"/>
      <w:pPr>
        <w:ind w:left="49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B4CAF0">
      <w:start w:val="1"/>
      <w:numFmt w:val="lowerLetter"/>
      <w:lvlText w:val="%8"/>
      <w:lvlJc w:val="left"/>
      <w:pPr>
        <w:ind w:left="56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3E79D6">
      <w:start w:val="1"/>
      <w:numFmt w:val="lowerRoman"/>
      <w:lvlText w:val="%9"/>
      <w:lvlJc w:val="left"/>
      <w:pPr>
        <w:ind w:left="63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9952DFC"/>
    <w:multiLevelType w:val="hybridMultilevel"/>
    <w:tmpl w:val="B35C5CC4"/>
    <w:lvl w:ilvl="0" w:tplc="438E2044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386A4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CC17D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2ECAC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E65E1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44494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582F6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EE0F7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E20CE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B0410AA"/>
    <w:multiLevelType w:val="hybridMultilevel"/>
    <w:tmpl w:val="FCCE38D0"/>
    <w:lvl w:ilvl="0" w:tplc="F146D15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C6BEF4">
      <w:start w:val="1"/>
      <w:numFmt w:val="lowerLetter"/>
      <w:lvlText w:val="%2"/>
      <w:lvlJc w:val="left"/>
      <w:pPr>
        <w:ind w:left="55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0E6A82">
      <w:start w:val="1"/>
      <w:numFmt w:val="lowerRoman"/>
      <w:lvlText w:val="%3"/>
      <w:lvlJc w:val="left"/>
      <w:pPr>
        <w:ind w:left="63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506F2E">
      <w:start w:val="1"/>
      <w:numFmt w:val="decimal"/>
      <w:lvlText w:val="%4"/>
      <w:lvlJc w:val="left"/>
      <w:pPr>
        <w:ind w:left="70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1E8FA8">
      <w:start w:val="1"/>
      <w:numFmt w:val="lowerLetter"/>
      <w:lvlText w:val="%5"/>
      <w:lvlJc w:val="left"/>
      <w:pPr>
        <w:ind w:left="77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BA9C90">
      <w:start w:val="1"/>
      <w:numFmt w:val="lowerRoman"/>
      <w:lvlText w:val="%6"/>
      <w:lvlJc w:val="left"/>
      <w:pPr>
        <w:ind w:left="84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1638F0">
      <w:start w:val="1"/>
      <w:numFmt w:val="decimal"/>
      <w:lvlText w:val="%7"/>
      <w:lvlJc w:val="left"/>
      <w:pPr>
        <w:ind w:left="91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26CBD4">
      <w:start w:val="1"/>
      <w:numFmt w:val="lowerLetter"/>
      <w:lvlText w:val="%8"/>
      <w:lvlJc w:val="left"/>
      <w:pPr>
        <w:ind w:left="99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123078">
      <w:start w:val="1"/>
      <w:numFmt w:val="lowerRoman"/>
      <w:lvlText w:val="%9"/>
      <w:lvlJc w:val="left"/>
      <w:pPr>
        <w:ind w:left="106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7E067C68"/>
    <w:multiLevelType w:val="hybridMultilevel"/>
    <w:tmpl w:val="765C26F2"/>
    <w:lvl w:ilvl="0" w:tplc="A0EC1FC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FC6097"/>
    <w:multiLevelType w:val="hybridMultilevel"/>
    <w:tmpl w:val="8C0888B4"/>
    <w:lvl w:ilvl="0" w:tplc="A0EC1FC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B33A35"/>
    <w:multiLevelType w:val="hybridMultilevel"/>
    <w:tmpl w:val="A9826F38"/>
    <w:lvl w:ilvl="0" w:tplc="A0EC1FC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27"/>
  </w:num>
  <w:num w:numId="8">
    <w:abstractNumId w:val="28"/>
  </w:num>
  <w:num w:numId="9">
    <w:abstractNumId w:val="7"/>
  </w:num>
  <w:num w:numId="10">
    <w:abstractNumId w:val="25"/>
  </w:num>
  <w:num w:numId="11">
    <w:abstractNumId w:val="21"/>
  </w:num>
  <w:num w:numId="12">
    <w:abstractNumId w:val="19"/>
  </w:num>
  <w:num w:numId="13">
    <w:abstractNumId w:val="33"/>
  </w:num>
  <w:num w:numId="14">
    <w:abstractNumId w:val="34"/>
  </w:num>
  <w:num w:numId="15">
    <w:abstractNumId w:val="47"/>
  </w:num>
  <w:num w:numId="16">
    <w:abstractNumId w:val="40"/>
  </w:num>
  <w:num w:numId="17">
    <w:abstractNumId w:val="15"/>
  </w:num>
  <w:num w:numId="18">
    <w:abstractNumId w:val="36"/>
  </w:num>
  <w:num w:numId="19">
    <w:abstractNumId w:val="16"/>
  </w:num>
  <w:num w:numId="20">
    <w:abstractNumId w:val="9"/>
  </w:num>
  <w:num w:numId="21">
    <w:abstractNumId w:val="6"/>
  </w:num>
  <w:num w:numId="22">
    <w:abstractNumId w:val="41"/>
  </w:num>
  <w:num w:numId="23">
    <w:abstractNumId w:val="26"/>
  </w:num>
  <w:num w:numId="24">
    <w:abstractNumId w:val="46"/>
  </w:num>
  <w:num w:numId="25">
    <w:abstractNumId w:val="23"/>
  </w:num>
  <w:num w:numId="26">
    <w:abstractNumId w:val="12"/>
  </w:num>
  <w:num w:numId="27">
    <w:abstractNumId w:val="14"/>
  </w:num>
  <w:num w:numId="28">
    <w:abstractNumId w:val="37"/>
  </w:num>
  <w:num w:numId="29">
    <w:abstractNumId w:val="35"/>
  </w:num>
  <w:num w:numId="30">
    <w:abstractNumId w:val="45"/>
  </w:num>
  <w:num w:numId="31">
    <w:abstractNumId w:val="32"/>
  </w:num>
  <w:num w:numId="32">
    <w:abstractNumId w:val="22"/>
  </w:num>
  <w:num w:numId="33">
    <w:abstractNumId w:val="20"/>
  </w:num>
  <w:num w:numId="34">
    <w:abstractNumId w:val="10"/>
  </w:num>
  <w:num w:numId="35">
    <w:abstractNumId w:val="11"/>
  </w:num>
  <w:num w:numId="36">
    <w:abstractNumId w:val="17"/>
  </w:num>
  <w:num w:numId="37">
    <w:abstractNumId w:val="38"/>
  </w:num>
  <w:num w:numId="38">
    <w:abstractNumId w:val="43"/>
  </w:num>
  <w:num w:numId="39">
    <w:abstractNumId w:val="13"/>
  </w:num>
  <w:num w:numId="40">
    <w:abstractNumId w:val="29"/>
  </w:num>
  <w:num w:numId="41">
    <w:abstractNumId w:val="8"/>
  </w:num>
  <w:num w:numId="42">
    <w:abstractNumId w:val="39"/>
  </w:num>
  <w:num w:numId="43">
    <w:abstractNumId w:val="18"/>
  </w:num>
  <w:num w:numId="44">
    <w:abstractNumId w:val="42"/>
  </w:num>
  <w:num w:numId="45">
    <w:abstractNumId w:val="24"/>
  </w:num>
  <w:num w:numId="46">
    <w:abstractNumId w:val="30"/>
  </w:num>
  <w:num w:numId="47">
    <w:abstractNumId w:val="31"/>
  </w:num>
  <w:num w:numId="48">
    <w:abstractNumId w:val="44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21D8E"/>
    <w:rsid w:val="00034616"/>
    <w:rsid w:val="000418DA"/>
    <w:rsid w:val="0006063C"/>
    <w:rsid w:val="00061546"/>
    <w:rsid w:val="0006267A"/>
    <w:rsid w:val="000C634A"/>
    <w:rsid w:val="000D089D"/>
    <w:rsid w:val="000D42BC"/>
    <w:rsid w:val="00122223"/>
    <w:rsid w:val="001262E5"/>
    <w:rsid w:val="001416B6"/>
    <w:rsid w:val="0015074B"/>
    <w:rsid w:val="001553E4"/>
    <w:rsid w:val="00166463"/>
    <w:rsid w:val="001A1B4D"/>
    <w:rsid w:val="001D1DAC"/>
    <w:rsid w:val="001F4D7F"/>
    <w:rsid w:val="00200695"/>
    <w:rsid w:val="00216171"/>
    <w:rsid w:val="00246639"/>
    <w:rsid w:val="0026575F"/>
    <w:rsid w:val="00271507"/>
    <w:rsid w:val="00272AED"/>
    <w:rsid w:val="00293B13"/>
    <w:rsid w:val="0029639D"/>
    <w:rsid w:val="002F7275"/>
    <w:rsid w:val="00301B94"/>
    <w:rsid w:val="00315090"/>
    <w:rsid w:val="00315559"/>
    <w:rsid w:val="0032503D"/>
    <w:rsid w:val="00326F90"/>
    <w:rsid w:val="00350BEB"/>
    <w:rsid w:val="003517AE"/>
    <w:rsid w:val="00383A63"/>
    <w:rsid w:val="00384DA7"/>
    <w:rsid w:val="00392781"/>
    <w:rsid w:val="00393CE2"/>
    <w:rsid w:val="003E6C81"/>
    <w:rsid w:val="003F01B1"/>
    <w:rsid w:val="004322CB"/>
    <w:rsid w:val="00452F7C"/>
    <w:rsid w:val="00453265"/>
    <w:rsid w:val="00462936"/>
    <w:rsid w:val="00462B05"/>
    <w:rsid w:val="00494391"/>
    <w:rsid w:val="004D3947"/>
    <w:rsid w:val="004E2243"/>
    <w:rsid w:val="00523F5A"/>
    <w:rsid w:val="00547B2E"/>
    <w:rsid w:val="005746AF"/>
    <w:rsid w:val="00577E5F"/>
    <w:rsid w:val="005A3FA6"/>
    <w:rsid w:val="005B1E76"/>
    <w:rsid w:val="005F4340"/>
    <w:rsid w:val="0061796C"/>
    <w:rsid w:val="00632ECA"/>
    <w:rsid w:val="00644DB3"/>
    <w:rsid w:val="00704DBA"/>
    <w:rsid w:val="00712110"/>
    <w:rsid w:val="00747D42"/>
    <w:rsid w:val="007710DA"/>
    <w:rsid w:val="007D60A4"/>
    <w:rsid w:val="007D7FB2"/>
    <w:rsid w:val="007F3C03"/>
    <w:rsid w:val="00850C2B"/>
    <w:rsid w:val="008619C0"/>
    <w:rsid w:val="00885F8E"/>
    <w:rsid w:val="008E78D0"/>
    <w:rsid w:val="00902E41"/>
    <w:rsid w:val="00904A8C"/>
    <w:rsid w:val="00930860"/>
    <w:rsid w:val="009370CC"/>
    <w:rsid w:val="00953E21"/>
    <w:rsid w:val="009979ED"/>
    <w:rsid w:val="009C62F5"/>
    <w:rsid w:val="009E24EB"/>
    <w:rsid w:val="009E482D"/>
    <w:rsid w:val="00A21837"/>
    <w:rsid w:val="00A448DF"/>
    <w:rsid w:val="00A64890"/>
    <w:rsid w:val="00A9558D"/>
    <w:rsid w:val="00AA1D8D"/>
    <w:rsid w:val="00AA2B76"/>
    <w:rsid w:val="00AB40F9"/>
    <w:rsid w:val="00AC6324"/>
    <w:rsid w:val="00AD5D6B"/>
    <w:rsid w:val="00AD6EFC"/>
    <w:rsid w:val="00B07A1E"/>
    <w:rsid w:val="00B31151"/>
    <w:rsid w:val="00B47730"/>
    <w:rsid w:val="00B51F5C"/>
    <w:rsid w:val="00B701FC"/>
    <w:rsid w:val="00B73886"/>
    <w:rsid w:val="00B762D4"/>
    <w:rsid w:val="00B77886"/>
    <w:rsid w:val="00B77CA1"/>
    <w:rsid w:val="00B908BB"/>
    <w:rsid w:val="00BD1CC1"/>
    <w:rsid w:val="00C225E4"/>
    <w:rsid w:val="00CB0664"/>
    <w:rsid w:val="00CB4BF7"/>
    <w:rsid w:val="00CC2758"/>
    <w:rsid w:val="00D0235B"/>
    <w:rsid w:val="00D0457A"/>
    <w:rsid w:val="00D06DC7"/>
    <w:rsid w:val="00D50E86"/>
    <w:rsid w:val="00D614B0"/>
    <w:rsid w:val="00D802A1"/>
    <w:rsid w:val="00DE0A14"/>
    <w:rsid w:val="00DE417F"/>
    <w:rsid w:val="00DF10B3"/>
    <w:rsid w:val="00DF3DEE"/>
    <w:rsid w:val="00E06FFE"/>
    <w:rsid w:val="00E07C44"/>
    <w:rsid w:val="00E14583"/>
    <w:rsid w:val="00E166D4"/>
    <w:rsid w:val="00E325BA"/>
    <w:rsid w:val="00E77F3C"/>
    <w:rsid w:val="00E95E14"/>
    <w:rsid w:val="00EA175A"/>
    <w:rsid w:val="00ED3E1D"/>
    <w:rsid w:val="00EE0589"/>
    <w:rsid w:val="00EF36A6"/>
    <w:rsid w:val="00F30FA4"/>
    <w:rsid w:val="00F678DE"/>
    <w:rsid w:val="00F86ABB"/>
    <w:rsid w:val="00FA7CCD"/>
    <w:rsid w:val="00FA7E08"/>
    <w:rsid w:val="00FC5EB2"/>
    <w:rsid w:val="00FC693F"/>
    <w:rsid w:val="00FE1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19CCFC"/>
  <w14:defaultImageDpi w14:val="300"/>
  <w15:docId w15:val="{EEE50813-6744-4097-929D-2FB12CC16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1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1"/>
    <w:unhideWhenUsed/>
    <w:qFormat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1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4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5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8">
    <w:name w:val="Hyperlink"/>
    <w:basedOn w:val="a2"/>
    <w:uiPriority w:val="99"/>
    <w:unhideWhenUsed/>
    <w:rsid w:val="00B51F5C"/>
    <w:rPr>
      <w:color w:val="0000FF" w:themeColor="hyperlink"/>
      <w:u w:val="single"/>
    </w:rPr>
  </w:style>
  <w:style w:type="paragraph" w:customStyle="1" w:styleId="TableParagraph">
    <w:name w:val="Table Paragraph"/>
    <w:basedOn w:val="a1"/>
    <w:uiPriority w:val="1"/>
    <w:qFormat/>
    <w:rsid w:val="007D60A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table" w:customStyle="1" w:styleId="TableNormal">
    <w:name w:val="Table Normal"/>
    <w:uiPriority w:val="2"/>
    <w:semiHidden/>
    <w:unhideWhenUsed/>
    <w:qFormat/>
    <w:rsid w:val="007D60A4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9">
    <w:name w:val="Balloon Text"/>
    <w:basedOn w:val="a1"/>
    <w:link w:val="affa"/>
    <w:uiPriority w:val="99"/>
    <w:semiHidden/>
    <w:unhideWhenUsed/>
    <w:rsid w:val="00ED3E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a">
    <w:name w:val="Текст выноски Знак"/>
    <w:basedOn w:val="a2"/>
    <w:link w:val="aff9"/>
    <w:uiPriority w:val="99"/>
    <w:semiHidden/>
    <w:rsid w:val="00ED3E1D"/>
    <w:rPr>
      <w:rFonts w:ascii="Segoe UI" w:hAnsi="Segoe UI" w:cs="Segoe UI"/>
      <w:sz w:val="18"/>
      <w:szCs w:val="18"/>
    </w:rPr>
  </w:style>
  <w:style w:type="table" w:customStyle="1" w:styleId="TableGrid">
    <w:name w:val="TableGrid"/>
    <w:rsid w:val="00A448DF"/>
    <w:pPr>
      <w:spacing w:after="0" w:line="240" w:lineRule="auto"/>
    </w:pPr>
    <w:rPr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">
    <w:name w:val="Нет списка1"/>
    <w:next w:val="a4"/>
    <w:uiPriority w:val="99"/>
    <w:semiHidden/>
    <w:unhideWhenUsed/>
    <w:rsid w:val="00A44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g"/><Relationship Id="rId42" Type="http://schemas.openxmlformats.org/officeDocument/2006/relationships/image" Target="media/image30.jpeg"/><Relationship Id="rId47" Type="http://schemas.openxmlformats.org/officeDocument/2006/relationships/image" Target="media/image35.jpg"/><Relationship Id="rId63" Type="http://schemas.openxmlformats.org/officeDocument/2006/relationships/image" Target="media/image51.jpg"/><Relationship Id="rId68" Type="http://schemas.openxmlformats.org/officeDocument/2006/relationships/image" Target="media/image56.jpg"/><Relationship Id="rId84" Type="http://schemas.openxmlformats.org/officeDocument/2006/relationships/image" Target="media/image72.jpeg"/><Relationship Id="rId89" Type="http://schemas.openxmlformats.org/officeDocument/2006/relationships/image" Target="media/image77.jpg"/><Relationship Id="rId7" Type="http://schemas.openxmlformats.org/officeDocument/2006/relationships/hyperlink" Target="http://school-collection.edu.ru/" TargetMode="External"/><Relationship Id="rId71" Type="http://schemas.openxmlformats.org/officeDocument/2006/relationships/image" Target="media/image59.jpg"/><Relationship Id="rId92" Type="http://schemas.openxmlformats.org/officeDocument/2006/relationships/image" Target="media/image80.jp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jpg"/><Relationship Id="rId11" Type="http://schemas.openxmlformats.org/officeDocument/2006/relationships/hyperlink" Target="https://foxford.ru/" TargetMode="External"/><Relationship Id="rId24" Type="http://schemas.openxmlformats.org/officeDocument/2006/relationships/image" Target="media/image12.jpg"/><Relationship Id="rId32" Type="http://schemas.openxmlformats.org/officeDocument/2006/relationships/image" Target="media/image20.jpeg"/><Relationship Id="rId37" Type="http://schemas.openxmlformats.org/officeDocument/2006/relationships/image" Target="media/image25.jpg"/><Relationship Id="rId40" Type="http://schemas.openxmlformats.org/officeDocument/2006/relationships/image" Target="media/image28.jpg"/><Relationship Id="rId45" Type="http://schemas.openxmlformats.org/officeDocument/2006/relationships/image" Target="media/image33.jpg"/><Relationship Id="rId53" Type="http://schemas.openxmlformats.org/officeDocument/2006/relationships/image" Target="media/image41.jpg"/><Relationship Id="rId58" Type="http://schemas.openxmlformats.org/officeDocument/2006/relationships/image" Target="media/image46.jpg"/><Relationship Id="rId66" Type="http://schemas.openxmlformats.org/officeDocument/2006/relationships/image" Target="media/image54.jpg"/><Relationship Id="rId74" Type="http://schemas.openxmlformats.org/officeDocument/2006/relationships/image" Target="media/image62.jpeg"/><Relationship Id="rId79" Type="http://schemas.openxmlformats.org/officeDocument/2006/relationships/image" Target="media/image67.jpg"/><Relationship Id="rId87" Type="http://schemas.openxmlformats.org/officeDocument/2006/relationships/image" Target="media/image75.jpeg"/><Relationship Id="rId102" Type="http://schemas.openxmlformats.org/officeDocument/2006/relationships/image" Target="media/image90.jpeg"/><Relationship Id="rId5" Type="http://schemas.openxmlformats.org/officeDocument/2006/relationships/webSettings" Target="webSettings.xml"/><Relationship Id="rId61" Type="http://schemas.openxmlformats.org/officeDocument/2006/relationships/image" Target="media/image49.jpg"/><Relationship Id="rId82" Type="http://schemas.openxmlformats.org/officeDocument/2006/relationships/image" Target="media/image70.jpg"/><Relationship Id="rId90" Type="http://schemas.openxmlformats.org/officeDocument/2006/relationships/image" Target="media/image78.jpg"/><Relationship Id="rId95" Type="http://schemas.openxmlformats.org/officeDocument/2006/relationships/image" Target="media/image83.jpg"/><Relationship Id="rId19" Type="http://schemas.openxmlformats.org/officeDocument/2006/relationships/image" Target="media/image7.jpg"/><Relationship Id="rId14" Type="http://schemas.openxmlformats.org/officeDocument/2006/relationships/image" Target="media/image2.png"/><Relationship Id="rId22" Type="http://schemas.openxmlformats.org/officeDocument/2006/relationships/image" Target="media/image10.jpg"/><Relationship Id="rId27" Type="http://schemas.openxmlformats.org/officeDocument/2006/relationships/image" Target="media/image15.jpeg"/><Relationship Id="rId30" Type="http://schemas.openxmlformats.org/officeDocument/2006/relationships/image" Target="media/image18.jpg"/><Relationship Id="rId35" Type="http://schemas.openxmlformats.org/officeDocument/2006/relationships/image" Target="media/image23.jpeg"/><Relationship Id="rId43" Type="http://schemas.openxmlformats.org/officeDocument/2006/relationships/image" Target="media/image31.jpg"/><Relationship Id="rId48" Type="http://schemas.openxmlformats.org/officeDocument/2006/relationships/image" Target="media/image36.jpeg"/><Relationship Id="rId56" Type="http://schemas.openxmlformats.org/officeDocument/2006/relationships/image" Target="media/image44.jpg"/><Relationship Id="rId64" Type="http://schemas.openxmlformats.org/officeDocument/2006/relationships/image" Target="media/image52.jpg"/><Relationship Id="rId69" Type="http://schemas.openxmlformats.org/officeDocument/2006/relationships/image" Target="media/image57.jpg"/><Relationship Id="rId77" Type="http://schemas.openxmlformats.org/officeDocument/2006/relationships/image" Target="media/image65.jpg"/><Relationship Id="rId100" Type="http://schemas.openxmlformats.org/officeDocument/2006/relationships/image" Target="media/image88.jpeg"/><Relationship Id="rId105" Type="http://schemas.openxmlformats.org/officeDocument/2006/relationships/fontTable" Target="fontTable.xml"/><Relationship Id="rId8" Type="http://schemas.openxmlformats.org/officeDocument/2006/relationships/hyperlink" Target="https://urok.1sept.ru/" TargetMode="External"/><Relationship Id="rId51" Type="http://schemas.openxmlformats.org/officeDocument/2006/relationships/image" Target="media/image39.jpeg"/><Relationship Id="rId72" Type="http://schemas.openxmlformats.org/officeDocument/2006/relationships/image" Target="media/image60.jpg"/><Relationship Id="rId80" Type="http://schemas.openxmlformats.org/officeDocument/2006/relationships/image" Target="media/image68.jpg"/><Relationship Id="rId85" Type="http://schemas.openxmlformats.org/officeDocument/2006/relationships/image" Target="media/image73.jpeg"/><Relationship Id="rId93" Type="http://schemas.openxmlformats.org/officeDocument/2006/relationships/image" Target="media/image81.jpg"/><Relationship Id="rId98" Type="http://schemas.openxmlformats.org/officeDocument/2006/relationships/image" Target="media/image86.jpeg"/><Relationship Id="rId3" Type="http://schemas.openxmlformats.org/officeDocument/2006/relationships/styles" Target="styles.xml"/><Relationship Id="rId12" Type="http://schemas.openxmlformats.org/officeDocument/2006/relationships/hyperlink" Target="http://www.museum-arms.ru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jpg"/><Relationship Id="rId33" Type="http://schemas.openxmlformats.org/officeDocument/2006/relationships/image" Target="media/image21.jpeg"/><Relationship Id="rId38" Type="http://schemas.openxmlformats.org/officeDocument/2006/relationships/image" Target="media/image26.jpg"/><Relationship Id="rId46" Type="http://schemas.openxmlformats.org/officeDocument/2006/relationships/image" Target="media/image34.jpg"/><Relationship Id="rId59" Type="http://schemas.openxmlformats.org/officeDocument/2006/relationships/image" Target="media/image47.jpg"/><Relationship Id="rId67" Type="http://schemas.openxmlformats.org/officeDocument/2006/relationships/image" Target="media/image55.jpg"/><Relationship Id="rId103" Type="http://schemas.openxmlformats.org/officeDocument/2006/relationships/image" Target="media/image91.jpeg"/><Relationship Id="rId20" Type="http://schemas.openxmlformats.org/officeDocument/2006/relationships/image" Target="media/image8.jpg"/><Relationship Id="rId41" Type="http://schemas.openxmlformats.org/officeDocument/2006/relationships/image" Target="media/image29.jpeg"/><Relationship Id="rId54" Type="http://schemas.openxmlformats.org/officeDocument/2006/relationships/image" Target="media/image42.jpg"/><Relationship Id="rId62" Type="http://schemas.openxmlformats.org/officeDocument/2006/relationships/image" Target="media/image50.jpg"/><Relationship Id="rId70" Type="http://schemas.openxmlformats.org/officeDocument/2006/relationships/image" Target="media/image58.jpg"/><Relationship Id="rId75" Type="http://schemas.openxmlformats.org/officeDocument/2006/relationships/image" Target="media/image63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91" Type="http://schemas.openxmlformats.org/officeDocument/2006/relationships/image" Target="media/image79.jpg"/><Relationship Id="rId96" Type="http://schemas.openxmlformats.org/officeDocument/2006/relationships/image" Target="media/image84.jpg"/><Relationship Id="rId1" Type="http://schemas.openxmlformats.org/officeDocument/2006/relationships/customXml" Target="../customXml/item1.xml"/><Relationship Id="rId6" Type="http://schemas.openxmlformats.org/officeDocument/2006/relationships/hyperlink" Target="https://resh.edu.ru/subject/lesson/78%2082/main/277401/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image" Target="media/image24.jpg"/><Relationship Id="rId49" Type="http://schemas.openxmlformats.org/officeDocument/2006/relationships/image" Target="media/image37.jpeg"/><Relationship Id="rId57" Type="http://schemas.openxmlformats.org/officeDocument/2006/relationships/image" Target="media/image45.jpg"/><Relationship Id="rId106" Type="http://schemas.openxmlformats.org/officeDocument/2006/relationships/theme" Target="theme/theme1.xml"/><Relationship Id="rId10" Type="http://schemas.openxmlformats.org/officeDocument/2006/relationships/hyperlink" Target="https://resh.edu.ru/" TargetMode="External"/><Relationship Id="rId31" Type="http://schemas.openxmlformats.org/officeDocument/2006/relationships/image" Target="media/image19.jpg"/><Relationship Id="rId44" Type="http://schemas.openxmlformats.org/officeDocument/2006/relationships/image" Target="media/image32.jpg"/><Relationship Id="rId52" Type="http://schemas.openxmlformats.org/officeDocument/2006/relationships/image" Target="media/image40.jpg"/><Relationship Id="rId60" Type="http://schemas.openxmlformats.org/officeDocument/2006/relationships/image" Target="media/image48.jpg"/><Relationship Id="rId65" Type="http://schemas.openxmlformats.org/officeDocument/2006/relationships/image" Target="media/image53.jpg"/><Relationship Id="rId73" Type="http://schemas.openxmlformats.org/officeDocument/2006/relationships/image" Target="media/image61.jpg"/><Relationship Id="rId78" Type="http://schemas.openxmlformats.org/officeDocument/2006/relationships/image" Target="media/image66.jpg"/><Relationship Id="rId81" Type="http://schemas.openxmlformats.org/officeDocument/2006/relationships/image" Target="media/image69.jpg"/><Relationship Id="rId86" Type="http://schemas.openxmlformats.org/officeDocument/2006/relationships/image" Target="media/image74.jpeg"/><Relationship Id="rId94" Type="http://schemas.openxmlformats.org/officeDocument/2006/relationships/image" Target="media/image82.jp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4" Type="http://schemas.openxmlformats.org/officeDocument/2006/relationships/settings" Target="settings.xml"/><Relationship Id="rId9" Type="http://schemas.openxmlformats.org/officeDocument/2006/relationships/hyperlink" Target="https://rosuchebnik.ru/material/40-saytov-kotorye-oblegchat-rabotu-uchitelya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7.jp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3.jpg"/><Relationship Id="rId76" Type="http://schemas.openxmlformats.org/officeDocument/2006/relationships/image" Target="media/image64.jpeg"/><Relationship Id="rId97" Type="http://schemas.openxmlformats.org/officeDocument/2006/relationships/image" Target="media/image85.jpeg"/><Relationship Id="rId104" Type="http://schemas.openxmlformats.org/officeDocument/2006/relationships/image" Target="media/image9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C5E874F-D0B0-4A24-873D-0603714B5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24206</Words>
  <Characters>137976</Characters>
  <Application>Microsoft Office Word</Application>
  <DocSecurity>0</DocSecurity>
  <Lines>1149</Lines>
  <Paragraphs>323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161859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Пользователь</cp:lastModifiedBy>
  <cp:revision>4</cp:revision>
  <cp:lastPrinted>2022-09-13T14:52:00Z</cp:lastPrinted>
  <dcterms:created xsi:type="dcterms:W3CDTF">2022-12-12T17:02:00Z</dcterms:created>
  <dcterms:modified xsi:type="dcterms:W3CDTF">2022-12-12T17:04:00Z</dcterms:modified>
  <cp:category/>
</cp:coreProperties>
</file>